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Community Leader Honours: Why Joe Fejeran’s Work Matters in San Diego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 rising queer leader: San Diego audiences are recognising Joe Fejeran’s mix of creativity, history‑keeping and grassroots organising , he’ll receive the Community Service Award at San Diego Pride’s Spirit of Stonewall Rally on July 17, a nod to why preserving queer history and making space for queer joy matters.</w:t>
      </w:r>
      <w:r/>
    </w:p>
    <w:p>
      <w:r/>
      <w:r>
        <w:t>Essential Takeaways</w:t>
      </w:r>
      <w:r/>
      <w:r/>
    </w:p>
    <w:p>
      <w:pPr>
        <w:pStyle w:val="ListBullet"/>
        <w:spacing w:line="240" w:lineRule="auto"/>
        <w:ind w:left="720"/>
      </w:pPr>
      <w:r/>
      <w:r>
        <w:rPr>
          <w:b/>
        </w:rPr>
        <w:t>Awarded leader:</w:t>
      </w:r>
      <w:r>
        <w:t xml:space="preserve"> Joe Fejeran will be honoured with the Community Service Award at San Diego Pride’s Spirit of Stonewall Rally on July 17.</w:t>
      </w:r>
      <w:r/>
    </w:p>
    <w:p>
      <w:pPr>
        <w:pStyle w:val="ListBullet"/>
        <w:spacing w:line="240" w:lineRule="auto"/>
        <w:ind w:left="720"/>
      </w:pPr>
      <w:r/>
      <w:r>
        <w:rPr>
          <w:b/>
        </w:rPr>
        <w:t>History steward:</w:t>
      </w:r>
      <w:r>
        <w:t xml:space="preserve"> He serves as board president of Lambda Archives, helping preserve San Diego’s LGBTQ+ past with a sturdy, community‑facing approach.</w:t>
      </w:r>
      <w:r/>
    </w:p>
    <w:p>
      <w:pPr>
        <w:pStyle w:val="ListBullet"/>
        <w:spacing w:line="240" w:lineRule="auto"/>
        <w:ind w:left="720"/>
      </w:pPr>
      <w:r/>
      <w:r>
        <w:rPr>
          <w:b/>
        </w:rPr>
        <w:t>Creative activism:</w:t>
      </w:r>
      <w:r>
        <w:t xml:space="preserve"> Fejeran blends advocacy and art , his Freaky Kiki Horror Ball raises funds and channels queer expression through performance.</w:t>
      </w:r>
      <w:r/>
    </w:p>
    <w:p>
      <w:pPr>
        <w:pStyle w:val="ListBullet"/>
        <w:spacing w:line="240" w:lineRule="auto"/>
        <w:ind w:left="720"/>
      </w:pPr>
      <w:r/>
      <w:r>
        <w:rPr>
          <w:b/>
        </w:rPr>
        <w:t>Community impact:</w:t>
      </w:r>
      <w:r>
        <w:t xml:space="preserve"> Events he organises support Black, Indigenous, and people of colour, queer and trans performers and funnel resources back into the community.</w:t>
      </w:r>
      <w:r/>
    </w:p>
    <w:p>
      <w:pPr>
        <w:pStyle w:val="ListBullet"/>
        <w:spacing w:line="240" w:lineRule="auto"/>
        <w:ind w:left="720"/>
      </w:pPr>
      <w:r/>
      <w:r>
        <w:rPr>
          <w:b/>
        </w:rPr>
        <w:t>Rooted inspiration:</w:t>
      </w:r>
      <w:r>
        <w:t xml:space="preserve"> His Guam roots and college theatre work shaped a practical, creative model of activism that’s now visible across Pride programming.</w:t>
      </w:r>
      <w:r/>
      <w:r/>
    </w:p>
    <w:p>
      <w:pPr>
        <w:pStyle w:val="Heading2"/>
      </w:pPr>
      <w:r>
        <w:t>A vivid moment: why the award feels earned</w:t>
      </w:r>
      <w:r/>
    </w:p>
    <w:p>
      <w:r/>
      <w:r>
        <w:t>You can almost see the sequins and the stage lights when you hear Fejeran describe his work , the Freaky Kiki Horror Ball is theatrical, loud and joyfully subversive. According to San Diego Pride’s materials, the Community Service Award highlights up‑and‑coming leaders who combine impact with passion, and Fejeran’s mix of archival work and live performance fits that bill. For local audiences, the honour signals that behind parties and parades, there’s sustained organising and history preservation keeping queer culture alive.</w:t>
      </w:r>
      <w:r/>
    </w:p>
    <w:p>
      <w:pPr>
        <w:pStyle w:val="Heading2"/>
      </w:pPr>
      <w:r>
        <w:t>From theatre nights to community leadership</w:t>
      </w:r>
      <w:r/>
    </w:p>
    <w:p>
      <w:r/>
      <w:r>
        <w:t>His activism didn’t start with marches; it started backstage. Fejeran cut his teeth volunteering with Intermission Productions during college productions like The Vagina Monologues, where theatre fundraising supported survivors of gender‑based violence. He’s said those early experiences showed him activism can be creative and direct , a model that translates neatly into his later work at Pride and Lambda Archives. It’s a reminder that community service wears many faces, from benefit shows to board meetings.</w:t>
      </w:r>
      <w:r/>
    </w:p>
    <w:p>
      <w:pPr>
        <w:pStyle w:val="Heading2"/>
      </w:pPr>
      <w:r>
        <w:t>Lambda Archives: keeping queer stories sticky and accessible</w:t>
      </w:r>
      <w:r/>
    </w:p>
    <w:p>
      <w:r/>
      <w:r>
        <w:t>As board president of Lambda Archives, Fejeran helps steward an organisation that collects and shares LGBTQ+ history across San Diego. Preserving flyers, photos and oral histories isn’t glamorous, but it’s crucial , archives give context to today’s activism and ensure future generations see themselves reflected. Museums and local culture groups note that such archives anchor civic memory; Fejeran’s leadership shows how grassroots caretaking and public events can combine to amplify that work.</w:t>
      </w:r>
      <w:r/>
    </w:p>
    <w:p>
      <w:pPr>
        <w:pStyle w:val="Heading2"/>
      </w:pPr>
      <w:r>
        <w:t>The Freaky Kiki Horror Ball: queer joy as political statement</w:t>
      </w:r>
      <w:r/>
    </w:p>
    <w:p>
      <w:r/>
      <w:r>
        <w:t>Fejeran argues that horror is queer expression, and the Freaky Kiki Horror Ball makes that case with glitter and gory flair. What began as a podcast offshoot now raises funds for Lambda Archives and pays performers, with a deliberate focus on putting money into the hands of marginalised artists. The ball’s house performances , think horror icons voguing , are playful but purposeful, offering both spectacle and a platform. If you want to support community arts, events that pay performers and route funds locally are a solid place to start.</w:t>
      </w:r>
      <w:r/>
    </w:p>
    <w:p>
      <w:pPr>
        <w:pStyle w:val="Heading2"/>
      </w:pPr>
      <w:r>
        <w:t>Why representation from home territories still matters</w:t>
      </w:r>
      <w:r/>
    </w:p>
    <w:p>
      <w:r/>
      <w:r>
        <w:t>Fejeran has also spoken about being inspired by queer figures from Guam, like Josh Tenorio, and how seeing people from your home territory in leadership shapes aspiration. That personal thread matters: representation isn’t abstract, it’s a compass that tells young people what’s possible. For organisers and donors, backing leaders who both celebrate local culture and funnel resources to underrepresented groups strengthens networks over time.</w:t>
      </w:r>
      <w:r/>
    </w:p>
    <w:p>
      <w:pPr>
        <w:pStyle w:val="Heading2"/>
      </w:pPr>
      <w:r>
        <w:t>What to watch next and how to help</w:t>
      </w:r>
      <w:r/>
    </w:p>
    <w:p>
      <w:r/>
      <w:r>
        <w:t>Fejeran is planning the third Freaky Kiki Horror Ball this November and Lambda Archives will mark its 40th anniversary next year, with surprises he’s keeping under wraps. If you want to support the work, attend community events that pay performers, volunteer at archives, or donate to nonprofits that centre queer and trans people of colour. Small acts , showing up, amplifying events, buying a ticket , keep this kind of locally rooted activism alive.</w:t>
      </w:r>
      <w:r/>
    </w:p>
    <w:p>
      <w:r/>
      <w:r>
        <w:t>It's a small change that can make every celebration mean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1">
        <w:r>
          <w:rPr>
            <w:color w:val="0000EE"/>
            <w:u w:val="single"/>
          </w:rPr>
          <w:t>[6]</w:t>
        </w:r>
      </w:hyperlink>
      <w:r>
        <w:t xml:space="preserve">- Paragraph 6: </w:t>
      </w:r>
      <w:hyperlink r:id="rId15">
        <w:r>
          <w:rPr>
            <w:color w:val="0000EE"/>
            <w:u w:val="single"/>
          </w:rPr>
          <w:t>[4]</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https://timesofsandiego.com/san-diego-events/2026/07/05/up-and-coming-lgbtq-leader-joe-fejeran-awarded-for-advocacy/</w:t>
        </w:r>
      </w:hyperlink>
      <w:r>
        <w:t xml:space="preserve"> - Please view link - unable to able to access data</w:t>
      </w:r>
      <w:r/>
    </w:p>
    <w:p>
      <w:pPr>
        <w:pStyle w:val="ListNumber"/>
        <w:spacing w:line="240" w:lineRule="auto"/>
        <w:ind w:left="720"/>
      </w:pPr>
      <w:r/>
      <w:hyperlink r:id="rId10">
        <w:r>
          <w:rPr>
            <w:color w:val="0000EE"/>
            <w:u w:val="single"/>
          </w:rPr>
          <w:t>https://sdpride.org/community-service-2026/</w:t>
        </w:r>
      </w:hyperlink>
      <w:r>
        <w:t xml:space="preserve"> - This page from San Diego Pride announces Joe Fejeran as the recipient of the Community Service Award for 2026. It highlights his contributions to preserving LGBTQ+ history, creating affirming spaces for QTBIPOC communities, and his involvement in events like the Freaky Kiki Horror Ball. The award will be presented to him at the Spirit of Stonewall Rally on July 17, 2026. (</w:t>
      </w:r>
      <w:hyperlink r:id="rId16">
        <w:r>
          <w:rPr>
            <w:color w:val="0000EE"/>
            <w:u w:val="single"/>
          </w:rPr>
          <w:t>sdpride.org</w:t>
        </w:r>
      </w:hyperlink>
      <w:r>
        <w:t>)</w:t>
      </w:r>
      <w:r/>
    </w:p>
    <w:p>
      <w:pPr>
        <w:pStyle w:val="ListNumber"/>
        <w:spacing w:line="240" w:lineRule="auto"/>
        <w:ind w:left="720"/>
      </w:pPr>
      <w:r/>
      <w:hyperlink r:id="rId12">
        <w:r>
          <w:rPr>
            <w:color w:val="0000EE"/>
            <w:u w:val="single"/>
          </w:rPr>
          <w:t>https://www.lambdaarchives.org/joe-fejeran.html</w:t>
        </w:r>
      </w:hyperlink>
      <w:r>
        <w:t xml:space="preserve"> - This profile on the Lambda Archives of San Diego's website provides detailed information about Joe Fejeran's background, including his CHamoru heritage from Guam, his education at UC San Diego, and his professional career. It also outlines his involvement with Lambda Archives, where he serves as Board President, and his passion for issues like fat activism and gender-based violence. (</w:t>
      </w:r>
      <w:hyperlink r:id="rId17">
        <w:r>
          <w:rPr>
            <w:color w:val="0000EE"/>
            <w:u w:val="single"/>
          </w:rPr>
          <w:t>lambdaarchives.org</w:t>
        </w:r>
      </w:hyperlink>
      <w:r>
        <w:t>)</w:t>
      </w:r>
      <w:r/>
    </w:p>
    <w:p>
      <w:pPr>
        <w:pStyle w:val="ListNumber"/>
        <w:spacing w:line="240" w:lineRule="auto"/>
        <w:ind w:left="720"/>
      </w:pPr>
      <w:r/>
      <w:hyperlink r:id="rId15">
        <w:r>
          <w:rPr>
            <w:color w:val="0000EE"/>
            <w:u w:val="single"/>
          </w:rPr>
          <w:t>https://sdpride.org/lambda-archives/</w:t>
        </w:r>
      </w:hyperlink>
      <w:r>
        <w:t xml:space="preserve"> - This page from San Diego Pride offers an overview of Lambda Archives, founded by Jess Jessop in 1987. It details the organization's mission to collect and preserve LGBTQ+ history in San Diego, including its extensive collections of personal papers, photographs, and organizational records. The archives serve as a vital resource for understanding the community's struggles and triumphs. (</w:t>
      </w:r>
      <w:hyperlink r:id="rId18">
        <w:r>
          <w:rPr>
            <w:color w:val="0000EE"/>
            <w:u w:val="single"/>
          </w:rPr>
          <w:t>sdpride.org</w:t>
        </w:r>
      </w:hyperlink>
      <w:r>
        <w:t>)</w:t>
      </w:r>
      <w:r/>
    </w:p>
    <w:p>
      <w:pPr>
        <w:pStyle w:val="ListNumber"/>
        <w:spacing w:line="240" w:lineRule="auto"/>
        <w:ind w:left="720"/>
      </w:pPr>
      <w:r/>
      <w:hyperlink r:id="rId14">
        <w:r>
          <w:rPr>
            <w:color w:val="0000EE"/>
            <w:u w:val="single"/>
          </w:rPr>
          <w:t>https://ma.to/event/freaky-kiki-horror-ball-07-nov-2026</w:t>
        </w:r>
      </w:hyperlink>
      <w:r>
        <w:t xml:space="preserve"> - This event listing provides details about the Freaky Kiki Horror Ball, scheduled for November 7, 2026, at 2995 Commercial St in San Diego. Organized by Sisters of St. James Productions and Fright School, the event's theme is 'Vampire Empire' and features performances and ballroom culture. All proceeds support the Lambda Archives of San Diego. (</w:t>
      </w:r>
      <w:hyperlink r:id="rId19">
        <w:r>
          <w:rPr>
            <w:color w:val="0000EE"/>
            <w:u w:val="single"/>
          </w:rPr>
          <w:t>ma.to</w:t>
        </w:r>
      </w:hyperlink>
      <w:r>
        <w:t>)</w:t>
      </w:r>
      <w:r/>
    </w:p>
    <w:p>
      <w:pPr>
        <w:pStyle w:val="ListNumber"/>
        <w:spacing w:line="240" w:lineRule="auto"/>
        <w:ind w:left="720"/>
      </w:pPr>
      <w:r/>
      <w:hyperlink r:id="rId11">
        <w:r>
          <w:rPr>
            <w:color w:val="0000EE"/>
            <w:u w:val="single"/>
          </w:rPr>
          <w:t>https://sdpride.org/joe-fejeran/</w:t>
        </w:r>
      </w:hyperlink>
      <w:r>
        <w:t xml:space="preserve"> - This page from San Diego Pride provides a profile of Joe Fejeran, detailing his background, education, and professional career. It highlights his involvement with Lambda Archives, where he serves as Board President, and his passion for issues like fat activism and gender-based violence. The page also notes his role as Community Programs Coordinator at San Diego Pride. (</w:t>
      </w:r>
      <w:hyperlink r:id="rId20">
        <w:r>
          <w:rPr>
            <w:color w:val="0000EE"/>
            <w:u w:val="single"/>
          </w:rPr>
          <w:t>sdpride.org</w:t>
        </w:r>
      </w:hyperlink>
      <w:r>
        <w:t>)</w:t>
      </w:r>
      <w:r/>
    </w:p>
    <w:p>
      <w:pPr>
        <w:pStyle w:val="ListNumber"/>
        <w:spacing w:line="240" w:lineRule="auto"/>
        <w:ind w:left="720"/>
      </w:pPr>
      <w:r/>
      <w:hyperlink r:id="rId13">
        <w:r>
          <w:rPr>
            <w:color w:val="0000EE"/>
            <w:u w:val="single"/>
          </w:rPr>
          <w:t>https://sandiegomuseumcouncil.org/museums/lambda-archives-of-san-diego/</w:t>
        </w:r>
      </w:hyperlink>
      <w:r>
        <w:t xml:space="preserve"> - This article from the San Diego Museum Council discusses the history and mission of Lambda Archives of San Diego. It highlights the organization's role in preserving and collecting artifacts related to the LGBTQ+ community, including personal papers, photographs, and organizational records. The archives serve as a critical resource for understanding the community's past and present. (</w:t>
      </w:r>
      <w:hyperlink r:id="rId21">
        <w:r>
          <w:rPr>
            <w:color w:val="0000EE"/>
            <w:u w:val="single"/>
          </w:rPr>
          <w:t>sandiegomuseumcouncil.org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san-diego-events/2026/07/05/up-and-coming-lgbtq-leader-joe-fejeran-awarded-for-advocacy/" TargetMode="External"/><Relationship Id="rId10" Type="http://schemas.openxmlformats.org/officeDocument/2006/relationships/hyperlink" Target="https://sdpride.org/community-service-2026/" TargetMode="External"/><Relationship Id="rId11" Type="http://schemas.openxmlformats.org/officeDocument/2006/relationships/hyperlink" Target="https://sdpride.org/joe-fejeran/" TargetMode="External"/><Relationship Id="rId12" Type="http://schemas.openxmlformats.org/officeDocument/2006/relationships/hyperlink" Target="https://www.lambdaarchives.org/joe-fejeran.html" TargetMode="External"/><Relationship Id="rId13" Type="http://schemas.openxmlformats.org/officeDocument/2006/relationships/hyperlink" Target="https://sandiegomuseumcouncil.org/museums/lambda-archives-of-san-diego/" TargetMode="External"/><Relationship Id="rId14" Type="http://schemas.openxmlformats.org/officeDocument/2006/relationships/hyperlink" Target="https://ma.to/event/freaky-kiki-horror-ball-07-nov-2026" TargetMode="External"/><Relationship Id="rId15" Type="http://schemas.openxmlformats.org/officeDocument/2006/relationships/hyperlink" Target="https://sdpride.org/lambda-archives/" TargetMode="External"/><Relationship Id="rId16" Type="http://schemas.openxmlformats.org/officeDocument/2006/relationships/hyperlink" Target="https://sdpride.org/community-service-2026/?utm_source=openai" TargetMode="External"/><Relationship Id="rId17" Type="http://schemas.openxmlformats.org/officeDocument/2006/relationships/hyperlink" Target="https://www.lambdaarchives.org/joe-fejeran.html?utm_source=openai" TargetMode="External"/><Relationship Id="rId18" Type="http://schemas.openxmlformats.org/officeDocument/2006/relationships/hyperlink" Target="https://sdpride.org/lambda-archives/?utm_source=openai" TargetMode="External"/><Relationship Id="rId19" Type="http://schemas.openxmlformats.org/officeDocument/2006/relationships/hyperlink" Target="https://ma.to/event/freaky-kiki-horror-ball-07-nov-2026?utm_source=openai" TargetMode="External"/><Relationship Id="rId20" Type="http://schemas.openxmlformats.org/officeDocument/2006/relationships/hyperlink" Target="https://sdpride.org/joe-fejeran/?utm_source=openai" TargetMode="External"/><Relationship Id="rId21" Type="http://schemas.openxmlformats.org/officeDocument/2006/relationships/hyperlink" Target="https://sandiegomuseumcouncil.org/museums/lambda-archives-of-san-diego/?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