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Lali Moments at Madrid Orgullo 2026: A Joyful, Pride-Driven Set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on the Plaza de España, Lali turned Madrid Orgullo 2026 into a full-on celebration , a 45-minute, electronic-tinged pop set that drew more than 25,000 people, featured a surprise Miranda! duet and reinforced her visible support for LGBTIQ+ causes. It mattered for fans, for movement visibility, and for Spain’s summer festival scene.</w:t>
      </w:r>
      <w:r/>
    </w:p>
    <w:p>
      <w:r/>
      <w:r>
        <w:t>Essential Takeaways</w:t>
      </w:r>
      <w:r/>
      <w:r/>
    </w:p>
    <w:p>
      <w:pPr>
        <w:pStyle w:val="ListBullet"/>
        <w:spacing w:line="240" w:lineRule="auto"/>
        <w:ind w:left="720"/>
      </w:pPr>
      <w:r/>
      <w:r>
        <w:rPr>
          <w:b/>
        </w:rPr>
        <w:t>Massive crowd:</w:t>
      </w:r>
      <w:r>
        <w:t xml:space="preserve"> Lali performed to over 25,000 people on Plaza de España, delivering a condensed, high-energy 45-minute show. </w:t>
      </w:r>
      <w:r/>
    </w:p>
    <w:p>
      <w:pPr>
        <w:pStyle w:val="ListBullet"/>
        <w:spacing w:line="240" w:lineRule="auto"/>
        <w:ind w:left="720"/>
      </w:pPr>
      <w:r/>
      <w:r>
        <w:rPr>
          <w:b/>
        </w:rPr>
        <w:t>Set highlights:</w:t>
      </w:r>
      <w:r>
        <w:t xml:space="preserve"> The concert blended pop and electronic flavours with songs such as “Disciplina”, “Sola”, “Soy”, “Fanático” and “Mejor que vos”. </w:t>
      </w:r>
      <w:r/>
    </w:p>
    <w:p>
      <w:pPr>
        <w:pStyle w:val="ListBullet"/>
        <w:spacing w:line="240" w:lineRule="auto"/>
        <w:ind w:left="720"/>
      </w:pPr>
      <w:r/>
      <w:r>
        <w:rPr>
          <w:b/>
        </w:rPr>
        <w:t>Special guest:</w:t>
      </w:r>
      <w:r>
        <w:t xml:space="preserve"> Miranda! joined her on stage for a surprise duet of “Mejor que vos”, one of the night’s most celebrated moments. </w:t>
      </w:r>
      <w:r/>
    </w:p>
    <w:p>
      <w:pPr>
        <w:pStyle w:val="ListBullet"/>
        <w:spacing w:line="240" w:lineRule="auto"/>
        <w:ind w:left="720"/>
      </w:pPr>
      <w:r/>
      <w:r>
        <w:rPr>
          <w:b/>
        </w:rPr>
        <w:t>Pride message:</w:t>
      </w:r>
      <w:r>
        <w:t xml:space="preserve"> Lali’s appearance included visible gestures of support for the LGBTIQ+ community and linked to advocacy work with the Archivo de la Memoria Trans Argentina. </w:t>
      </w:r>
      <w:r/>
    </w:p>
    <w:p>
      <w:pPr>
        <w:pStyle w:val="ListBullet"/>
        <w:spacing w:line="240" w:lineRule="auto"/>
        <w:ind w:left="720"/>
      </w:pPr>
      <w:r/>
      <w:r>
        <w:rPr>
          <w:b/>
        </w:rPr>
        <w:t>Festival mood:</w:t>
      </w:r>
      <w:r>
        <w:t xml:space="preserve"> After the set DJ Cascales kept the party going, and Lali invited friends on stage to close on a communal, celebratory note.</w:t>
      </w:r>
      <w:r/>
      <w:r/>
    </w:p>
    <w:p>
      <w:pPr>
        <w:pStyle w:val="Heading2"/>
      </w:pPr>
      <w:r>
        <w:t>A show designed for Pride , bold, bright and intentional</w:t>
      </w:r>
      <w:r/>
    </w:p>
    <w:p>
      <w:r/>
      <w:r>
        <w:t>Lali’s set at Madrid Orgullo wasn’t a standard arena tour stop; it was crafted for a festival that’s equal parts party and political moment. The show opened with “Disciplina” and moved through hits with a sleeker, electronic edge , you could feel the bass and the crowd’s grin at once. According to press coverage, the format and song choices were clearly chosen to match the festival’s colourful, high-energy atmosphere. If you were there, the mix of club rhythms and sing-along choruses made it feel both intimate and gigantic.</w:t>
      </w:r>
      <w:r/>
    </w:p>
    <w:p>
      <w:pPr>
        <w:pStyle w:val="Heading2"/>
      </w:pPr>
      <w:r>
        <w:t>Surprise guest: Miranda! sparks one of the night’s loudest ovations</w:t>
      </w:r>
      <w:r/>
    </w:p>
    <w:p>
      <w:r/>
      <w:r>
        <w:t>One of the live highlights came when Miranda! walked onstage to sing “Mejor que vos” with Lali, a collaboration that sent the crowd into a frenzy. That moment underlined how festivals like MADO thrive on unexpected reunions and shared memories; people love the joy of a surprise pairing, and it gave the set a defining peak. Industry recaps note that the duet quickly became one of the most talked-about moments online and among attendees.</w:t>
      </w:r>
      <w:r/>
    </w:p>
    <w:p>
      <w:pPr>
        <w:pStyle w:val="Heading2"/>
      </w:pPr>
      <w:r>
        <w:t>Visibility and activism: music with a clear stance</w:t>
      </w:r>
      <w:r/>
    </w:p>
    <w:p>
      <w:r/>
      <w:r>
        <w:t>Lali’s participation in Madrid’s Pride came with visible commitments beyond the stage. She’s been recognised by Amnistía Internacional for her work promoting LGBTIQ+ rights, and ahead of her MADO performance she took part in events with the Archivo de la Memoria Trans Argentina. Those gestures aren’t just PR; they’re part of a pattern in her recent shows, where songs like “Soy” have been staged with Pride colours and drag performers to honour diversity. For fans who value artists who use their platform, that consistency matters.</w:t>
      </w:r>
      <w:r/>
    </w:p>
    <w:p>
      <w:pPr>
        <w:pStyle w:val="Heading2"/>
      </w:pPr>
      <w:r>
        <w:t>Part of a landmark year for the artist</w:t>
      </w:r>
      <w:r/>
    </w:p>
    <w:p>
      <w:r/>
      <w:r>
        <w:t>This gig sits within what many outlets are calling a historic year for Lali: massive stadium shows at River Plate, a new studio album and growing international dates. Spain, long receptive to her music, has been a key stop on that trajectory with several sold-out dates in the past year. MADO gave her a moment to reconnect with Spanish audiences in a context that’s both celebratory and socially resonant, reinforcing why she’s one of the Latin acts travelling beyond their home markets.</w:t>
      </w:r>
      <w:r/>
    </w:p>
    <w:p>
      <w:pPr>
        <w:pStyle w:val="Heading2"/>
      </w:pPr>
      <w:r>
        <w:t>Party flow: DJs, friends on stage and a communal finale</w:t>
      </w:r>
      <w:r/>
    </w:p>
    <w:p>
      <w:r/>
      <w:r>
        <w:t>Lali didn’t close the plaza with a conventional bow and exit. After a short farewell she handed the evening to DJ Cascales, who kept the energy high with a festival-ready set, while she invited friends onto the stage for the final minutes. Those loose, unpolished closing moments are exactly what people remember from Pride: the music keeps going, everyone’s invited, and there’s a feeling that the night belongs to the crowd. It’s a small theatrical choice that turns a performance into a shared celebration.</w:t>
      </w:r>
      <w:r/>
    </w:p>
    <w:p>
      <w:r/>
      <w:r>
        <w:t>It's a warm reminder that pop concerts can be both spectacle and solidarity , and that a well-placed surprise or a visible commitment to rights can make a gig feel like a moment.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https://www.lanacion.com.ar/espectaculos/personajes/lali-brillo-en-el-orgullo-de-madrid-y-sorprendio-al-publico-con-un-invitado-especial-nid05072026/</w:t>
        </w:r>
      </w:hyperlink>
      <w:r>
        <w:t xml:space="preserve"> - Please view link - unable to able to access data</w:t>
      </w:r>
      <w:r/>
    </w:p>
    <w:p>
      <w:pPr>
        <w:pStyle w:val="ListNumber"/>
        <w:spacing w:line="240" w:lineRule="auto"/>
        <w:ind w:left="720"/>
      </w:pPr>
      <w:r/>
      <w:hyperlink r:id="rId10">
        <w:r>
          <w:rPr>
            <w:color w:val="0000EE"/>
            <w:u w:val="single"/>
          </w:rPr>
          <w:t>https://www.infobae.com/teleshow/2026/07/05/lali-deslumbro-junto-a-miranda-en-en-el-madrid-orgullo-2026-ante-mas-de-25000-personas/</w:t>
        </w:r>
      </w:hyperlink>
      <w:r>
        <w:t xml:space="preserve"> - Lali Espósito delivered a dazzling 45-minute performance at Madrid Orgullo 2026, the largest LGBTQ+ festival in Europe, held on July 4, 2026, at Plaza de España. The show featured a fusion of pop and electronic music, opening with 'Disciplina' and including hits like 'Sola', 'Motiveishon', 'Como Tú', '1Amor', 'Soy', 'Fanático', and 'Mejor Que Vos'. A highlight was the surprise appearance of Miranda!, who joined Lali to perform 'Mejor Que Vos', receiving an enthusiastic ovation from the audience. The event concluded with DJ Cascales taking over the stage, maintaining the festive atmosphere. (</w:t>
      </w:r>
      <w:hyperlink r:id="rId15">
        <w:r>
          <w:rPr>
            <w:color w:val="0000EE"/>
            <w:u w:val="single"/>
          </w:rPr>
          <w:t>infobae.com</w:t>
        </w:r>
      </w:hyperlink>
      <w:r>
        <w:t>)</w:t>
      </w:r>
      <w:r/>
    </w:p>
    <w:p>
      <w:pPr>
        <w:pStyle w:val="ListNumber"/>
        <w:spacing w:line="240" w:lineRule="auto"/>
        <w:ind w:left="720"/>
      </w:pPr>
      <w:r/>
      <w:hyperlink r:id="rId12">
        <w:r>
          <w:rPr>
            <w:color w:val="0000EE"/>
            <w:u w:val="single"/>
          </w:rPr>
          <w:t>https://fotos.europapress.es/temasactualidad/f7645260</w:t>
        </w:r>
      </w:hyperlink>
      <w:r>
        <w:t xml:space="preserve"> - Photographs capturing Lali Espósito's performance at Madrid Orgullo 2026 on July 4, 2026, at Plaza de España. The images showcase the vibrant atmosphere of the event, highlighting Lali's dynamic stage presence and the enthusiastic crowd. The photos also feature the surprise appearance of Miranda!, who joined Lali on stage for a special rendition of 'Mejor Que Vos'. The visuals provide a glimpse into the celebration of diversity and freedom that characterised the festival. (</w:t>
      </w:r>
      <w:hyperlink r:id="rId16">
        <w:r>
          <w:rPr>
            <w:color w:val="0000EE"/>
            <w:u w:val="single"/>
          </w:rPr>
          <w:t>fotos.europapress.es</w:t>
        </w:r>
      </w:hyperlink>
      <w:r>
        <w:t>)</w:t>
      </w:r>
      <w:r/>
    </w:p>
    <w:p>
      <w:pPr>
        <w:pStyle w:val="ListNumber"/>
        <w:spacing w:line="240" w:lineRule="auto"/>
        <w:ind w:left="720"/>
      </w:pPr>
      <w:r/>
      <w:hyperlink r:id="rId11">
        <w:r>
          <w:rPr>
            <w:color w:val="0000EE"/>
            <w:u w:val="single"/>
          </w:rPr>
          <w:t>https://cinemagavia.es/lali-mado-2026/</w:t>
        </w:r>
      </w:hyperlink>
      <w:r>
        <w:t xml:space="preserve"> - An announcement detailing Lali Espósito's scheduled performance at Madrid Orgullo 2026 (MADO) on July 4, 2026, at 11:30 PM on the main stage of Plaza de España. The article highlights MADO as the largest LGBTQ+ festival in Europe, attracting over two million attendees annually. Lali's participation is noted as a significant moment in her career, following sold-out concerts at River Plate Stadium in Buenos Aires and a performance with Kylie Minogue. (</w:t>
      </w:r>
      <w:hyperlink r:id="rId17">
        <w:r>
          <w:rPr>
            <w:color w:val="0000EE"/>
            <w:u w:val="single"/>
          </w:rPr>
          <w:t>cinemagavia.es</w:t>
        </w:r>
      </w:hyperlink>
      <w:r>
        <w:t>)</w:t>
      </w:r>
      <w:r/>
    </w:p>
    <w:p>
      <w:pPr>
        <w:pStyle w:val="ListNumber"/>
        <w:spacing w:line="240" w:lineRule="auto"/>
        <w:ind w:left="720"/>
      </w:pPr>
      <w:r/>
      <w:hyperlink r:id="rId14">
        <w:r>
          <w:rPr>
            <w:color w:val="0000EE"/>
            <w:u w:val="single"/>
          </w:rPr>
          <w:t>https://as.com/tikitakas/musica/lali-actuara-en-el-mado-2026-fecha-y-lugar-de-su-concierto-en-el-orgullo-de-madrid-f202606-n/</w:t>
        </w:r>
      </w:hyperlink>
      <w:r>
        <w:t xml:space="preserve"> - An article confirming Lali Espósito's performance at Madrid Orgullo 2026 (MADO) on July 4, 2026, at 11:30 PM on the main stage of Plaza de España. The piece highlights MADO as the largest LGBTQ+ event in Europe, with Lali sharing the stage with artists like Mon Laferte and Monsieur Periné. The article also notes Lali's recent achievements, including sold-out concerts at River Plate Stadium and the release of her sixth studio album, 'No Vayas a Atender Cuando el Demonio Llama'. (</w:t>
      </w:r>
      <w:hyperlink r:id="rId18">
        <w:r>
          <w:rPr>
            <w:color w:val="0000EE"/>
            <w:u w:val="single"/>
          </w:rPr>
          <w:t>as.com</w:t>
        </w:r>
      </w:hyperlink>
      <w:r>
        <w:t>)</w:t>
      </w:r>
      <w:r/>
    </w:p>
    <w:p>
      <w:pPr>
        <w:pStyle w:val="ListNumber"/>
        <w:spacing w:line="240" w:lineRule="auto"/>
        <w:ind w:left="720"/>
      </w:pPr>
      <w:r/>
      <w:hyperlink r:id="rId13">
        <w:r>
          <w:rPr>
            <w:color w:val="0000EE"/>
            <w:u w:val="single"/>
          </w:rPr>
          <w:t>https://cordobagay.com/2026/07/01/lali-orgullo-madrid-comunidad-lgbtiq-entrevista/</w:t>
        </w:r>
      </w:hyperlink>
      <w:r>
        <w:t xml:space="preserve"> - An interview with Lali Espósito discussing her participation in Madrid Orgullo 2026. Lali emphasises the importance of the LGBTQ+ community demonstrating its strength and unity during the event. She mentions her intention to present an exhibition curated by her, featuring images from the Archivo de la Memoria Trans Argentina, a project dedicated to preserving and highlighting the history of the Argentine trans community. (</w:t>
      </w:r>
      <w:hyperlink r:id="rId19">
        <w:r>
          <w:rPr>
            <w:color w:val="0000EE"/>
            <w:u w:val="single"/>
          </w:rPr>
          <w:t>cordobagay.com</w:t>
        </w:r>
      </w:hyperlink>
      <w:r>
        <w:t>)</w:t>
      </w:r>
      <w:r/>
    </w:p>
    <w:p>
      <w:pPr>
        <w:pStyle w:val="ListNumber"/>
        <w:spacing w:line="240" w:lineRule="auto"/>
        <w:ind w:left="720"/>
      </w:pPr>
      <w:r/>
      <w:hyperlink r:id="rId20">
        <w:r>
          <w:rPr>
            <w:color w:val="0000EE"/>
            <w:u w:val="single"/>
          </w:rPr>
          <w:t>https://elpais.com/sociedad/lgtb/2026-07-01/programa-del-orgullo-2026-en-madrid-conciertos-eventos-y-manifestacion.html</w:t>
        </w:r>
      </w:hyperlink>
      <w:r>
        <w:t xml:space="preserve"> - An overview of the Madrid Orgullo 2026 (MADO) programme, detailing events from June 25 to July 5, 2026. The article lists various concerts, exhibitions, and the main LGBTQ+ demonstration on July 4, 2026, under the slogan '¡A las calles con orgullo! Disidencia y resistencia'. It also mentions the participation of artists like Kany García, Mon Laferte, Tokisha, and Pasión Vega, among others. (</w:t>
      </w:r>
      <w:hyperlink r:id="rId21">
        <w:r>
          <w:rPr>
            <w:color w:val="0000EE"/>
            <w:u w:val="single"/>
          </w:rPr>
          <w:t>elpais.com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anacion.com.ar/espectaculos/personajes/lali-brillo-en-el-orgullo-de-madrid-y-sorprendio-al-publico-con-un-invitado-especial-nid05072026/" TargetMode="External"/><Relationship Id="rId10" Type="http://schemas.openxmlformats.org/officeDocument/2006/relationships/hyperlink" Target="https://www.infobae.com/teleshow/2026/07/05/lali-deslumbro-junto-a-miranda-en-en-el-madrid-orgullo-2026-ante-mas-de-25000-personas/" TargetMode="External"/><Relationship Id="rId11" Type="http://schemas.openxmlformats.org/officeDocument/2006/relationships/hyperlink" Target="https://cinemagavia.es/lali-mado-2026/" TargetMode="External"/><Relationship Id="rId12" Type="http://schemas.openxmlformats.org/officeDocument/2006/relationships/hyperlink" Target="https://fotos.europapress.es/temasactualidad/f7645260" TargetMode="External"/><Relationship Id="rId13" Type="http://schemas.openxmlformats.org/officeDocument/2006/relationships/hyperlink" Target="https://cordobagay.com/2026/07/01/lali-orgullo-madrid-comunidad-lgbtiq-entrevista/" TargetMode="External"/><Relationship Id="rId14" Type="http://schemas.openxmlformats.org/officeDocument/2006/relationships/hyperlink" Target="https://as.com/tikitakas/musica/lali-actuara-en-el-mado-2026-fecha-y-lugar-de-su-concierto-en-el-orgullo-de-madrid-f202606-n/" TargetMode="External"/><Relationship Id="rId15" Type="http://schemas.openxmlformats.org/officeDocument/2006/relationships/hyperlink" Target="https://www.infobae.com/teleshow/2026/07/05/lali-deslumbro-junto-a-miranda-en-en-el-madrid-orgullo-2026-ante-mas-de-25000-personas/?utm_source=openai" TargetMode="External"/><Relationship Id="rId16" Type="http://schemas.openxmlformats.org/officeDocument/2006/relationships/hyperlink" Target="https://fotos.europapress.es/temasactualidad/f7645260?utm_source=openai" TargetMode="External"/><Relationship Id="rId17" Type="http://schemas.openxmlformats.org/officeDocument/2006/relationships/hyperlink" Target="https://cinemagavia.es/lali-mado-2026/?utm_source=openai" TargetMode="External"/><Relationship Id="rId18" Type="http://schemas.openxmlformats.org/officeDocument/2006/relationships/hyperlink" Target="https://as.com/tikitakas/musica/lali-actuara-en-el-mado-2026-fecha-y-lugar-de-su-concierto-en-el-orgullo-de-madrid-f202606-n/?utm_source=openai" TargetMode="External"/><Relationship Id="rId19" Type="http://schemas.openxmlformats.org/officeDocument/2006/relationships/hyperlink" Target="https://cordobagay.com/2026/07/01/lali-orgullo-madrid-comunidad-lgbtiq-entrevista/?utm_source=openai" TargetMode="External"/><Relationship Id="rId20" Type="http://schemas.openxmlformats.org/officeDocument/2006/relationships/hyperlink" Target="https://elpais.com/sociedad/lgtb/2026-07-01/programa-del-orgullo-2026-en-madrid-conciertos-eventos-y-manifestacion.html" TargetMode="External"/><Relationship Id="rId21" Type="http://schemas.openxmlformats.org/officeDocument/2006/relationships/hyperlink" Target="https://elpais.com/sociedad/lgtb/2026-07-01/programa-del-orgullo-2026-en-madrid-conciertos-eventos-y-manifestacion.htm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