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2026 Guide: What Happened, Who Turned Up,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tourists and locals flocked to Cologne this weekend as Cologne Pride - Christopher Street Day - drew an estimated one million spectators and some 60,000 marchers across 250 groups, turning the city centre into one of Europe’s biggest, most colourful demonstrations for democracy and LGBTQ+ rights.</w:t>
      </w:r>
      <w:r/>
    </w:p>
    <w:p>
      <w:r/>
      <w:r>
        <w:t>Essential Takeaways</w:t>
      </w:r>
      <w:r/>
      <w:r/>
    </w:p>
    <w:p>
      <w:pPr>
        <w:pStyle w:val="ListBullet"/>
        <w:spacing w:line="240" w:lineRule="auto"/>
        <w:ind w:left="720"/>
      </w:pPr>
      <w:r/>
      <w:r>
        <w:rPr>
          <w:b/>
        </w:rPr>
        <w:t>Huge turnout:</w:t>
      </w:r>
      <w:r>
        <w:t xml:space="preserve"> Organisers estimated about 60,000 participants and up to one million spectators lining the route, creating a lively, densely packed atmosphere. </w:t>
      </w:r>
      <w:r/>
    </w:p>
    <w:p>
      <w:pPr>
        <w:pStyle w:val="ListBullet"/>
        <w:spacing w:line="240" w:lineRule="auto"/>
        <w:ind w:left="720"/>
      </w:pPr>
      <w:r/>
      <w:r>
        <w:rPr>
          <w:b/>
        </w:rPr>
        <w:t>Visible political support:</w:t>
      </w:r>
      <w:r>
        <w:t xml:space="preserve"> Senior politicians attended and spoke, highlighting concerns about rising anti-LGBTQ+ sentiment and the parade’s democratic message. </w:t>
      </w:r>
      <w:r/>
    </w:p>
    <w:p>
      <w:pPr>
        <w:pStyle w:val="ListBullet"/>
        <w:spacing w:line="240" w:lineRule="auto"/>
        <w:ind w:left="720"/>
      </w:pPr>
      <w:r/>
      <w:r>
        <w:rPr>
          <w:b/>
        </w:rPr>
        <w:t>Creative, joyful vibe:</w:t>
      </w:r>
      <w:r>
        <w:t xml:space="preserve"> Floats, banners and costumes offered a strong visual and emotional statement , loud, rainbow-bright and unforgettable. </w:t>
      </w:r>
      <w:r/>
    </w:p>
    <w:p>
      <w:pPr>
        <w:pStyle w:val="ListBullet"/>
        <w:spacing w:line="240" w:lineRule="auto"/>
        <w:ind w:left="720"/>
      </w:pPr>
      <w:r/>
      <w:r>
        <w:rPr>
          <w:b/>
        </w:rPr>
        <w:t>Historic purpose:</w:t>
      </w:r>
      <w:r>
        <w:t xml:space="preserve"> The event commemorates the 1969 Stonewall riots and continues to be a focal point for rights and visibility. </w:t>
      </w:r>
      <w:r/>
    </w:p>
    <w:p>
      <w:pPr>
        <w:pStyle w:val="ListBullet"/>
        <w:spacing w:line="240" w:lineRule="auto"/>
        <w:ind w:left="720"/>
      </w:pPr>
      <w:r/>
      <w:r>
        <w:rPr>
          <w:b/>
        </w:rPr>
        <w:t>City-wide festival:</w:t>
      </w:r>
      <w:r>
        <w:t xml:space="preserve"> Cologne Pride is not just a parade but a week of events, street festivals and cultural programming across the city.</w:t>
      </w:r>
      <w:r/>
      <w:r/>
    </w:p>
    <w:p>
      <w:pPr>
        <w:pStyle w:val="Heading2"/>
      </w:pPr>
      <w:r>
        <w:t>A million people on the pavement , what that felt like</w:t>
      </w:r>
      <w:r/>
    </w:p>
    <w:p>
      <w:r/>
      <w:r>
        <w:t>The sheer scale was the story: crowds shoulder-to-shoulder, music pulsing and scents of street food in the air, a city that felt celebratory and defiant at once. According to organisers and local coverage, the route attracted up to a million spectators, with 60,000 people formally taking part across some 250 groups. That stamp of numbers makes this not only one of Germany’s largest Pride events, it underlined how visible support can look and feel on the ground.</w:t>
      </w:r>
      <w:r/>
    </w:p>
    <w:p>
      <w:pPr>
        <w:pStyle w:val="Heading2"/>
      </w:pPr>
      <w:r>
        <w:t>Politicians on the route , why their presence mattered</w:t>
      </w:r>
      <w:r/>
    </w:p>
    <w:p>
      <w:r/>
      <w:r>
        <w:t>Senior officials walked and spoke, and that mattered. The interior minister of North Rhine-Westphalia said he came because he is increasingly worried about anti-LGBTQ+ attitudes, while other figures described the parade as a major demonstration for democracy. Their presence sent a clear signal: Pride in Cologne is as much a political statement as a party. Local reporting emphasised that visible support from public figures can reassure vulnerable communities and keeps the conversation about rights active.</w:t>
      </w:r>
      <w:r/>
    </w:p>
    <w:p>
      <w:pPr>
        <w:pStyle w:val="Heading2"/>
      </w:pPr>
      <w:r>
        <w:t>Creativity, costumes and the festival spillover</w:t>
      </w:r>
      <w:r/>
    </w:p>
    <w:p>
      <w:r/>
      <w:r>
        <w:t>Cologne Pride isn’t just a procession, it’s a city-wide festival. Floats, bands and theatrical groups brought a playful, creative energy, while side events turned bars, squares and parks into pop-up stages and information hubs. For visitors, that means planning beyond the parade: allow time for street fairs, exhibitions and smaller neighbourhood gatherings that capture the quieter, community-focused side of the event.</w:t>
      </w:r>
      <w:r/>
    </w:p>
    <w:p>
      <w:pPr>
        <w:pStyle w:val="Heading2"/>
      </w:pPr>
      <w:r>
        <w:t>Safety, policing and the democratic message</w:t>
      </w:r>
      <w:r/>
    </w:p>
    <w:p>
      <w:r/>
      <w:r>
        <w:t>Organisers and officials underlined security and protection. Police presence was prominent and framed as protection for everyone irrespective of lifestyle, reflecting worries about rising hostility in some quarters. That mix of celebration and vigilance is part of modern Pride culture , loud and joyful, yes, but also conscious of the risks communities still face. If you plan to go next time, stick to official routes, follow local guidance and look out for staffed help points.</w:t>
      </w:r>
      <w:r/>
    </w:p>
    <w:p>
      <w:pPr>
        <w:pStyle w:val="Heading2"/>
      </w:pPr>
      <w:r>
        <w:t>How to experience Cologne Pride if you’re planning a visit</w:t>
      </w:r>
      <w:r/>
    </w:p>
    <w:p>
      <w:r/>
      <w:r>
        <w:t>If you want the party and the politics: arrive early for a good viewing spot, wear weather-ready layers and book accommodation well in advance. The city’s official Pride programme and local listings publish event maps and schedules , useful for catching specific groups or performers. For quieter observation, explore satellite events in smaller quarters where you’ll find informative panels and community stalls.</w:t>
      </w:r>
      <w:r/>
    </w:p>
    <w:p>
      <w:r/>
      <w:r>
        <w:t>It's a small change to your travel plans that can make every parade moment safer, richer and more memorable.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12">
        <w:r>
          <w:rPr>
            <w:color w:val="0000EE"/>
            <w:u w:val="single"/>
          </w:rPr>
          <w:t>[4]</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14">
        <w:r>
          <w:rPr>
            <w:color w:val="0000EE"/>
            <w:u w:val="single"/>
          </w:rPr>
          <w:t>[5]</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https://hotnews.ro/parada-pride-cu-1-milion-de-spectatori-la-koln-cea-mai-mare-manifestatie-in-favoarea-democratiei-din-germania-2292306</w:t>
        </w:r>
      </w:hyperlink>
      <w:r>
        <w:t xml:space="preserve"> - Please view link - unable to able to access data</w:t>
      </w:r>
      <w:r/>
    </w:p>
    <w:p>
      <w:pPr>
        <w:pStyle w:val="ListNumber"/>
        <w:spacing w:line="240" w:lineRule="auto"/>
        <w:ind w:left="720"/>
      </w:pPr>
      <w:r/>
      <w:hyperlink r:id="rId10">
        <w:r>
          <w:rPr>
            <w:color w:val="0000EE"/>
            <w:u w:val="single"/>
          </w:rPr>
          <w:t>https://www.stadt-koeln.de/politik-und-verwaltung/presse/mitteilungen/28529/index.html</w:t>
        </w:r>
      </w:hyperlink>
      <w:r>
        <w:t xml:space="preserve"> - The official website of the City of Cologne provides detailed information about the Christopher Street Day (CSD) 2026, including the event's dates, schedule, and the city's commitment to diversity and inclusion. The CSD street festival is scheduled from July 3 to July 5, 2026, with the main parade taking place on Sunday, July 5, 2026, starting at 11:00 AM from Deutz through the city centre. The event aims to celebrate LGBTQ+ rights and promote democratic values.</w:t>
      </w:r>
      <w:r/>
    </w:p>
    <w:p>
      <w:pPr>
        <w:pStyle w:val="ListNumber"/>
        <w:spacing w:line="240" w:lineRule="auto"/>
        <w:ind w:left="720"/>
      </w:pPr>
      <w:r/>
      <w:hyperlink r:id="rId13">
        <w:r>
          <w:rPr>
            <w:color w:val="0000EE"/>
            <w:u w:val="single"/>
          </w:rPr>
          <w:t>https://rausgegangen.de/en/events/csd-straenfest-2026-1/</w:t>
        </w:r>
      </w:hyperlink>
      <w:r>
        <w:t xml:space="preserve"> - Rausgegangen Köln provides an overview of the CSD street festival 2026, highlighting the various stages and activities planned for the event. The festival will feature four stages, including the main stage at Heumarkt, the Politur stage at Alter Markt, the dance stage at Günter-Wand-Platz, and the ColognePrideBeach at Elogiusplatz. The event aims to offer a diverse cultural programme with music, performances, talks, and discussions, fostering a vibrant atmosphere for attendees.</w:t>
      </w:r>
      <w:r/>
    </w:p>
    <w:p>
      <w:pPr>
        <w:pStyle w:val="ListNumber"/>
        <w:spacing w:line="240" w:lineRule="auto"/>
        <w:ind w:left="720"/>
      </w:pPr>
      <w:r/>
      <w:hyperlink r:id="rId12">
        <w:r>
          <w:rPr>
            <w:color w:val="0000EE"/>
            <w:u w:val="single"/>
          </w:rPr>
          <w:t>https://www.colognepride.de/en/home</w:t>
        </w:r>
      </w:hyperlink>
      <w:r>
        <w:t xml:space="preserve"> - ColognePride's official website offers comprehensive information about the 2026 event, including dates, programme details, and news updates. The event is scheduled from June 19 to July 5, 2026, with the CSD street festival taking place from July 3 to July 5, 2026. The website also provides contact information and details about the organisation's mission to promote LGBTQ+ rights and inclusion.</w:t>
      </w:r>
      <w:r/>
    </w:p>
    <w:p>
      <w:pPr>
        <w:pStyle w:val="ListNumber"/>
        <w:spacing w:line="240" w:lineRule="auto"/>
        <w:ind w:left="720"/>
      </w:pPr>
      <w:r/>
      <w:hyperlink r:id="rId14">
        <w:r>
          <w:rPr>
            <w:color w:val="0000EE"/>
            <w:u w:val="single"/>
          </w:rPr>
          <w:t>https://artotel.com/en/hotels/cologne/central-cologne/event/colognepride-christopher-street-day-cologne-2026/</w:t>
        </w:r>
      </w:hyperlink>
      <w:r>
        <w:t xml:space="preserve"> - Art'otel Cologne highlights the ColognePride and Christopher Street Day (CSD) 2026, describing it as one of Europe's largest and most vibrant LGBTQ+ celebrations. The event is set to take place from July 3 to July 5, 2026, featuring a spectacular parade, live music, cultural showcases, and an atmosphere of unity and inclusivity throughout the city. The article also mentions the hotel's proximity to the event, offering a stylish and comfortable retreat for attendees.</w:t>
      </w:r>
      <w:r/>
    </w:p>
    <w:p>
      <w:pPr>
        <w:pStyle w:val="ListNumber"/>
        <w:spacing w:line="240" w:lineRule="auto"/>
        <w:ind w:left="720"/>
      </w:pPr>
      <w:r/>
      <w:hyperlink r:id="rId15">
        <w:r>
          <w:rPr>
            <w:color w:val="0000EE"/>
            <w:u w:val="single"/>
          </w:rPr>
          <w:t>https://www.tripologiste.com/events/cologne-pride-street-festival</w:t>
        </w:r>
      </w:hyperlink>
      <w:r>
        <w:t xml:space="preserve"> - Tripologiste provides details about the Cologne Pride Street Festival, which transforms Cologne into a three-day celebration each first weekend of July, honouring LGBTQ+ pride and equal rights through the local tradition of Christopher Street Day. The festival includes live music stages, drag shows, community info booths, political talks, street food, and drinks. The weekend culminates in the city's flagship CSD parade, with hundreds of thousands lining the route in a sea of rainbow colour.</w:t>
      </w:r>
      <w:r/>
    </w:p>
    <w:p>
      <w:pPr>
        <w:pStyle w:val="ListNumber"/>
        <w:spacing w:line="240" w:lineRule="auto"/>
        <w:ind w:left="720"/>
      </w:pPr>
      <w:r/>
      <w:hyperlink r:id="rId11">
        <w:r>
          <w:rPr>
            <w:color w:val="0000EE"/>
            <w:u w:val="single"/>
          </w:rPr>
          <w:t>https://www.ksta.de/koeln/csd-koeln-2026-colognepride-2026-alle-infos-1-484852</w:t>
        </w:r>
      </w:hyperlink>
      <w:r>
        <w:t xml:space="preserve"> - Kölner Stadt-Anzeiger provides comprehensive information about the ColognePride and Christopher Street Day (CSD) 2026, including dates, events, and highlights. The event is scheduled from June 19 to July 5, 2026, with the CSD demonstration taking place on Sunday, July 5, 2026, starting at 11:30 AM from the Deutzer Brücke. The article also mentions the expected number of participants and spectators, highlighting the event's significance in promoting LGBTQ+ rights and visibility.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otnews.ro/parada-pride-cu-1-milion-de-spectatori-la-koln-cea-mai-mare-manifestatie-in-favoarea-democratiei-din-germania-2292306" TargetMode="External"/><Relationship Id="rId10" Type="http://schemas.openxmlformats.org/officeDocument/2006/relationships/hyperlink" Target="https://www.stadt-koeln.de/politik-und-verwaltung/presse/mitteilungen/28529/index.html" TargetMode="External"/><Relationship Id="rId11" Type="http://schemas.openxmlformats.org/officeDocument/2006/relationships/hyperlink" Target="https://www.ksta.de/koeln/csd-koeln-2026-colognepride-2026-alle-infos-1-484852" TargetMode="External"/><Relationship Id="rId12" Type="http://schemas.openxmlformats.org/officeDocument/2006/relationships/hyperlink" Target="https://www.colognepride.de/en/home" TargetMode="External"/><Relationship Id="rId13" Type="http://schemas.openxmlformats.org/officeDocument/2006/relationships/hyperlink" Target="https://rausgegangen.de/en/events/csd-straenfest-2026-1/" TargetMode="External"/><Relationship Id="rId14" Type="http://schemas.openxmlformats.org/officeDocument/2006/relationships/hyperlink" Target="https://artotel.com/en/hotels/cologne/central-cologne/event/colognepride-christopher-street-day-cologne-2026/" TargetMode="External"/><Relationship Id="rId15" Type="http://schemas.openxmlformats.org/officeDocument/2006/relationships/hyperlink" Target="https://www.tripologiste.com/events/cologne-pride-street-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