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Cologne Pride 2026 Guide: Parade, Parties and Practical Tips for Visitors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alike are flocking to Cologne this weekend for Cologne Pride , a loud, proud festival of music, protest and community. Here’s what to expect from the CSD parade, street festival dates, transport tips and how to enjoy the city while avoiding crowds and rain.</w:t>
      </w:r>
      <w:r/>
    </w:p>
    <w:p>
      <w:r/>
      <w:r>
        <w:t>Essential Takeaways</w:t>
      </w:r>
      <w:r/>
      <w:r/>
    </w:p>
    <w:p>
      <w:pPr>
        <w:pStyle w:val="ListBullet"/>
        <w:spacing w:line="240" w:lineRule="auto"/>
        <w:ind w:left="720"/>
      </w:pPr>
      <w:r/>
      <w:r>
        <w:rPr>
          <w:b/>
        </w:rPr>
        <w:t>When:</w:t>
      </w:r>
      <w:r>
        <w:t xml:space="preserve"> Cologne’s CSD street festival runs 3–5 July 2026, with the main Christopher Street Day parade on Sunday 5 July starting at 11:30am.</w:t>
      </w:r>
      <w:r/>
    </w:p>
    <w:p>
      <w:pPr>
        <w:pStyle w:val="ListBullet"/>
        <w:spacing w:line="240" w:lineRule="auto"/>
        <w:ind w:left="720"/>
      </w:pPr>
      <w:r/>
      <w:r>
        <w:rPr>
          <w:b/>
        </w:rPr>
        <w:t>Where:</w:t>
      </w:r>
      <w:r>
        <w:t xml:space="preserve"> Parade kicks off on Deutzer Brücke (great views of the Altstadt); street-festival stages on Heumarkt, Alter Markt, Gürzenichstraße and Elogiusplatz.</w:t>
      </w:r>
      <w:r/>
    </w:p>
    <w:p>
      <w:pPr>
        <w:pStyle w:val="ListBullet"/>
        <w:spacing w:line="240" w:lineRule="auto"/>
        <w:ind w:left="720"/>
      </w:pPr>
      <w:r/>
      <w:r>
        <w:rPr>
          <w:b/>
        </w:rPr>
        <w:t>What to expect:</w:t>
      </w:r>
      <w:r>
        <w:t xml:space="preserve"> 225 parade groups including 1. FC Köln’s “rut‑wiess” contingent; three open‑air stages, podcast chill‑out area, food and drinks.</w:t>
      </w:r>
      <w:r/>
    </w:p>
    <w:p>
      <w:pPr>
        <w:pStyle w:val="ListBullet"/>
        <w:spacing w:line="240" w:lineRule="auto"/>
        <w:ind w:left="720"/>
      </w:pPr>
      <w:r/>
      <w:r>
        <w:rPr>
          <w:b/>
        </w:rPr>
        <w:t>Weather &amp; comfort:</w:t>
      </w:r>
      <w:r>
        <w:t xml:space="preserve"> Showers likely across the day, so pack a light waterproof and comfy shoes; lower UV means lower sunburn risk but layers still help.</w:t>
      </w:r>
      <w:r/>
    </w:p>
    <w:p>
      <w:pPr>
        <w:pStyle w:val="ListBullet"/>
        <w:spacing w:line="240" w:lineRule="auto"/>
        <w:ind w:left="720"/>
      </w:pPr>
      <w:r/>
      <w:r>
        <w:rPr>
          <w:b/>
        </w:rPr>
        <w:t>Practicalities:</w:t>
      </w:r>
      <w:r>
        <w:t xml:space="preserve"> Public transport changes and road closures apply , check the KVB timetable and city traffic notices before you travel.</w:t>
      </w:r>
      <w:r/>
      <w:r/>
    </w:p>
    <w:p>
      <w:pPr>
        <w:pStyle w:val="Heading2"/>
      </w:pPr>
      <w:r>
        <w:t>Parade day basics: where to watch and when to arrive</w:t>
      </w:r>
      <w:r/>
    </w:p>
    <w:p>
      <w:r/>
      <w:r>
        <w:t>The parade is the weekend’s heartbeat and starts at 11:30am on Sunday from Deutzer Brücke, giving spectators a dramatic sweep of the Altstadt skyline as floats pass. Expect a lively, colourful crowd and plenty of singing , you’ll notice a real festival buzz and the occasional confetti cloud. According to the city traffic calendar, the route and road closures are planned in advance, so aim to arrive early if you want a front‑row spot; public viewing points fill fast and pockets of rain can thin the crowd temporarily. If you’re after quieter stretches, walk a little from the main squares , you’ll still see the procession and get more breathing room.</w:t>
      </w:r>
      <w:r/>
    </w:p>
    <w:p>
      <w:pPr>
        <w:pStyle w:val="Heading2"/>
      </w:pPr>
      <w:r>
        <w:t>Street festival highlights: stages, chill‑out space and food</w:t>
      </w:r>
      <w:r/>
    </w:p>
    <w:p>
      <w:r/>
      <w:r>
        <w:t>The CSD street festival runs from Friday 3 July through Sunday 5 July, with different opening hours each day: Friday 16:00–23:00, Saturday 12:00–23:00, Sunday 11:00–22:00. Heumarkt, Alter Markt and Gürzenichstraße host the main stages, while Elogiusplatz has a chill‑out and podcast area ideal for a calmer break. Promoters have lined up national and international acts, so whether you want to dance or catch thought‑provoking talks you’ll find something. Food stalls and drink vendors are plentiful , take cash and cards, but bring a reusable bottle to cut down on waste.</w:t>
      </w:r>
      <w:r/>
    </w:p>
    <w:p>
      <w:pPr>
        <w:pStyle w:val="Heading2"/>
      </w:pPr>
      <w:r>
        <w:t>Sustainability and safety: how organisers are handling rubbish and recycling</w:t>
      </w:r>
      <w:r/>
    </w:p>
    <w:p>
      <w:r/>
      <w:r>
        <w:t>Organisers are trying to keep the festival as tidy as it is loud. The city’s waste authority (AWB) runs a cleanup at the parade’s end and a “FläschBack” scheme collects bottles and cans to reduce litter. It’s a nice touch after a long day: hand over empties and know you helped. Safety-wise, stewards and police are visible throughout, and organisers encourage festivalgoers to look out for each other, charge phones, and pick a meeting point in case you get separated , a little planning goes a long way in crowded conditions.</w:t>
      </w:r>
      <w:r/>
    </w:p>
    <w:p>
      <w:pPr>
        <w:pStyle w:val="Heading2"/>
      </w:pPr>
      <w:r>
        <w:t>Travel and transport: KVB changes and getting around</w:t>
      </w:r>
      <w:r/>
    </w:p>
    <w:p>
      <w:r/>
      <w:r>
        <w:t>Public transport will be the smart choice; the KVB publishes a special timetable for the CSD weekend. Expect tram and bus diversions and increased services on key routes, but also many stations and roads temporarily closed near parade areas. Check the KVB site before you set off, allow extra time, and consider leaving bikes or cars at home , traffic will be heavy and parking limited. If you need to leave early or arrive late, plan which tram stops are least affected and use official apps or station boards for live updates.</w:t>
      </w:r>
      <w:r/>
    </w:p>
    <w:p>
      <w:pPr>
        <w:pStyle w:val="Heading2"/>
      </w:pPr>
      <w:r>
        <w:t>Practical packing tips and how to enjoy the day despite the rain</w:t>
      </w:r>
      <w:r/>
    </w:p>
    <w:p>
      <w:r/>
      <w:r>
        <w:t>Rain showers are likely on parade day, so bring a compact waterproof, a light layer and good shoes , cobbles and damp streets are a less romantic combo if you’re in flip‑flops. Lower UV levels mean you can skip heavy sun cream, but a small tube won’t take much room and might save you an awkward burn if the sun peeks through. If you’re visiting from abroad, add a portable charger, reusable cup and a small foldable bag for any festival freebies. And remember, the atmosphere is as much about allies and activism as it is about music , pause to watch the speeches at the stages if you want the full CSD experience.</w:t>
      </w:r>
      <w:r/>
    </w:p>
    <w:p>
      <w:r/>
      <w:r>
        <w:t>It's a vibrant weekend in Cologne , come prepared, be kind, and enjoy the party.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3">
        <w:r>
          <w:rPr>
            <w:color w:val="0000EE"/>
            <w:u w:val="single"/>
          </w:rPr>
          <w:t>[5]</w:t>
        </w:r>
      </w:hyperlink>
      <w:r>
        <w:t xml:space="preserve">, </w:t>
      </w:r>
      <w:hyperlink r:id="rId11">
        <w:r>
          <w:rPr>
            <w:color w:val="0000EE"/>
            <w:u w:val="single"/>
          </w:rPr>
          <w:t>[4]</w:t>
        </w:r>
      </w:hyperlink>
      <w:r>
        <w:t xml:space="preserve">- Paragraph 4: </w:t>
      </w:r>
      <w:hyperlink r:id="rId12">
        <w:r>
          <w:rPr>
            <w:color w:val="0000EE"/>
            <w:u w:val="single"/>
          </w:rPr>
          <w:t>[3]</w:t>
        </w:r>
      </w:hyperlink>
      <w:r>
        <w:t xml:space="preserve">, </w:t>
      </w:r>
      <w:hyperlink r:id="rId14">
        <w:r>
          <w:rPr>
            <w:color w:val="0000EE"/>
            <w:u w:val="single"/>
          </w:rPr>
          <w:t>[7]</w:t>
        </w:r>
      </w:hyperlink>
      <w:r>
        <w:t xml:space="preserve">- Paragraph 5: </w:t>
      </w:r>
      <w:hyperlink r:id="rId12">
        <w:r>
          <w:rPr>
            <w:color w:val="0000EE"/>
            <w:u w:val="single"/>
          </w:rPr>
          <w:t>[3]</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https://www.ksta.de/koeln/hier-alle-infos-zum-csd-in-koeln-sperrungen-party-parade-1318292</w:t>
        </w:r>
      </w:hyperlink>
      <w:r>
        <w:t xml:space="preserve"> - Please view link - unable to able to access data</w:t>
      </w:r>
      <w:r/>
    </w:p>
    <w:p>
      <w:pPr>
        <w:pStyle w:val="ListNumber"/>
        <w:spacing w:line="240" w:lineRule="auto"/>
        <w:ind w:left="720"/>
      </w:pPr>
      <w:r/>
      <w:hyperlink r:id="rId10">
        <w:r>
          <w:rPr>
            <w:color w:val="0000EE"/>
            <w:u w:val="single"/>
          </w:rPr>
          <w:t>https://www.colognepride.de/en/colognepride-2026</w:t>
        </w:r>
      </w:hyperlink>
      <w:r>
        <w:t xml:space="preserve"> - The Cologne Pride 2026 Street Festival is the largest street festival in Cologne, immersing the old town in a proud, colourful, and diverse light over three days. Visitors can experience a 60-hour programme of political discussions, information, and regional and international show acts on three stages. The festival runs from Friday, 3 July 2026, to Sunday, 5 July 2026, with specific timings for each day.</w:t>
      </w:r>
      <w:r/>
    </w:p>
    <w:p>
      <w:pPr>
        <w:pStyle w:val="ListNumber"/>
        <w:spacing w:line="240" w:lineRule="auto"/>
        <w:ind w:left="720"/>
      </w:pPr>
      <w:r/>
      <w:hyperlink r:id="rId12">
        <w:r>
          <w:rPr>
            <w:color w:val="0000EE"/>
            <w:u w:val="single"/>
          </w:rPr>
          <w:t>https://www.stadt-koeln.de/leben-in-koeln/verkehr/verkehrskalender/christopher-street-day-csd-3</w:t>
        </w:r>
      </w:hyperlink>
      <w:r>
        <w:t xml:space="preserve"> - The Christopher Street Day (CSD) in Cologne is scheduled from Friday, 3 July 2026, to Sunday, 5 July 2026. The highlight is a colourful parade on Sunday, 5 July 2026, starting at 11 am from Deutz through the city centre. The street festival includes cultural programmes with music, shows, and dance on three stages at Heumarkt, Gürzenichstraße, and Alter Markt. Traffic restrictions are in place from Thursday, 2 July 2026, 6 am, to Monday, 6 July 2026, 5 am, affecting various streets in the old town.</w:t>
      </w:r>
      <w:r/>
    </w:p>
    <w:p>
      <w:pPr>
        <w:pStyle w:val="ListNumber"/>
        <w:spacing w:line="240" w:lineRule="auto"/>
        <w:ind w:left="720"/>
      </w:pPr>
      <w:r/>
      <w:hyperlink r:id="rId11">
        <w:r>
          <w:rPr>
            <w:color w:val="0000EE"/>
            <w:u w:val="single"/>
          </w:rPr>
          <w:t>https://pinksider.com/en/cologne/events/b90/csd-strassenfest-cologne-2026/</w:t>
        </w:r>
      </w:hyperlink>
      <w:r>
        <w:t xml:space="preserve"> - The CSD Street Festival in Cologne is a significant event for the queer community, transforming the old town into a lively spectacle over three days. The festival features a 60-hour programme on three stages, including political discussions, informative content, and local and international show acts. The event takes place from Friday, 3 July 2026, to Sunday, 5 July 2026, with specific timings for each day.</w:t>
      </w:r>
      <w:r/>
    </w:p>
    <w:p>
      <w:pPr>
        <w:pStyle w:val="ListNumber"/>
        <w:spacing w:line="240" w:lineRule="auto"/>
        <w:ind w:left="720"/>
      </w:pPr>
      <w:r/>
      <w:hyperlink r:id="rId13">
        <w:r>
          <w:rPr>
            <w:color w:val="0000EE"/>
            <w:u w:val="single"/>
          </w:rPr>
          <w:t>https://www.cologne-tourism.com/experiences-lifestyle/events/detail/csd-street-festival</w:t>
        </w:r>
      </w:hyperlink>
      <w:r>
        <w:t xml:space="preserve"> - The CSD Street Festival is a multi-day highlight of ColognePride, standing up for the rights of various communities. The festival features extraordinary performances, political speeches, and artistic performances on several stages, both national and international. The event is scheduled from Friday, 3 July 2026, to Sunday, 5 July 2026, in the Cologne Old Town area.</w:t>
      </w:r>
      <w:r/>
    </w:p>
    <w:p>
      <w:pPr>
        <w:pStyle w:val="ListNumber"/>
        <w:spacing w:line="240" w:lineRule="auto"/>
        <w:ind w:left="720"/>
      </w:pPr>
      <w:r/>
      <w:hyperlink r:id="rId15">
        <w:r>
          <w:rPr>
            <w:color w:val="0000EE"/>
            <w:u w:val="single"/>
          </w:rPr>
          <w:t>https://rausgegangen.de/en/events/csd-straenfest-2026-1/</w:t>
        </w:r>
      </w:hyperlink>
      <w:r>
        <w:t xml:space="preserve"> - The CSD Street Festival in Cologne is celebrated over three days, from Friday, 3 July 2026, to Sunday, 5 July 2026. The highlight is the CSD parade on Sunday. The festival combines unusual performances, engaging speeches, and emotional moments. Four stages and one chill-out zone are set up in various locations in Cologne, with free admission.</w:t>
      </w:r>
      <w:r/>
    </w:p>
    <w:p>
      <w:pPr>
        <w:pStyle w:val="ListNumber"/>
        <w:spacing w:line="240" w:lineRule="auto"/>
        <w:ind w:left="720"/>
      </w:pPr>
      <w:r/>
      <w:hyperlink r:id="rId14">
        <w:r>
          <w:rPr>
            <w:color w:val="0000EE"/>
            <w:u w:val="single"/>
          </w:rPr>
          <w:t>https://www.koelntourismus.de/lgbtqia/colognepride</w:t>
        </w:r>
      </w:hyperlink>
      <w:r>
        <w:t xml:space="preserve"> - ColognePride, including the Christopher Street Day (CSD), is a significant event in Cologne, celebrating the rights of various communities. The event features live music on multiple stages, political discussions, and artistic performances. The CSD Inklusions-Area provides a safe space for attendees, with free admission and suitable for all weather conditions. The event is scheduled from Friday, 3 July 2026, to Sunday, 5 July 2026, in the Cologne Old Town area.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sta.de/koeln/hier-alle-infos-zum-csd-in-koeln-sperrungen-party-parade-1318292" TargetMode="External"/><Relationship Id="rId10" Type="http://schemas.openxmlformats.org/officeDocument/2006/relationships/hyperlink" Target="https://www.colognepride.de/en/colognepride-2026" TargetMode="External"/><Relationship Id="rId11" Type="http://schemas.openxmlformats.org/officeDocument/2006/relationships/hyperlink" Target="https://pinksider.com/en/cologne/events/b90/csd-strassenfest-cologne-2026/" TargetMode="External"/><Relationship Id="rId12" Type="http://schemas.openxmlformats.org/officeDocument/2006/relationships/hyperlink" Target="https://www.stadt-koeln.de/leben-in-koeln/verkehr/verkehrskalender/christopher-street-day-csd-3" TargetMode="External"/><Relationship Id="rId13" Type="http://schemas.openxmlformats.org/officeDocument/2006/relationships/hyperlink" Target="https://www.cologne-tourism.com/experiences-lifestyle/events/detail/csd-street-festival" TargetMode="External"/><Relationship Id="rId14" Type="http://schemas.openxmlformats.org/officeDocument/2006/relationships/hyperlink" Target="https://www.koelntourismus.de/lgbtqia/colognepride" TargetMode="External"/><Relationship Id="rId15" Type="http://schemas.openxmlformats.org/officeDocument/2006/relationships/hyperlink" Target="https://rausgegangen.de/en/events/csd-straenfest-202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