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Cologne Pride 2026 Coverage: Why 1.5 Million Turned Out for CSD Cologne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Beating with colour and voice, Cologne's streets swelled as roughly 1.5 million people joined Christopher Street Day 2026, with around 60,000 registered marching on a hundred festival floats , a vivid, peaceful show of solidarity for queer rights that underlined why CSD Cologne matters now more than ever.</w:t>
      </w:r>
      <w:r/>
    </w:p>
    <w:p>
      <w:r/>
      <w:r>
        <w:t>Essential Takeaways</w:t>
      </w:r>
      <w:r/>
      <w:r/>
    </w:p>
    <w:p>
      <w:pPr>
        <w:pStyle w:val="ListBullet"/>
        <w:spacing w:line="240" w:lineRule="auto"/>
        <w:ind w:left="720"/>
      </w:pPr>
      <w:r/>
      <w:r>
        <w:rPr>
          <w:b/>
        </w:rPr>
        <w:t>Huge turnout:</w:t>
      </w:r>
      <w:r>
        <w:t xml:space="preserve"> Organisers estimate about 1.5 million attendees in Cologne, with some 60,000 people registered for the parade and around 100 festwagen.</w:t>
      </w:r>
      <w:r/>
    </w:p>
    <w:p>
      <w:pPr>
        <w:pStyle w:val="ListBullet"/>
        <w:spacing w:line="240" w:lineRule="auto"/>
        <w:ind w:left="720"/>
      </w:pPr>
      <w:r/>
      <w:r>
        <w:rPr>
          <w:b/>
        </w:rPr>
        <w:t>Peaceful demonstration:</w:t>
      </w:r>
      <w:r>
        <w:t xml:space="preserve"> Police reported no incidents through Sunday afternoon; the event ran alongside a multi-day street festival.</w:t>
      </w:r>
      <w:r/>
    </w:p>
    <w:p>
      <w:pPr>
        <w:pStyle w:val="ListBullet"/>
        <w:spacing w:line="240" w:lineRule="auto"/>
        <w:ind w:left="720"/>
      </w:pPr>
      <w:r/>
      <w:r>
        <w:rPr>
          <w:b/>
        </w:rPr>
        <w:t>Clear message:</w:t>
      </w:r>
      <w:r>
        <w:t xml:space="preserve"> The parade theme was "Für Queerrechte - Viele. Gemeinsam. Stark!", emphasising collective strength for LGBTQ+ equality.</w:t>
      </w:r>
      <w:r/>
    </w:p>
    <w:p>
      <w:pPr>
        <w:pStyle w:val="ListBullet"/>
        <w:spacing w:line="240" w:lineRule="auto"/>
        <w:ind w:left="720"/>
      </w:pPr>
      <w:r/>
      <w:r>
        <w:rPr>
          <w:b/>
        </w:rPr>
        <w:t>High-profile support:</w:t>
      </w:r>
      <w:r>
        <w:t xml:space="preserve"> National politicians, including Karl Lauterbach and Claudia Roth, were present, keeping political pressure visible.</w:t>
      </w:r>
      <w:r/>
    </w:p>
    <w:p>
      <w:pPr>
        <w:pStyle w:val="ListBullet"/>
        <w:spacing w:line="240" w:lineRule="auto"/>
        <w:ind w:left="720"/>
      </w:pPr>
      <w:r/>
      <w:r>
        <w:rPr>
          <w:b/>
        </w:rPr>
        <w:t>Historic roots:</w:t>
      </w:r>
      <w:r>
        <w:t xml:space="preserve"> CSD marks back to the 1969 Stonewall riots in New York, an origin still evoked in speeches and banners.</w:t>
      </w:r>
      <w:r/>
      <w:r/>
    </w:p>
    <w:p>
      <w:pPr>
        <w:pStyle w:val="Heading2"/>
      </w:pPr>
      <w:r>
        <w:t>A sea of colour and sound , what it felt like on the Rhine</w:t>
      </w:r>
      <w:r/>
    </w:p>
    <w:p>
      <w:r/>
      <w:r>
        <w:t>If you were there, the first thing you'd notice is the hum: music, chatter, drums and slogans folding into one steady roar. Cologne Pride felt celebratory and determined at once, with floats in loud pastels and a steady current of people lining the route. According to organisers, this was the fullest the city has ever been for CSD, and you could sense why , the festival atmosphere made it easy to stay all day, and the crowd's energy rarely flagged. Reports from Tagesschau and other outlets confirmed the size and peaceful tone of the event, creating an inclusive, buoyant mood.</w:t>
      </w:r>
      <w:r/>
    </w:p>
    <w:p>
      <w:pPr>
        <w:pStyle w:val="Heading2"/>
      </w:pPr>
      <w:r>
        <w:t>Why the numbers matter , more than just a party</w:t>
      </w:r>
      <w:r/>
    </w:p>
    <w:p>
      <w:r/>
      <w:r>
        <w:t>Large crowds send a simple political signal: visibility. When about 60,000 marchers and many times that in onlookers fill the streets, politicians and passers-by are reminded that queer rights are mainstream concerns, not fringe issues. The parade’s theme , "For Queer Rights , Many. Together. Strong!" , framed the gathering as advocacy as much as celebration. Coverage noted that national figures turned up, which keeps pressure on lawmakers while giving activists a platform. For residents and visitors, the sheer scale underlined that LGBTQ+ issues remain central to civic debate.</w:t>
      </w:r>
      <w:r/>
    </w:p>
    <w:p>
      <w:pPr>
        <w:pStyle w:val="Heading2"/>
      </w:pPr>
      <w:r>
        <w:t>A civic festival that ran smoothly , safety and celebration in balance</w:t>
      </w:r>
      <w:r/>
    </w:p>
    <w:p>
      <w:r/>
      <w:r>
        <w:t>One reassuring detail was the lack of reported incidents through Sunday afternoon; police remarks and local reporting described a well-policed but friendly event. That balance matters: you want safety without dampening the spirit. Festival organisers staged a multi-day Straßenfest that spread crowds across the inner city, which likely helped keep things calm. If you plan to attend future CSDs, get there early, use public transport, and pick a viewing spot near medical or information tents , they’re there for a reason.</w:t>
      </w:r>
      <w:r/>
    </w:p>
    <w:p>
      <w:pPr>
        <w:pStyle w:val="Heading2"/>
      </w:pPr>
      <w:r>
        <w:t>Who showed up , politicians, churches and community groups</w:t>
      </w:r>
      <w:r/>
    </w:p>
    <w:p>
      <w:r/>
      <w:r>
        <w:t>The parade drew a broad coalition: queer groups, allies, trade unions, faith groups and politicians. Names like former federal health minister Karl Lauterbach and Green politician Claudia Roth were present, signalling cross-party attention. Even local church and diaconal initiatives took part, showing how support now comes from many corners. That mix makes the event feel less like a single-issue rally and more like a civic moment where many voices meet. For campaigners, that diversity also opens routes to longer-term conversations beyond the parade.</w:t>
      </w:r>
      <w:r/>
    </w:p>
    <w:p>
      <w:pPr>
        <w:pStyle w:val="Heading2"/>
      </w:pPr>
      <w:r>
        <w:t>Looking back and looking forward , Stonewall’s shadow and the next steps</w:t>
      </w:r>
      <w:r/>
    </w:p>
    <w:p>
      <w:r/>
      <w:r>
        <w:t>CSD's origin in the 1969 Stonewall uprising is still invoked as a touchstone for resistance and solidarity, and Cologne’s huge turnout brought that history into sharp relief. Coverage across German media tied the local energy to global struggles for LGBTQ+ rights, reminding people that visibility must be matched by policy gains. The mood in Cologne was optimistic but purposeful: party, yes , but with clear demands. Expect organisers to use this momentum to push for concrete changes in the months ahead.</w:t>
      </w:r>
      <w:r/>
    </w:p>
    <w:p>
      <w:r/>
      <w:r>
        <w:t>It's a small change that can make every march feel like progress , and Cologne’s Pride showed how many people are ready to keep walking.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2">
        <w:r>
          <w:rPr>
            <w:color w:val="0000EE"/>
            <w:u w:val="single"/>
          </w:rPr>
          <w:t>[4]</w:t>
        </w:r>
      </w:hyperlink>
      <w:r>
        <w:t xml:space="preserve">, </w:t>
      </w:r>
      <w:hyperlink r:id="rId10">
        <w:r>
          <w:rPr>
            <w:color w:val="0000EE"/>
            <w:u w:val="single"/>
          </w:rPr>
          <w:t>[3]</w:t>
        </w:r>
      </w:hyperlink>
      <w:r>
        <w:t xml:space="preserve">- Paragraph 3: </w:t>
      </w:r>
      <w:hyperlink r:id="rId11">
        <w:r>
          <w:rPr>
            <w:color w:val="0000EE"/>
            <w:u w:val="single"/>
          </w:rPr>
          <w:t>[6]</w:t>
        </w:r>
      </w:hyperlink>
      <w:r>
        <w:t xml:space="preserve">, </w:t>
      </w:r>
      <w:hyperlink r:id="rId12">
        <w:r>
          <w:rPr>
            <w:color w:val="0000EE"/>
            <w:u w:val="single"/>
          </w:rPr>
          <w:t>[4]</w:t>
        </w:r>
      </w:hyperlink>
      <w:r>
        <w:t xml:space="preserve">- Paragraph 4: </w:t>
      </w:r>
      <w:hyperlink r:id="rId13">
        <w:r>
          <w:rPr>
            <w:color w:val="0000EE"/>
            <w:u w:val="single"/>
          </w:rPr>
          <w:t>[5]</w:t>
        </w:r>
      </w:hyperlink>
      <w:r>
        <w:t xml:space="preserve">, </w:t>
      </w:r>
      <w:hyperlink r:id="rId10">
        <w:r>
          <w:rPr>
            <w:color w:val="0000EE"/>
            <w:u w:val="single"/>
          </w:rPr>
          <w:t>[3]</w:t>
        </w:r>
      </w:hyperlink>
      <w:r>
        <w:t xml:space="preserve">- Paragraph 5: </w:t>
      </w:r>
      <w:hyperlink r:id="rId14">
        <w:r>
          <w:rPr>
            <w:color w:val="0000EE"/>
            <w:u w:val="single"/>
          </w:rPr>
          <w:t>[7]</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https://www.zeit.de/gesellschaft/zeitgeschehen/2026-07/csd-koeln-cologne-pride-umzug-lgbtq</w:t>
        </w:r>
      </w:hyperlink>
      <w:r>
        <w:t xml:space="preserve"> - Please view link - unable to able to access data</w:t>
      </w:r>
      <w:r/>
    </w:p>
    <w:p>
      <w:pPr>
        <w:pStyle w:val="ListNumber"/>
        <w:spacing w:line="240" w:lineRule="auto"/>
        <w:ind w:left="720"/>
      </w:pPr>
      <w:r/>
      <w:hyperlink r:id="rId9">
        <w:r>
          <w:rPr>
            <w:color w:val="0000EE"/>
            <w:u w:val="single"/>
          </w:rPr>
          <w:t>https://www.zeit.de/gesellschaft/zeitgeschehen/2026-07/csd-koeln-cologne-pride-umzug-lgbtq</w:t>
        </w:r>
      </w:hyperlink>
      <w:r>
        <w:t xml:space="preserve"> - The article reports that approximately 1.5 million people gathered in Cologne for the Christopher Street Day (CSD) event. The parade featured around 60,000 participants and was accompanied by a multi-day street festival. The demonstration, under the motto "For Queer Rights – Many. Together. Strong!", was peaceful and highlighted the largest turnout in Cologne's history. Politicians such as Karl Lauterbach and Claudia Roth participated, advocating for equal rights for the LGBTQ+ community. The CSD commemorates the 1969 Stonewall Riots in New York and is among the largest events of its kind in Germany and Europe.</w:t>
      </w:r>
      <w:r/>
    </w:p>
    <w:p>
      <w:pPr>
        <w:pStyle w:val="ListNumber"/>
        <w:spacing w:line="240" w:lineRule="auto"/>
        <w:ind w:left="720"/>
      </w:pPr>
      <w:r/>
      <w:hyperlink r:id="rId10">
        <w:r>
          <w:rPr>
            <w:color w:val="0000EE"/>
            <w:u w:val="single"/>
          </w:rPr>
          <w:t>https://www.tagesschau.de/inland/regional/nordrheinwestfalen/csd-koeln-130.html</w:t>
        </w:r>
      </w:hyperlink>
      <w:r>
        <w:t xml:space="preserve"> - This article discusses the Christopher Street Day (CSD) parade in Cologne, where tens of thousands of participants marched through the city centre. The event was part of a weekend-long street festival, with the parade being the highlight. The article also mentions the involvement of various politicians in the parade, including Thorsten Burmester, Claudia Roth, Karl Lauterbach, NRW Interior Minister Herbert Reul, and NRW Economic Minister Mona Neubauer.</w:t>
      </w:r>
      <w:r/>
    </w:p>
    <w:p>
      <w:pPr>
        <w:pStyle w:val="ListNumber"/>
        <w:spacing w:line="240" w:lineRule="auto"/>
        <w:ind w:left="720"/>
      </w:pPr>
      <w:r/>
      <w:hyperlink r:id="rId12">
        <w:r>
          <w:rPr>
            <w:color w:val="0000EE"/>
            <w:u w:val="single"/>
          </w:rPr>
          <w:t>https://www.wa.de/nordrhein-westfalen/csd-koeln-2026-mehr-als-eine-million-besucher-erwartet-hunderte-polizisten-94382888.html</w:t>
        </w:r>
      </w:hyperlink>
      <w:r>
        <w:t xml:space="preserve"> - The article reports that more than one million people were expected to attend the Christopher Street Day (CSD) in Cologne. The parade featured around 250 groups with approximately 60,000 participants and 90 floats. The Cologne CSD is one of the largest events of the queer community in Europe, with only the Berlin CSD being similarly large in Germany. The police were deployed with several hundred officers to ensure safety, citing potential disturbances from individuals with radical views.</w:t>
      </w:r>
      <w:r/>
    </w:p>
    <w:p>
      <w:pPr>
        <w:pStyle w:val="ListNumber"/>
        <w:spacing w:line="240" w:lineRule="auto"/>
        <w:ind w:left="720"/>
      </w:pPr>
      <w:r/>
      <w:hyperlink r:id="rId13">
        <w:r>
          <w:rPr>
            <w:color w:val="0000EE"/>
            <w:u w:val="single"/>
          </w:rPr>
          <w:t>https://www.kirche-rechtsrheinisch.de/komm-mit-kirche-und-diakonie-beim-csd-koeln/</w:t>
        </w:r>
      </w:hyperlink>
      <w:r>
        <w:t xml:space="preserve"> - This article highlights the participation of the Evangelical Church and Diakonie in the Christopher Street Day (CSD) in Cologne. For the fourth time, they were represented with a foot group, and thanks to support from the Queer Church, the two Cologne church districts, Diakonie Michaelshoven, the Diaconal Work Cologne and Region, and numerous congregations in and around Cologne, they were able to participate with their own float. The article invites all people from their churches and diaconal institutions to be part of this powerful demonstration for human rights, diversity, and lived neighbourly love.</w:t>
      </w:r>
      <w:r/>
    </w:p>
    <w:p>
      <w:pPr>
        <w:pStyle w:val="ListNumber"/>
        <w:spacing w:line="240" w:lineRule="auto"/>
        <w:ind w:left="720"/>
      </w:pPr>
      <w:r/>
      <w:hyperlink r:id="rId11">
        <w:r>
          <w:rPr>
            <w:color w:val="0000EE"/>
            <w:u w:val="single"/>
          </w:rPr>
          <w:t>https://www.tagesschau.de/inland/regional/nordrheinwestfalen/wdr-csd-in-koeln-parade-und-demo-fuer-queerrechte-in-vollem-gange-100.html</w:t>
        </w:r>
      </w:hyperlink>
      <w:r>
        <w:t xml:space="preserve"> - The article reports on the Christopher Street Day (CSD) in Cologne, where tens of thousands of participants marched through the city centre. The event was part of a weekend-long street festival, with the parade being the highlight. The article also mentions the involvement of various politicians in the parade, including Thorsten Burmester, Claudia Roth, Karl Lauterbach, NRW Interior Minister Herbert Reul, and NRW Economic Minister Mona Neubauer.</w:t>
      </w:r>
      <w:r/>
    </w:p>
    <w:p>
      <w:pPr>
        <w:pStyle w:val="ListNumber"/>
        <w:spacing w:line="240" w:lineRule="auto"/>
        <w:ind w:left="720"/>
      </w:pPr>
      <w:r/>
      <w:hyperlink r:id="rId14">
        <w:r>
          <w:rPr>
            <w:color w:val="0000EE"/>
            <w:u w:val="single"/>
          </w:rPr>
          <w:t>https://www.grenzecho.net/142992/artikel/2026-07-05/csd-demonstration-zieht-durch-koln</w:t>
        </w:r>
      </w:hyperlink>
      <w:r>
        <w:t xml:space="preserve"> - This article discusses the Christopher Street Day (CSD) demonstration in Cologne, one of the largest in Europe, where thousands of people marched for their rights. The police announced a strong presence due to potential disturbances from individuals with radical views. The article also mentions the historical context of the CSD, recalling the 1969 Stonewall Riots in New York, where police stormed the "Stonewall Inn" bar, leading to a multi-day uprising by gays, lesbians, and transgender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zeit.de/gesellschaft/zeitgeschehen/2026-07/csd-koeln-cologne-pride-umzug-lgbtq" TargetMode="External"/><Relationship Id="rId10" Type="http://schemas.openxmlformats.org/officeDocument/2006/relationships/hyperlink" Target="https://www.tagesschau.de/inland/regional/nordrheinwestfalen/csd-koeln-130.html" TargetMode="External"/><Relationship Id="rId11" Type="http://schemas.openxmlformats.org/officeDocument/2006/relationships/hyperlink" Target="https://www.tagesschau.de/inland/regional/nordrheinwestfalen/wdr-csd-in-koeln-parade-und-demo-fuer-queerrechte-in-vollem-gange-100.html" TargetMode="External"/><Relationship Id="rId12" Type="http://schemas.openxmlformats.org/officeDocument/2006/relationships/hyperlink" Target="https://www.wa.de/nordrhein-westfalen/csd-koeln-2026-mehr-als-eine-million-besucher-erwartet-hunderte-polizisten-94382888.html" TargetMode="External"/><Relationship Id="rId13" Type="http://schemas.openxmlformats.org/officeDocument/2006/relationships/hyperlink" Target="https://www.kirche-rechtsrheinisch.de/komm-mit-kirche-und-diakonie-beim-csd-koeln/" TargetMode="External"/><Relationship Id="rId14" Type="http://schemas.openxmlformats.org/officeDocument/2006/relationships/hyperlink" Target="https://www.grenzecho.net/142992/artikel/2026-07-05/csd-demonstration-zieht-durch-kol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