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Christopher Street Day in Cologne: Why Hundreds of Thousands Are Turning Out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Crowds are streaming into Cologne as organisers and visitors flock to one of Europe’s biggest Pride events, a loud, colourful demand for equal rights and visibility that matters across Germany and beyond. Expect huge crowds, a long parade with more than 100 floats, and a multi‑day street festival that’s both party and protest.</w:t>
      </w:r>
      <w:r/>
    </w:p>
    <w:p>
      <w:r/>
      <w:r>
        <w:t>Essential Takeaways</w:t>
      </w:r>
      <w:r/>
      <w:r/>
    </w:p>
    <w:p>
      <w:pPr>
        <w:pStyle w:val="ListBullet"/>
        <w:spacing w:line="240" w:lineRule="auto"/>
        <w:ind w:left="720"/>
      </w:pPr>
      <w:r/>
      <w:r>
        <w:rPr>
          <w:b/>
        </w:rPr>
        <w:t>Mass turnout:</w:t>
      </w:r>
      <w:r>
        <w:t xml:space="preserve"> Organisers expected roughly 65,000 marchers and hundreds of thousands of visitors across the weekend, making Cologne one of Germany’s largest Pride gatherings. </w:t>
      </w:r>
      <w:r/>
    </w:p>
    <w:p>
      <w:pPr>
        <w:pStyle w:val="ListBullet"/>
        <w:spacing w:line="240" w:lineRule="auto"/>
        <w:ind w:left="720"/>
      </w:pPr>
      <w:r/>
      <w:r>
        <w:rPr>
          <w:b/>
        </w:rPr>
        <w:t>Parade scale:</w:t>
      </w:r>
      <w:r>
        <w:t xml:space="preserve"> Around 100 decorated floats joined the demonstration, offering music, slogans and a carnival atmosphere. </w:t>
      </w:r>
      <w:r/>
    </w:p>
    <w:p>
      <w:pPr>
        <w:pStyle w:val="ListBullet"/>
        <w:spacing w:line="240" w:lineRule="auto"/>
        <w:ind w:left="720"/>
      </w:pPr>
      <w:r/>
      <w:r>
        <w:rPr>
          <w:b/>
        </w:rPr>
        <w:t>Core message:</w:t>
      </w:r>
      <w:r>
        <w:t xml:space="preserve"> The banner theme focused on queer rights and equality, blending celebration with political demands. </w:t>
      </w:r>
      <w:r/>
    </w:p>
    <w:p>
      <w:pPr>
        <w:pStyle w:val="ListBullet"/>
        <w:spacing w:line="240" w:lineRule="auto"/>
        <w:ind w:left="720"/>
      </w:pPr>
      <w:r/>
      <w:r>
        <w:rPr>
          <w:b/>
        </w:rPr>
        <w:t>Citywide festival:</w:t>
      </w:r>
      <w:r>
        <w:t xml:space="preserve"> The march was accompanied by a multi‑day street festival in the city centre , food, stalls and live shows made it a sensory, communal experience. </w:t>
      </w:r>
      <w:r/>
    </w:p>
    <w:p>
      <w:pPr>
        <w:pStyle w:val="ListBullet"/>
        <w:spacing w:line="240" w:lineRule="auto"/>
        <w:ind w:left="720"/>
      </w:pPr>
      <w:r/>
      <w:r>
        <w:rPr>
          <w:b/>
        </w:rPr>
        <w:t>Heritage reminder:</w:t>
      </w:r>
      <w:r>
        <w:t xml:space="preserve"> The event traces its roots to the 1969 Stonewall uprising in New York, underscoring its role as protest as well as party.</w:t>
      </w:r>
      <w:r/>
      <w:r/>
    </w:p>
    <w:p>
      <w:pPr>
        <w:pStyle w:val="Heading2"/>
      </w:pPr>
      <w:r>
        <w:t>A sea of colour and sound , what the turnout looked like</w:t>
      </w:r>
      <w:r/>
    </w:p>
    <w:p>
      <w:r/>
      <w:r>
        <w:t>Cologne’s streets filled with a roar of music, banners and confetti, the kind of sensory overload that hints at both joy and seriousness. According to local reporting, hundreds of thousands of people poured into the city across the weekend, with the demonstration itself counting tens of thousands of participants. The visual scale , hundreds of floats, rainbow flags everywhere, smiling faces , made the city feel like a single, vibrant living room. Observers noted a festive mood, but also steady chanting and clear political slogans cutting through the celebration.</w:t>
      </w:r>
      <w:r/>
    </w:p>
    <w:p>
      <w:pPr>
        <w:pStyle w:val="Heading2"/>
      </w:pPr>
      <w:r>
        <w:t>Why organisers say this matters now</w:t>
      </w:r>
      <w:r/>
    </w:p>
    <w:p>
      <w:r/>
      <w:r>
        <w:t>The theme for the parade put queer rights centre stage, and organisers framed the event as a demand for equal treatment and visibility. Cologne Pride has long mixed festivity with political pressure, and this year’s iteration was no different. Reporters and organisers highlighted current debates , legal, social and cultural , that keep Pride from being merely symbolic. For many attendees, it’s both a place to let loose and a platform to be seen where it counts.</w:t>
      </w:r>
      <w:r/>
    </w:p>
    <w:p>
      <w:pPr>
        <w:pStyle w:val="Heading2"/>
      </w:pPr>
      <w:r>
        <w:t>How Cologne compares to other Pride events</w:t>
      </w:r>
      <w:r/>
    </w:p>
    <w:p>
      <w:r/>
      <w:r>
        <w:t>Cologne’s parade ranks among Germany’s largest, joining the likes of Berlin’s and Hamburg’s celebrations in scale and profile. Local outlets reported comparisons to previous years and to other European events, pointing out that Cologne’s combination of a huge demonstration and an extended street festival gives it a unique pull. If you’re weighing which Pride to visit, Cologne offers big crowds, big floats and a big programme , ideal if you want theatre and political energy in one weekend.</w:t>
      </w:r>
      <w:r/>
    </w:p>
    <w:p>
      <w:pPr>
        <w:pStyle w:val="Heading2"/>
      </w:pPr>
      <w:r>
        <w:t>Practical tips if you’re planning to attend</w:t>
      </w:r>
      <w:r/>
    </w:p>
    <w:p>
      <w:r/>
      <w:r>
        <w:t>Get there early and wear comfortable shoes , the parade route and festival zone are packed and involve lots of standing and walking. Public transport is the way to go; roads and tram lines are often disrupted. Bring water, sun protection and a small bag for essentials, but remember security checks: organisers and city police routinely advise keeping items minimal. If accessibility matters, check Cologne Pride’s information pages ahead of time , many events include ramps, quiet zones and guidance for visitors needing extra support.</w:t>
      </w:r>
      <w:r/>
    </w:p>
    <w:p>
      <w:pPr>
        <w:pStyle w:val="Heading2"/>
      </w:pPr>
      <w:r>
        <w:t>What the weekend might mean going forward</w:t>
      </w:r>
      <w:r/>
    </w:p>
    <w:p>
      <w:r/>
      <w:r>
        <w:t>Pride in Cologne keeps serving as both a spectacle and a thermometer for social progress. With annual attendance so large, the event gives activists a clear megaphone and businesses a visible incentive to engage with queer communities. Expect continued debates about rights and inclusion to be a running theme at future gatherings, and a steady stream of cultural highlights as the festival continues to evolve.</w:t>
      </w:r>
      <w:r/>
    </w:p>
    <w:p>
      <w:r/>
      <w:r>
        <w:t>It's a small change that can make every march feel like progress.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4">
        <w:r>
          <w:rPr>
            <w:color w:val="0000EE"/>
            <w:u w:val="single"/>
          </w:rPr>
          <w:t>[3]</w:t>
        </w:r>
      </w:hyperlink>
      <w:r>
        <w:t xml:space="preserve">, </w:t>
      </w:r>
      <w:hyperlink r:id="rId15">
        <w:r>
          <w:rPr>
            <w:color w:val="0000EE"/>
            <w:u w:val="single"/>
          </w:rPr>
          <w:t>[7]</w:t>
        </w:r>
      </w:hyperlink>
      <w:r>
        <w:t xml:space="preserve">- Paragraph 4: </w:t>
      </w:r>
      <w:hyperlink r:id="rId11">
        <w:r>
          <w:rPr>
            <w:color w:val="0000EE"/>
            <w:u w:val="single"/>
          </w:rPr>
          <w:t>[4]</w:t>
        </w:r>
      </w:hyperlink>
      <w:r>
        <w:t xml:space="preserve">, </w:t>
      </w:r>
      <w:hyperlink r:id="rId10">
        <w:r>
          <w:rPr>
            <w:color w:val="0000EE"/>
            <w:u w:val="single"/>
          </w:rPr>
          <w:t>[2]</w:t>
        </w:r>
      </w:hyperlink>
      <w:r>
        <w:t xml:space="preserve">- Paragraph 5: </w:t>
      </w:r>
      <w:hyperlink r:id="rId12">
        <w:r>
          <w:rPr>
            <w:color w:val="0000EE"/>
            <w:u w:val="single"/>
          </w:rPr>
          <w:t>[5]</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https://www.stern.de/news/hunderttausende-menschen-zu-csd-demonstration-in-koeln-erwartet-37646950.html</w:t>
        </w:r>
      </w:hyperlink>
      <w:r>
        <w:t xml:space="preserve"> - Please view link - unable to able to access data</w:t>
      </w:r>
      <w:r/>
    </w:p>
    <w:p>
      <w:pPr>
        <w:pStyle w:val="ListNumber"/>
        <w:spacing w:line="240" w:lineRule="auto"/>
        <w:ind w:left="720"/>
      </w:pPr>
      <w:r/>
      <w:hyperlink r:id="rId10">
        <w:r>
          <w:rPr>
            <w:color w:val="0000EE"/>
            <w:u w:val="single"/>
          </w:rPr>
          <w:t>https://www.thelocal.de/20240721/hundreds-of-thousands-expected-for-christopher-street-day-in-cologne</w:t>
        </w:r>
      </w:hyperlink>
      <w:r>
        <w:t xml:space="preserve"> - The article reports that on July 21, 2024, Cologne's Christopher Street Day (CSD) event is expected to draw hundreds of thousands of attendees. The city anticipates around 60,000 participants and approximately one million spectators. Over 200 groups are set to participate in the demonstration, which will feature both foot groups and floats. The event's theme is 'For human rights. Many. Together. Strong.' The Cologne CSD parade, advocating for equal rights for LGBTQ+ individuals, is one of the largest of its kind in Germany. The article also provides historical context, noting that the name 'Christopher Street Day' originates from the Stonewall Inn on Christopher Street in New York, where a police raid in June 1969 sparked the Stonewall Riots, a pivotal moment in LGBTQ+ history.</w:t>
      </w:r>
      <w:r/>
    </w:p>
    <w:p>
      <w:pPr>
        <w:pStyle w:val="ListNumber"/>
        <w:spacing w:line="240" w:lineRule="auto"/>
        <w:ind w:left="720"/>
      </w:pPr>
      <w:r/>
      <w:hyperlink r:id="rId14">
        <w:r>
          <w:rPr>
            <w:color w:val="0000EE"/>
            <w:u w:val="single"/>
          </w:rPr>
          <w:t>https://www.deutschlandfunk.de/ueber-eine-million-besucher-bei-csd-parade-in-koeln-108.html</w:t>
        </w:r>
      </w:hyperlink>
      <w:r>
        <w:t xml:space="preserve"> - This article highlights the massive turnout at the Christopher Street Day (CSD) parade in Cologne on July 21, 2024, with over a million visitors. Approximately 250 groups, including 90 floats, participated in the parade through the city centre. The event's motto was 'For human rights. Many. Together. Strong.' The organiser estimated around 65,000 participants in the procession. Bundestag President Bas called for the defence of queer rights, expressing concern over efforts to reverse recent laws protecting these rights. The article also references the historical significance of CSD, commemorating the 1969 Stonewall Riots in New York, which were triggered by a police raid on the Stonewall Inn, leading to a multi-day uprising by LGBTQ+ individuals.</w:t>
      </w:r>
      <w:r/>
    </w:p>
    <w:p>
      <w:pPr>
        <w:pStyle w:val="ListNumber"/>
        <w:spacing w:line="240" w:lineRule="auto"/>
        <w:ind w:left="720"/>
      </w:pPr>
      <w:r/>
      <w:hyperlink r:id="rId11">
        <w:r>
          <w:rPr>
            <w:color w:val="0000EE"/>
            <w:u w:val="single"/>
          </w:rPr>
          <w:t>https://www.zeit.de/news/2024-07/21/csd-demonstration-zieht-durch-koeln</w:t>
        </w:r>
      </w:hyperlink>
      <w:r>
        <w:t xml:space="preserve"> - The article reports on the Christopher Street Day (CSD) demonstration in Cologne on July 21, 2024, which attracted hundreds of thousands of participants. The parade, featuring around 250 groups and 90 floats, began at 11:30 AM and traversed the city centre. The event's theme was 'For human rights. Many. Together. Strong.' The police deployed several hundred officers to ensure the safety of the assembly. The article also provides historical context, noting that CSD events commemorate the 1969 Stonewall Riots in New York, which were sparked by a police raid on the Stonewall Inn, leading to significant clashes between LGBTQ+ activists and law enforcement.</w:t>
      </w:r>
      <w:r/>
    </w:p>
    <w:p>
      <w:pPr>
        <w:pStyle w:val="ListNumber"/>
        <w:spacing w:line="240" w:lineRule="auto"/>
        <w:ind w:left="720"/>
      </w:pPr>
      <w:r/>
      <w:hyperlink r:id="rId12">
        <w:r>
          <w:rPr>
            <w:color w:val="0000EE"/>
            <w:u w:val="single"/>
          </w:rPr>
          <w:t>https://www.ksta.de/koeln/csd-in-koeln-hunderttausende-demonstrieren-831681</w:t>
        </w:r>
      </w:hyperlink>
      <w:r>
        <w:t xml:space="preserve"> - This article describes the vibrant atmosphere of the Christopher Street Day (CSD) demonstration in Cologne on July 21, 2024. Approximately 60,000 demonstrators marched through the city, with hundreds of thousands of spectators lining the streets. The event was marked by colourful and festive displays, with participants dancing, singing, and celebrating. The demonstration was officially opened with a triple 'Happy Pride' cheer. The article also mentions the participation of prominent figures, including State Minister Claudia Roth, Federal Government Commissioner for LGBTQ+ Affairs Sven Lehmann, Federal Health Minister Karl Lauterbach, and Mayor Henriette Reker.</w:t>
      </w:r>
      <w:r/>
    </w:p>
    <w:p>
      <w:pPr>
        <w:pStyle w:val="ListNumber"/>
        <w:spacing w:line="240" w:lineRule="auto"/>
        <w:ind w:left="720"/>
      </w:pPr>
      <w:r/>
      <w:hyperlink r:id="rId13">
        <w:r>
          <w:rPr>
            <w:color w:val="0000EE"/>
            <w:u w:val="single"/>
          </w:rPr>
          <w:t>https://www.ksta.de/koeln/koeln-ist-bunt-csd-2024-in-koeln-die-schoensten-bilder-von-der-pride-parade-830991</w:t>
        </w:r>
      </w:hyperlink>
      <w:r>
        <w:t xml:space="preserve"> - This article provides a visual overview of the Christopher Street Day (CSD) parade in Cologne on July 21, 2024, showcasing the most striking images from the event. The parade, which began at 11:30 AM, featured approximately 250 groups and associations. The article highlights the participation of notable figures, including Ina Brandes (Minister for Culture and Science of North Rhine-Westphalia) and Karl Lauterbach (Federal Health Minister). The event was celebrated with vibrant displays of colour and joy, reflecting the festive spirit of the parade.</w:t>
      </w:r>
      <w:r/>
    </w:p>
    <w:p>
      <w:pPr>
        <w:pStyle w:val="ListNumber"/>
        <w:spacing w:line="240" w:lineRule="auto"/>
        <w:ind w:left="720"/>
      </w:pPr>
      <w:r/>
      <w:hyperlink r:id="rId15">
        <w:r>
          <w:rPr>
            <w:color w:val="0000EE"/>
            <w:u w:val="single"/>
          </w:rPr>
          <w:t>https://www.ksta.de/koeln/mehr-praesenz-bei-csd-demonstration-in-koeln-572356</w:t>
        </w:r>
      </w:hyperlink>
      <w:r>
        <w:t xml:space="preserve"> - The article discusses the increased presence of Sparkasse KölnBonn at the Christopher Street Day (CSD) demonstration in Cologne on July 21, 2024. The bank enhanced its participation by featuring a larger float and more participants, aligning with its new brand slogan 'Füreinander Hier' ('Here for Each Other'). The float was adorned with the message 'Füreinander queer' ('Here for Queer') and the slogan 'Spart niemals an Liebe' ('Never Save on Love'). The article also mentions the involvement of the CSD planning team members from Sparkasse KölnBonn, who were featured on the float.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ern.de/news/hunderttausende-menschen-zu-csd-demonstration-in-koeln-erwartet-37646950.html" TargetMode="External"/><Relationship Id="rId10" Type="http://schemas.openxmlformats.org/officeDocument/2006/relationships/hyperlink" Target="https://www.thelocal.de/20240721/hundreds-of-thousands-expected-for-christopher-street-day-in-cologne" TargetMode="External"/><Relationship Id="rId11" Type="http://schemas.openxmlformats.org/officeDocument/2006/relationships/hyperlink" Target="https://www.zeit.de/news/2024-07/21/csd-demonstration-zieht-durch-koeln" TargetMode="External"/><Relationship Id="rId12" Type="http://schemas.openxmlformats.org/officeDocument/2006/relationships/hyperlink" Target="https://www.ksta.de/koeln/csd-in-koeln-hunderttausende-demonstrieren-831681" TargetMode="External"/><Relationship Id="rId13" Type="http://schemas.openxmlformats.org/officeDocument/2006/relationships/hyperlink" Target="https://www.ksta.de/koeln/koeln-ist-bunt-csd-2024-in-koeln-die-schoensten-bilder-von-der-pride-parade-830991" TargetMode="External"/><Relationship Id="rId14" Type="http://schemas.openxmlformats.org/officeDocument/2006/relationships/hyperlink" Target="https://www.deutschlandfunk.de/ueber-eine-million-besucher-bei-csd-parade-in-koeln-108.html" TargetMode="External"/><Relationship Id="rId15" Type="http://schemas.openxmlformats.org/officeDocument/2006/relationships/hyperlink" Target="https://www.ksta.de/koeln/mehr-praesenz-bei-csd-demonstration-in-koeln-5723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