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Bikini Trends for National Bikini Day 2026: Why More Men Are Wearing Skimpy Swimwear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National Bikini Day by embracing bold swim choices, shoppers and beachgoers are seeing more skin this July 5, with fashion conversations shifting as men increasingly opt for trims, briefs and bikini-style swimsuits. Here’s why it matters, how to pick a comfortable fit, and where the trend is headed.</w:t>
      </w:r>
      <w:r/>
    </w:p>
    <w:p>
      <w:r/>
      <w:r>
        <w:t>Essential Takeaways</w:t>
      </w:r>
      <w:r/>
      <w:r/>
    </w:p>
    <w:p>
      <w:pPr>
        <w:pStyle w:val="ListBullet"/>
        <w:spacing w:line="240" w:lineRule="auto"/>
        <w:ind w:left="720"/>
      </w:pPr>
      <w:r/>
      <w:r>
        <w:rPr>
          <w:b/>
        </w:rPr>
        <w:t>What and when:</w:t>
      </w:r>
      <w:r>
        <w:t xml:space="preserve"> National Bikini Day is observed every July 5, marking a moment to notice how swimwear styles evolve. </w:t>
      </w:r>
      <w:r/>
    </w:p>
    <w:p>
      <w:pPr>
        <w:pStyle w:val="ListBullet"/>
        <w:spacing w:line="240" w:lineRule="auto"/>
        <w:ind w:left="720"/>
      </w:pPr>
      <w:r/>
      <w:r>
        <w:rPr>
          <w:b/>
        </w:rPr>
        <w:t>More men trying bikinis:</w:t>
      </w:r>
      <w:r>
        <w:t xml:space="preserve"> Recent coverage and online chatter show growing acceptance of men wearing bikini-style swimsuits and briefs. </w:t>
      </w:r>
      <w:r/>
    </w:p>
    <w:p>
      <w:pPr>
        <w:pStyle w:val="ListBullet"/>
        <w:spacing w:line="240" w:lineRule="auto"/>
        <w:ind w:left="720"/>
      </w:pPr>
      <w:r/>
      <w:r>
        <w:rPr>
          <w:b/>
        </w:rPr>
        <w:t>Style tips:</w:t>
      </w:r>
      <w:r>
        <w:t xml:space="preserve"> Look for supportive fabrics, the right rise and a snug but comfortable fit, comfort and confidence trump trends. </w:t>
      </w:r>
      <w:r/>
    </w:p>
    <w:p>
      <w:pPr>
        <w:pStyle w:val="ListBullet"/>
        <w:spacing w:line="240" w:lineRule="auto"/>
        <w:ind w:left="720"/>
      </w:pPr>
      <w:r/>
      <w:r>
        <w:rPr>
          <w:b/>
        </w:rPr>
        <w:t>Sizing matters:</w:t>
      </w:r>
      <w:r>
        <w:t xml:space="preserve"> Choose swimwear sized for swim movement, not streetwear, and consider liners or brief styles if you want extra coverage. </w:t>
      </w:r>
      <w:r/>
    </w:p>
    <w:p>
      <w:pPr>
        <w:pStyle w:val="ListBullet"/>
        <w:spacing w:line="240" w:lineRule="auto"/>
        <w:ind w:left="720"/>
      </w:pPr>
      <w:r/>
      <w:r>
        <w:rPr>
          <w:b/>
        </w:rPr>
        <w:t>Cultural note:</w:t>
      </w:r>
      <w:r>
        <w:t xml:space="preserve"> Reactions vary, expect anything from cheers to debate, but everyone benefits when more bodies feel welcome at the water.</w:t>
      </w:r>
      <w:r/>
      <w:r/>
    </w:p>
    <w:p>
      <w:pPr>
        <w:pStyle w:val="Heading2"/>
      </w:pPr>
      <w:r>
        <w:t>Why July 5 feels like a fashion moment</w:t>
      </w:r>
      <w:r/>
    </w:p>
    <w:p>
      <w:r/>
      <w:r>
        <w:t>National Bikini Day lands on July 5 every year, so if the shoreline looks bolder this weekend, there’s a seasonal reason. The day gives shoppers a reason to notice trends and designers a moment to push playful cuts. Awareness sites mark the date as a light, celebratory observance and social feeds swell with people showing off new suits and vintage finds.</w:t>
      </w:r>
      <w:r/>
    </w:p>
    <w:p>
      <w:r/>
      <w:r>
        <w:t>The result is an extra dose of colour and confidence at pools and beaches. And with summer in full swing, retailers often restock or run promotions, so it’s a handy time to try something different without breaking the bank.</w:t>
      </w:r>
      <w:r/>
    </w:p>
    <w:p>
      <w:pPr>
        <w:pStyle w:val="Heading2"/>
      </w:pPr>
      <w:r>
        <w:t>Men’s swimwear is getting briefer, what’s changed</w:t>
      </w:r>
      <w:r/>
    </w:p>
    <w:p>
      <w:r/>
      <w:r>
        <w:t>Around the world you’re seeing more men move away from long boardshorts toward slimmer silhouettes and bikini-style briefs. Publications and social platforms have been pointing out the shift, and online communities are weighing in with lively debate and personal takes.</w:t>
      </w:r>
      <w:r/>
    </w:p>
    <w:p>
      <w:r/>
      <w:r>
        <w:t>This isn’t just about aesthetics. A tighter, more streamlined swimsuit can be more practical for swimming or sunbathing, and many men simply prefer the way they look and feel in less fabric. If you’re curious, consider starting with a mid-rise brief or a trunk with a shorter leg, then decide if you want to go briefer.</w:t>
      </w:r>
      <w:r/>
    </w:p>
    <w:p>
      <w:pPr>
        <w:pStyle w:val="Heading2"/>
      </w:pPr>
      <w:r>
        <w:t>How to pick a bikini-style swimsuit that actually works for you</w:t>
      </w:r>
      <w:r/>
    </w:p>
    <w:p>
      <w:r/>
      <w:r>
        <w:t>Fit beats label every time. Choose a size that sits comfortably at the waist without pinching, and look for fabric blends with a bit of stretch, nylon and elastane mixes hold shape and dry quickly. A supportive liner or a slight pouch can help with comfort, while higher-cut legs lengthen the silhouette.</w:t>
      </w:r>
      <w:r/>
    </w:p>
    <w:p>
      <w:r/>
      <w:r>
        <w:t>Don’t forget function: if you swim laps, pick a snug, performance-style brief. For lounging, softer fabrics and lower compression feel nicer. And if you’re anxious about attention, start with darker colours or patterns that diffuse the eye.</w:t>
      </w:r>
      <w:r/>
    </w:p>
    <w:p>
      <w:pPr>
        <w:pStyle w:val="Heading2"/>
      </w:pPr>
      <w:r>
        <w:t>Practical care and comfort tips so your suit lasts</w:t>
      </w:r>
      <w:r/>
    </w:p>
    <w:p>
      <w:r/>
      <w:r>
        <w:t>Rinse swimsuits after every dip to remove chlorine, salt and sunscreen; hand-washing in cool water is kinder than machine cycles. Lay flat to dry away from direct sun to prevent fading and fabric breakdown. Rotate between two suits if you swim often, giving each one time to recover preserves elasticity.</w:t>
      </w:r>
      <w:r/>
    </w:p>
    <w:p>
      <w:r/>
      <w:r>
        <w:t>If you’re travelling, pack a quick-dry option that won’t take up much luggage space. And remember: a little sunscreen, reapplied, keeps both skin and fabric in better nick.</w:t>
      </w:r>
      <w:r/>
    </w:p>
    <w:p>
      <w:pPr>
        <w:pStyle w:val="Heading2"/>
      </w:pPr>
      <w:r>
        <w:t>The debate and the bigger picture</w:t>
      </w:r>
      <w:r/>
    </w:p>
    <w:p>
      <w:r/>
      <w:r>
        <w:t>You’ll see mixed reactions: some people love the freedom and body positivity, others prefer traditional lengths. Online threads show both teasing and firm support, but the common line from many contributors is simple, wear what makes you comfortable. The cultural shift is quiet but steady: men’s swimwear is expanding beyond a single, assumed look.</w:t>
      </w:r>
      <w:r/>
    </w:p>
    <w:p>
      <w:r/>
      <w:r>
        <w:t>Most importantly, more options mean more choice. Whether you stick with boardshorts or try a skimpy brief for the first time this National Bikini Day, it’s about personal comfort, not passing fashion tests.</w:t>
      </w:r>
      <w:r/>
    </w:p>
    <w:p>
      <w:r/>
      <w:r>
        <w:t>It's a small change that can make every beach visit feel a little more you.</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2">
        <w:r>
          <w:rPr>
            <w:color w:val="0000EE"/>
            <w:u w:val="single"/>
          </w:rPr>
          <w:t>[4]</w:t>
        </w:r>
      </w:hyperlink>
      <w:r>
        <w:t xml:space="preserve">, </w:t>
      </w:r>
      <w:hyperlink r:id="rId13">
        <w:r>
          <w:rPr>
            <w:color w:val="0000EE"/>
            <w:u w:val="single"/>
          </w:rPr>
          <w:t>[5]</w:t>
        </w:r>
      </w:hyperlink>
      <w:r>
        <w:t xml:space="preserve">- Paragraph 3: </w:t>
      </w:r>
      <w:hyperlink r:id="rId10">
        <w:r>
          <w:rPr>
            <w:color w:val="0000EE"/>
            <w:u w:val="single"/>
          </w:rPr>
          <w:t>[2]</w:t>
        </w:r>
      </w:hyperlink>
      <w:r>
        <w:t xml:space="preserve">, </w:t>
      </w:r>
      <w:hyperlink r:id="rId14">
        <w:r>
          <w:rPr>
            <w:color w:val="0000EE"/>
            <w:u w:val="single"/>
          </w:rPr>
          <w:t>[6]</w:t>
        </w:r>
      </w:hyperlink>
      <w:r>
        <w:t xml:space="preserve">- Paragraph 4: </w:t>
      </w:r>
      <w:hyperlink r:id="rId11">
        <w:r>
          <w:rPr>
            <w:color w:val="0000EE"/>
            <w:u w:val="single"/>
          </w:rPr>
          <w:t>[3]</w:t>
        </w:r>
      </w:hyperlink>
      <w:r>
        <w:t xml:space="preserve">, </w:t>
      </w:r>
      <w:hyperlink r:id="rId15">
        <w:r>
          <w:rPr>
            <w:color w:val="0000EE"/>
            <w:u w:val="single"/>
          </w:rPr>
          <w:t>[7]</w:t>
        </w:r>
      </w:hyperlink>
      <w:r>
        <w:t xml:space="preserve">- Paragraph 5: </w:t>
      </w:r>
      <w:hyperlink r:id="rId12">
        <w:r>
          <w:rPr>
            <w:color w:val="0000EE"/>
            <w:u w:val="single"/>
          </w:rPr>
          <w:t>[4]</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https://www.queerty.com/the-bikini-gays-have-a-reason-to-celebrate-today-20260705/</w:t>
        </w:r>
      </w:hyperlink>
      <w:r>
        <w:t xml:space="preserve"> - Please view link - unable to able to access data</w:t>
      </w:r>
      <w:r/>
    </w:p>
    <w:p>
      <w:pPr>
        <w:pStyle w:val="ListNumber"/>
        <w:spacing w:line="240" w:lineRule="auto"/>
        <w:ind w:left="720"/>
      </w:pPr>
      <w:r/>
      <w:hyperlink r:id="rId10">
        <w:r>
          <w:rPr>
            <w:color w:val="0000EE"/>
            <w:u w:val="single"/>
          </w:rPr>
          <w:t>https://nationaltoday.com/national-bikini-day/</w:t>
        </w:r>
      </w:hyperlink>
      <w:r>
        <w:t xml:space="preserve"> - National Bikini Day is celebrated annually on July 5, marking the anniversary of the bikini's debut in 1946. The two-piece swimsuit was introduced by French designer Louis Réard, who named it after Bikini Atoll, where the United States conducted atomic tests. The day encourages individuals to embrace summer fun by heading to the beach, lounging poolside, or finding the perfect swimwear. Historically, the bikini faced resistance in the United States due to its revealing nature but gained popularity in the 1960s. Today, it comes in various styles, colours, and fabrics, catering to diverse body types and fashion preferences.</w:t>
      </w:r>
      <w:r/>
    </w:p>
    <w:p>
      <w:pPr>
        <w:pStyle w:val="ListNumber"/>
        <w:spacing w:line="240" w:lineRule="auto"/>
        <w:ind w:left="720"/>
      </w:pPr>
      <w:r/>
      <w:hyperlink r:id="rId11">
        <w:r>
          <w:rPr>
            <w:color w:val="0000EE"/>
            <w:u w:val="single"/>
          </w:rPr>
          <w:t>https://nationaldaycalendar.com/celebrations/national-bikini-day-july-5</w:t>
        </w:r>
      </w:hyperlink>
      <w:r>
        <w:t xml:space="preserve"> - National Bikini Day, observed on July 5, commemorates the invention of the bikini in 1946 by French designer Louis Réard. The two-piece swimsuit was named after Bikini Atoll, where the United States conducted atomic tests. Initially met with resistance in the United States due to its revealing nature, the bikini gained popularity in the 1960s. Today, it comes in various styles, colours, and fabrics, catering to diverse body types and fashion preferences. The day encourages individuals to embrace summer fun by heading to the beach, lounging poolside, or finding the perfect swimwear.</w:t>
      </w:r>
      <w:r/>
    </w:p>
    <w:p>
      <w:pPr>
        <w:pStyle w:val="ListNumber"/>
        <w:spacing w:line="240" w:lineRule="auto"/>
        <w:ind w:left="720"/>
      </w:pPr>
      <w:r/>
      <w:hyperlink r:id="rId12">
        <w:r>
          <w:rPr>
            <w:color w:val="0000EE"/>
            <w:u w:val="single"/>
          </w:rPr>
          <w:t>https://www.awarenessdays.com/awareness-days-calendar/national-bikini-day/</w:t>
        </w:r>
      </w:hyperlink>
      <w:r>
        <w:t xml:space="preserve"> - National Bikini Day is celebrated every year on July 5, marking the anniversary of the day in 1946 when French designer Louis Réard unveiled the modern two-piece swimsuit in Paris. The day is a light-hearted celebration of one of the most recognisable garments in fashion history and of the swimwear that has become a staple of beaches and pools around the world. The bikini arrived with a bang, quite literally. On 5 July 1946, the French engineer turned designer Louis Réard presented a daring new swimsuit at the Piscine Molitor, a fashionable swimming pool in Paris. His creation was little more than a bra top and two inverted triangles of cloth joined by string, made from a scant 30 inches of fabric. In more conservative America, the bikini was resisted for years. It was not until the early 1960s, amid a new spirit of youthful liberation, that the swimsuit shifted from controversial to mainstream and took its place as an icon of summer.</w:t>
      </w:r>
      <w:r/>
    </w:p>
    <w:p>
      <w:pPr>
        <w:pStyle w:val="ListNumber"/>
        <w:spacing w:line="240" w:lineRule="auto"/>
        <w:ind w:left="720"/>
      </w:pPr>
      <w:r/>
      <w:hyperlink r:id="rId13">
        <w:r>
          <w:rPr>
            <w:color w:val="0000EE"/>
            <w:u w:val="single"/>
          </w:rPr>
          <w:t>https://www.daysoftheyear.com/days/bikini-day/</w:t>
        </w:r>
      </w:hyperlink>
      <w:r>
        <w:t xml:space="preserve"> - National Bikini Day is the anniversary of the invention of the bikini in 1946 by a Parisian fashion designer, Louis Réard. The goal of this holiday is to get to the closest beach, or find some cheap travel deals to the Philippines, Bali, Hawaii or anywhere with lots of beaches, and spend the day– or even a whole week – in that bikini!</w:t>
      </w:r>
      <w:r/>
    </w:p>
    <w:p>
      <w:pPr>
        <w:pStyle w:val="ListNumber"/>
        <w:spacing w:line="240" w:lineRule="auto"/>
        <w:ind w:left="720"/>
      </w:pPr>
      <w:r/>
      <w:hyperlink r:id="rId14">
        <w:r>
          <w:rPr>
            <w:color w:val="0000EE"/>
            <w:u w:val="single"/>
          </w:rPr>
          <w:t>https://www.nationaldayhub.com/post/national-bikini-day-july-5</w:t>
        </w:r>
      </w:hyperlink>
      <w:r>
        <w:t xml:space="preserve"> - National Bikini Day, observed annually on July 5th, is a vibrant and playful celebration dedicated to one of the most iconic pieces of swimwear: the bikini. The bikini, a two-piece swimsuit, has transformed the way we think about beach and pool fashion since its debut in the mid-20th century. This day is not only an opportunity to appreciate the evolution of swimwear but also a chance to celebrate body positivity, summer fun, and the enduring influence of this fashion staple. Whether you’re lounging by the pool, hitting the beach, or simply enjoying summer activities, National Bikini Day is all about embracing the joy and freedom of summer fashion.</w:t>
      </w:r>
      <w:r/>
    </w:p>
    <w:p>
      <w:pPr>
        <w:pStyle w:val="ListNumber"/>
        <w:spacing w:line="240" w:lineRule="auto"/>
        <w:ind w:left="720"/>
      </w:pPr>
      <w:r/>
      <w:hyperlink r:id="rId15">
        <w:r>
          <w:rPr>
            <w:color w:val="0000EE"/>
            <w:u w:val="single"/>
          </w:rPr>
          <w:t>https://bimcal.com/calendar/bikini-day</w:t>
        </w:r>
      </w:hyperlink>
      <w:r>
        <w:t xml:space="preserve"> - Bikini Day 2026 is on July 5th (Sunday). The page provides information about the date and day of the week for Bikini Day in 2026, along with a list of upcoming holidays in the following days, such as International Kissing Day on July 6 and World Chocolate Day on July 7.</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the-bikini-gays-have-a-reason-to-celebrate-today-20260705/" TargetMode="External"/><Relationship Id="rId10" Type="http://schemas.openxmlformats.org/officeDocument/2006/relationships/hyperlink" Target="https://nationaltoday.com/national-bikini-day/" TargetMode="External"/><Relationship Id="rId11" Type="http://schemas.openxmlformats.org/officeDocument/2006/relationships/hyperlink" Target="https://nationaldaycalendar.com/celebrations/national-bikini-day-july-5" TargetMode="External"/><Relationship Id="rId12" Type="http://schemas.openxmlformats.org/officeDocument/2006/relationships/hyperlink" Target="https://www.awarenessdays.com/awareness-days-calendar/national-bikini-day/" TargetMode="External"/><Relationship Id="rId13" Type="http://schemas.openxmlformats.org/officeDocument/2006/relationships/hyperlink" Target="https://www.daysoftheyear.com/days/bikini-day/" TargetMode="External"/><Relationship Id="rId14" Type="http://schemas.openxmlformats.org/officeDocument/2006/relationships/hyperlink" Target="https://www.nationaldayhub.com/post/national-bikini-day-july-5" TargetMode="External"/><Relationship Id="rId15" Type="http://schemas.openxmlformats.org/officeDocument/2006/relationships/hyperlink" Target="https://bimcal.com/calendar/bikini-da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