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Stay Safe and Enjoy London Pride 2026: What to Know Before You Go</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Heading into London for Pride? Expect vibrant parades, packed entertainment stages and a heavy police presence , organisers say more than 35,000 marchers and over a million visitors will flood central London, so plan travel, look out for friends and know where to report any hate incidents.</w:t>
      </w:r>
      <w:r/>
    </w:p>
    <w:p>
      <w:r/>
      <w:r>
        <w:t>Essential Takeaways</w:t>
      </w:r>
      <w:r/>
      <w:r/>
    </w:p>
    <w:p>
      <w:pPr>
        <w:pStyle w:val="ListBullet"/>
        <w:spacing w:line="240" w:lineRule="auto"/>
        <w:ind w:left="720"/>
      </w:pPr>
      <w:r/>
      <w:r>
        <w:rPr>
          <w:b/>
        </w:rPr>
        <w:t>Large turnout:</w:t>
      </w:r>
      <w:r>
        <w:t xml:space="preserve"> More than 35,000 marchers from 600+ groups and over a million visitors are expected across central London.</w:t>
      </w:r>
      <w:r/>
    </w:p>
    <w:p>
      <w:pPr>
        <w:pStyle w:val="ListBullet"/>
        <w:spacing w:line="240" w:lineRule="auto"/>
        <w:ind w:left="720"/>
      </w:pPr>
      <w:r/>
      <w:r>
        <w:rPr>
          <w:b/>
        </w:rPr>
        <w:t>Visible policing:</w:t>
      </w:r>
      <w:r>
        <w:t xml:space="preserve"> The Metropolitan Police has pledged a heavy, responsive presence and says there will be no tolerance of hate crime.</w:t>
      </w:r>
      <w:r/>
    </w:p>
    <w:p>
      <w:pPr>
        <w:pStyle w:val="ListBullet"/>
        <w:spacing w:line="240" w:lineRule="auto"/>
        <w:ind w:left="720"/>
      </w:pPr>
      <w:r/>
      <w:r>
        <w:rPr>
          <w:b/>
        </w:rPr>
        <w:t>Multiple hubs:</w:t>
      </w:r>
      <w:r>
        <w:t xml:space="preserve"> Stages and activations will run across Trafalgar Square, Leicester Square, Soho and Victoria Embankment Gardens.</w:t>
      </w:r>
      <w:r/>
    </w:p>
    <w:p>
      <w:pPr>
        <w:pStyle w:val="ListBullet"/>
        <w:spacing w:line="240" w:lineRule="auto"/>
        <w:ind w:left="720"/>
      </w:pPr>
      <w:r/>
      <w:r>
        <w:rPr>
          <w:b/>
        </w:rPr>
        <w:t>Practical travel tip:</w:t>
      </w:r>
      <w:r>
        <w:t xml:space="preserve"> Expect busy stations and road closures; check travel plans in advance and allow extra time.</w:t>
      </w:r>
      <w:r/>
    </w:p>
    <w:p>
      <w:pPr>
        <w:pStyle w:val="ListBullet"/>
        <w:spacing w:line="240" w:lineRule="auto"/>
        <w:ind w:left="720"/>
      </w:pPr>
      <w:r/>
      <w:r>
        <w:rPr>
          <w:b/>
        </w:rPr>
        <w:t>If something happens:</w:t>
      </w:r>
      <w:r>
        <w:t xml:space="preserve"> Report hate incidents to officers on the ground immediately or use event reporting points.</w:t>
      </w:r>
      <w:r/>
      <w:r/>
    </w:p>
    <w:p>
      <w:pPr>
        <w:pStyle w:val="Heading2"/>
      </w:pPr>
      <w:r>
        <w:t>Why the police are so visible this year , and what that feels like</w:t>
      </w:r>
      <w:r/>
    </w:p>
    <w:p>
      <w:r/>
      <w:r>
        <w:t>There’s a clear, practical reason for the stronger police presence: organisers and the Met both want Pride to be safe and accessible for everyone. Deputy Assistant Commissioner Jon Savell has described the plan as a visible, proportionate policing operation that can respond quickly if required. That presence is meant to feel reassuring rather than intimidating , think uniformed officers at key choke points and plainclothes teams moving through crowds.</w:t>
      </w:r>
      <w:r/>
    </w:p>
    <w:p>
      <w:r/>
      <w:r>
        <w:t>Organisers and community leaders have repeatedly stressed the emotional importance of feeling safe while celebrating. According to coverage in national outlets, that’s especially relevant this year as hundreds of groups march together, from grassroots charities to workplace networks. If you’re nervous about big crowds, arrive early, choose a quieter viewing spot and stay near official first-aid or stewarding points.</w:t>
      </w:r>
      <w:r/>
    </w:p>
    <w:p>
      <w:pPr>
        <w:pStyle w:val="Heading2"/>
      </w:pPr>
      <w:r>
        <w:t>The parade route, festival hubs and where the action will be</w:t>
      </w:r>
      <w:r/>
    </w:p>
    <w:p>
      <w:r/>
      <w:r>
        <w:t>Pride’s procession runs from Hyde Park Corner to Whitehall Place, passing through Piccadilly, and stages are spread across Trafalgar Square, Leicester Square, Golden Square, Soho Square, Dean Street and Victoria Embankment Gardens. That spread keeps things lively but also means activity will be widely dispersed , some pockets will be very busy, others more relaxed.</w:t>
      </w:r>
      <w:r/>
    </w:p>
    <w:p>
      <w:r/>
      <w:r>
        <w:t>Local venues, pubs and bars in Westminster expect to be packed, so plan meet-ups in advance and set clear rendezvous points. If you want a less congested experience, pick one of the smaller stage sites or watch the march from side streets where people tend to thin out.</w:t>
      </w:r>
      <w:r/>
    </w:p>
    <w:p>
      <w:pPr>
        <w:pStyle w:val="Heading2"/>
      </w:pPr>
      <w:r>
        <w:t>How to travel smarter and avoid getting stuck</w:t>
      </w:r>
      <w:r/>
    </w:p>
    <w:p>
      <w:r/>
      <w:r>
        <w:t>Transport leaders and reporting outlets have warned about widespread disruption and very busy stations. Use public transport where you can, but allow extra time and check TfL for live updates. If you drive, expect road closures across central London and limited parking.</w:t>
      </w:r>
      <w:r/>
    </w:p>
    <w:p>
      <w:r/>
      <w:r>
        <w:t>Practical moves: charge your phone, download maps and pin a meeting spot for your group. Consider using quieter stations a short walk away rather than the nearest central hub. And remember, walking time can be longer than you think when streets are full.</w:t>
      </w:r>
      <w:r/>
    </w:p>
    <w:p>
      <w:pPr>
        <w:pStyle w:val="Heading2"/>
      </w:pPr>
      <w:r>
        <w:t>Hate crime: what “no tolerance” means and how to report it</w:t>
      </w:r>
      <w:r/>
    </w:p>
    <w:p>
      <w:r/>
      <w:r>
        <w:t>The Met has been explicit that there will be no tolerance of hate crime at Pride. Officers have asked anyone who experiences discrimination or abuse to speak to them immediately so action can be taken. That means you’ll see reporting points and stewards trained to help, and officers positioned to respond.</w:t>
      </w:r>
      <w:r/>
    </w:p>
    <w:p>
      <w:r/>
      <w:r>
        <w:t>If you’re unsure whether an incident qualifies, report it anyway , stewards and police can advise. Keep any evidence you safely can, like photos or witness details, and consider accompanying someone to a reporting point if they’re shaken. Community organisations and helplines will also be staffing areas and sharing information.</w:t>
      </w:r>
      <w:r/>
    </w:p>
    <w:p>
      <w:pPr>
        <w:pStyle w:val="Heading2"/>
      </w:pPr>
      <w:r>
        <w:t>Making the most of Pride while looking after yourself and others</w:t>
      </w:r>
      <w:r/>
    </w:p>
    <w:p>
      <w:r/>
      <w:r>
        <w:t>Pride is equal parts celebration and community ritual, and organisers want 2026 to be the most inclusive yet. Rebecca Paisis, Pride in London’s interim CEO, has framed the event as many voices becoming one , a reminder that coming together matters. Enjoy the stages, the art, and the people-watching, but also pace yourself; hydration, sun protection and sensible footwear make a big difference.</w:t>
      </w:r>
      <w:r/>
    </w:p>
    <w:p>
      <w:r/>
      <w:r>
        <w:t>Look out for friends, set simple check-ins if you split up, and know where the first-aid and lost-property stations are. If you see someone in need, flag it to a steward or officer , small acts of kindness keep the whole day brighter.</w:t>
      </w:r>
      <w:r/>
    </w:p>
    <w:p>
      <w:r/>
      <w:r>
        <w:t>It's a big, bright, crowded celebration , plan a little and you’ll enjoy a lot.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0">
        <w:r>
          <w:rPr>
            <w:color w:val="0000EE"/>
            <w:u w:val="single"/>
          </w:rPr>
          <w:t>[2]</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9">
        <w:r>
          <w:rPr>
            <w:color w:val="0000EE"/>
            <w:u w:val="single"/>
          </w:rPr>
          <w:t>[1]</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https://www.independent.co.uk/news/uk/home-news/london-pride-met-police-b3007797.html</w:t>
        </w:r>
      </w:hyperlink>
      <w:r>
        <w:t xml:space="preserve"> - Please view link - unable to able to access data</w:t>
      </w:r>
      <w:r/>
    </w:p>
    <w:p>
      <w:pPr>
        <w:pStyle w:val="ListNumber"/>
        <w:spacing w:line="240" w:lineRule="auto"/>
        <w:ind w:left="720"/>
      </w:pPr>
      <w:r/>
      <w:hyperlink r:id="rId10">
        <w:r>
          <w:rPr>
            <w:color w:val="0000EE"/>
            <w:u w:val="single"/>
          </w:rPr>
          <w:t>https://www.standard.co.uk/news/crime/london-pride-2026-hate-crime-b1288565.html</w:t>
        </w:r>
      </w:hyperlink>
      <w:r>
        <w:t xml:space="preserve"> - The Standard reports that the Metropolitan Police have announced a 'no tolerance of hate crime' policy for the upcoming Pride in London celebrations. With over a million attendees expected, Deputy Assistant Commissioner Jon Savell emphasized the importance of a heavy police presence to ensure the safety and security of participants. The parade will feature more than 35,000 marchers from over 600 diverse groups, highlighting the event's significance in promoting inclusivity and unity within the LGBTQIA+ community.</w:t>
      </w:r>
      <w:r/>
    </w:p>
    <w:p>
      <w:pPr>
        <w:pStyle w:val="ListNumber"/>
        <w:spacing w:line="240" w:lineRule="auto"/>
        <w:ind w:left="720"/>
      </w:pPr>
      <w:r/>
      <w:hyperlink r:id="rId11">
        <w:r>
          <w:rPr>
            <w:color w:val="0000EE"/>
            <w:u w:val="single"/>
          </w:rPr>
          <w:t>https://www.itv.com/news/london/2026-07-03/pride-in-london-what-you-need-to-know</w:t>
        </w:r>
      </w:hyperlink>
      <w:r>
        <w:t xml:space="preserve"> - ITV News London provides comprehensive details about the Pride in London event, including the participation of over 35,000 marchers from more than 600 diverse groups. The parade route begins at Hyde Park Corner, proceeds along Piccadilly towards Piccadilly Circus, and concludes at Whitehall. The festivities are expected to draw more than a million people into central London, with a heavy police presence ensuring the safety and security of all attendees.</w:t>
      </w:r>
      <w:r/>
    </w:p>
    <w:p>
      <w:pPr>
        <w:pStyle w:val="ListNumber"/>
        <w:spacing w:line="240" w:lineRule="auto"/>
        <w:ind w:left="720"/>
      </w:pPr>
      <w:r/>
      <w:hyperlink r:id="rId12">
        <w:r>
          <w:rPr>
            <w:color w:val="0000EE"/>
            <w:u w:val="single"/>
          </w:rPr>
          <w:t>https://www.theguardian.com/world/2026/jul/04/tens-of-thousands-march-in-london-for-annual-pride-parade</w:t>
        </w:r>
      </w:hyperlink>
      <w:r>
        <w:t xml:space="preserve"> - The Guardian reports on the annual Pride parade in London, where tens of thousands of people marched through central London for the annual LGBT+ Pride parade. Sadiq Khan, the mayor of London, joined the crowd as they proceeded through the capital on Saturday afternoon. The event’s organisers said that more than 35,000 marchers from about 600 groups made their way from Hyde Park Corner to Whitehall via Piccadilly, many carrying rainbow flags.</w:t>
      </w:r>
      <w:r/>
    </w:p>
    <w:p>
      <w:pPr>
        <w:pStyle w:val="ListNumber"/>
        <w:spacing w:line="240" w:lineRule="auto"/>
        <w:ind w:left="720"/>
      </w:pPr>
      <w:r/>
      <w:hyperlink r:id="rId13">
        <w:r>
          <w:rPr>
            <w:color w:val="0000EE"/>
            <w:u w:val="single"/>
          </w:rPr>
          <w:t>https://www.lbc.co.uk/article/pride-in-london-2026-what-you-need-to-know-from-timings-to-parade-route-and-road-5HjdcTd_2/</w:t>
        </w:r>
      </w:hyperlink>
      <w:r>
        <w:t xml:space="preserve"> - LBC provides essential information for attendees of Pride in London 2026, including details about the parade route, stages, and road closures. The event is expected to attract around 1.8 million people, with over 35,000 marchers from more than 600 groups participating. Organisers encourage attendees to bring reusable water bottles and use the free water refill stations at the event's stages, especially considering the forecasted temperatures reaching 28°C in Westminster.</w:t>
      </w:r>
      <w:r/>
    </w:p>
    <w:p>
      <w:pPr>
        <w:pStyle w:val="ListNumber"/>
        <w:spacing w:line="240" w:lineRule="auto"/>
        <w:ind w:left="720"/>
      </w:pPr>
      <w:r/>
      <w:hyperlink r:id="rId14">
        <w:r>
          <w:rPr>
            <w:color w:val="0000EE"/>
            <w:u w:val="single"/>
          </w:rPr>
          <w:t>https://www.londonxlondon.com/pride-london/</w:t>
        </w:r>
      </w:hyperlink>
      <w:r>
        <w:t xml:space="preserve"> - London x London offers a comprehensive guide to Pride in London 2026, detailing the parade route, stages, and other essential information. The parade starts at Hyde Park Corner at midday, heads east along Piccadilly towards Piccadilly Circus, then turns south down Haymarket, passing Trafalgar Square, and finishes on Whitehall, with the whole procession typically wrapping up around 6pm. The event is expected to draw over 1.5 million attendees, with 35,000 official marchers representing LGBTQIA+ community groups, charities, and organisations.</w:t>
      </w:r>
      <w:r/>
    </w:p>
    <w:p>
      <w:pPr>
        <w:pStyle w:val="ListNumber"/>
        <w:spacing w:line="240" w:lineRule="auto"/>
        <w:ind w:left="720"/>
      </w:pPr>
      <w:r/>
      <w:hyperlink r:id="rId15">
        <w:r>
          <w:rPr>
            <w:color w:val="0000EE"/>
            <w:u w:val="single"/>
          </w:rPr>
          <w:t>https://www.asatunews.co.id/en/pride-london-parade-draws-million</w:t>
        </w:r>
      </w:hyperlink>
      <w:r>
        <w:t xml:space="preserve"> - Asatu News reports on the Pride in London parade, which drew over 1.5 million visitors to central London on Saturday, July 4, 2026. The parade featured 35,000 marchers from over 600 groups, with organisers anticipating attendance could reach up to 1.8 million people. The procession began at Hyde Park Corner at 12:00 BST, travelled along Piccadilly toward Piccadilly Circus, then south down Haymarket, past Trafalgar Square, and concluded on Whitehall. The event included six performance areas and extensive road closures across Westminster and the West End.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dependent.co.uk/news/uk/home-news/london-pride-met-police-b3007797.html" TargetMode="External"/><Relationship Id="rId10" Type="http://schemas.openxmlformats.org/officeDocument/2006/relationships/hyperlink" Target="https://www.standard.co.uk/news/crime/london-pride-2026-hate-crime-b1288565.html" TargetMode="External"/><Relationship Id="rId11" Type="http://schemas.openxmlformats.org/officeDocument/2006/relationships/hyperlink" Target="https://www.itv.com/news/london/2026-07-03/pride-in-london-what-you-need-to-know" TargetMode="External"/><Relationship Id="rId12" Type="http://schemas.openxmlformats.org/officeDocument/2006/relationships/hyperlink" Target="https://www.theguardian.com/world/2026/jul/04/tens-of-thousands-march-in-london-for-annual-pride-parade" TargetMode="External"/><Relationship Id="rId13" Type="http://schemas.openxmlformats.org/officeDocument/2006/relationships/hyperlink" Target="https://www.lbc.co.uk/article/pride-in-london-2026-what-you-need-to-know-from-timings-to-parade-route-and-road-5HjdcTd_2/" TargetMode="External"/><Relationship Id="rId14" Type="http://schemas.openxmlformats.org/officeDocument/2006/relationships/hyperlink" Target="https://www.londonxlondon.com/pride-london/" TargetMode="External"/><Relationship Id="rId15" Type="http://schemas.openxmlformats.org/officeDocument/2006/relationships/hyperlink" Target="https://www.asatunews.co.id/en/pride-london-parade-draws-mill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