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60s Films at the Barbican: Why Winter Kept Us Warm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and queer cinema fans are flocking to the Barbican this Pride season, where the cinema’s Queer 60s series revisits a dangerous, daring decade; finishing on July 7 with Winter Kept Us Warm, a quiet, intimate Canadian drama that shows how early queer storytelling still speaks to today.</w:t>
      </w:r>
      <w:r/>
    </w:p>
    <w:p>
      <w:r/>
      <w:r>
        <w:t>Essential Takeaways</w:t>
      </w:r>
      <w:r/>
      <w:r/>
    </w:p>
    <w:p>
      <w:pPr>
        <w:pStyle w:val="ListBullet"/>
        <w:spacing w:line="240" w:lineRule="auto"/>
        <w:ind w:left="720"/>
      </w:pPr>
      <w:r/>
      <w:r>
        <w:rPr>
          <w:b/>
        </w:rPr>
        <w:t>Historic focus:</w:t>
      </w:r>
      <w:r>
        <w:t xml:space="preserve"> The Barbican’s Queer 60s season explores LGBTQ cinema from the decade before Stonewall, highlighting films made when homosexuality was often illegal. </w:t>
      </w:r>
      <w:r/>
    </w:p>
    <w:p>
      <w:pPr>
        <w:pStyle w:val="ListBullet"/>
        <w:spacing w:line="240" w:lineRule="auto"/>
        <w:ind w:left="720"/>
      </w:pPr>
      <w:r/>
      <w:r>
        <w:rPr>
          <w:b/>
        </w:rPr>
        <w:t>Final screening:</w:t>
      </w:r>
      <w:r>
        <w:t xml:space="preserve"> Winter Kept Us Warm (1965) closes the series on July 7, offering a gently poised portrayal of two university students. </w:t>
      </w:r>
      <w:r/>
    </w:p>
    <w:p>
      <w:pPr>
        <w:pStyle w:val="ListBullet"/>
        <w:spacing w:line="240" w:lineRule="auto"/>
        <w:ind w:left="720"/>
      </w:pPr>
      <w:r/>
      <w:r>
        <w:rPr>
          <w:b/>
        </w:rPr>
        <w:t>Small, intimate cinema:</w:t>
      </w:r>
      <w:r>
        <w:t xml:space="preserve"> Expect a thoughtful, low-key drama with a tender mood, not flashy spectacle , it rewards quiet attention. </w:t>
      </w:r>
      <w:r/>
    </w:p>
    <w:p>
      <w:pPr>
        <w:pStyle w:val="ListBullet"/>
        <w:spacing w:line="240" w:lineRule="auto"/>
        <w:ind w:left="720"/>
      </w:pPr>
      <w:r/>
      <w:r>
        <w:rPr>
          <w:b/>
        </w:rPr>
        <w:t>Context matters:</w:t>
      </w:r>
      <w:r>
        <w:t xml:space="preserve"> The season is part of a three-year Barbican strand tracing queer film history, so this showing sits inside a broader programme of reclamation. </w:t>
      </w:r>
      <w:r/>
    </w:p>
    <w:p>
      <w:pPr>
        <w:pStyle w:val="ListBullet"/>
        <w:spacing w:line="240" w:lineRule="auto"/>
        <w:ind w:left="720"/>
      </w:pPr>
      <w:r/>
      <w:r>
        <w:rPr>
          <w:b/>
        </w:rPr>
        <w:t>Practical tip:</w:t>
      </w:r>
      <w:r>
        <w:t xml:space="preserve"> Arrive early for a short introduction and to soak up the Barbican’s atmospheric, archival framing.</w:t>
      </w:r>
      <w:r/>
      <w:r/>
    </w:p>
    <w:p>
      <w:pPr>
        <w:pStyle w:val="Heading2"/>
      </w:pPr>
      <w:r>
        <w:t>Why the Barbican’s Queer 60s season feels essential</w:t>
      </w:r>
      <w:r/>
    </w:p>
    <w:p>
      <w:r/>
      <w:r>
        <w:t>The opening hook is simple: film didn’t just entertain queer audiences in the 1960s, it kept stories alive in a hostile world, and you can almost feel that hush when you sit down at the Barbican. The venue has curated the decade deliberately, aiming to show how filmmakers worked within and around censorship to tell honest stories. According to the Barbican’s programme notes, the series is the final chapter in three years of looking back at queer cinema’s roots, so this is as much about preservation as it is about pleasure. If you love film-history rabbit holes, this is the sort of season that rewards repeat visits.</w:t>
      </w:r>
      <w:r/>
    </w:p>
    <w:p>
      <w:pPr>
        <w:pStyle w:val="Heading2"/>
      </w:pPr>
      <w:r>
        <w:t>What makes Winter Kept Us Warm stand out</w:t>
      </w:r>
      <w:r/>
    </w:p>
    <w:p>
      <w:r/>
      <w:r>
        <w:t>Winter Kept Us Warm is a small, intimate piece that trades melodrama for close observation. Shot in 1965 in Toronto, it follows the unspooling relationship between two students with a quiet, thoughtful camera and an emphasis on atmosphere rather than plot twists. The film is gentle in tone but radical historically , it showed a male same-sex relationship with tenderness at a time when many countries still criminalised homosexuality. For modern viewers, the payoff is emotional rather than sensational; you leave with a sense of how ordinary and human these lives were.</w:t>
      </w:r>
      <w:r/>
    </w:p>
    <w:p>
      <w:pPr>
        <w:pStyle w:val="Heading2"/>
      </w:pPr>
      <w:r>
        <w:t>How the screening is framed at the Barbican</w:t>
      </w:r>
      <w:r/>
    </w:p>
    <w:p>
      <w:r/>
      <w:r>
        <w:t>Expect more than a simple film showing. The Barbican often adds introductions or contextual talks to these screenings, giving audiences historical background and contemporary readings of the work. That framing helps if you’re not a film scholar , it pinpoints what to watch for, whether that’s mise-en-scène, coded dialogue, or the film’s social risk. For Pride-goers, the event doubles as a small communal ritual: watching history projected in a public, safe space feels quietly celebratory.</w:t>
      </w:r>
      <w:r/>
    </w:p>
    <w:p>
      <w:pPr>
        <w:pStyle w:val="Heading2"/>
      </w:pPr>
      <w:r>
        <w:t>Choosing what to watch in a queer-history season</w:t>
      </w:r>
      <w:r/>
    </w:p>
    <w:p>
      <w:r/>
      <w:r>
        <w:t>If you’re planning a visit, think about what you want: study or atmosphere. Winter Kept Us Warm is ideal if you prefer mood-driven, character-led cinema and appreciate subtle performances. If you’re after documentary-style context or landmark activism films, check the rest of the Queer 60s line-up , the Barbican’s series is curated to show variety across form and region. Practical tip: read the short programme notes on the Barbican site before you go; they set up tiny details that make the screenings richer.</w:t>
      </w:r>
      <w:r/>
    </w:p>
    <w:p>
      <w:pPr>
        <w:pStyle w:val="Heading2"/>
      </w:pPr>
      <w:r>
        <w:t>Why screenings like this still matter today</w:t>
      </w:r>
      <w:r/>
    </w:p>
    <w:p>
      <w:r/>
      <w:r>
        <w:t>There’s a human logic to revisiting these films: they remind us that queer lives existed with texture long before mainstream recognition. The 1960s were pivotal , laws and attitudes were changing slowly, and by clustering films from that decade the Barbican highlights both danger and defiance. Watching Winter Kept Us Warm in 2026, during Pride, feels like a deliberate act of memory and celebration. It’s modest, moving and oddly contemporary in its interest in emotional honesty.</w:t>
      </w:r>
      <w:r/>
    </w:p>
    <w:p>
      <w:r/>
      <w:r>
        <w:t>It's a small change that can make every screening feel like a shared piece of history.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[7]</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11">
        <w:r>
          <w:rPr>
            <w:color w:val="0000EE"/>
            <w:u w:val="single"/>
          </w:rPr>
          <w:t>[4]</w:t>
        </w:r>
      </w:hyperlink>
      <w:r>
        <w:t xml:space="preserve">, </w:t>
      </w:r>
      <w:hyperlink r:id="rId9">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https://www.standard.co.uk/going-out/attractions/london-pride-events-2026-b1288314.html</w:t>
        </w:r>
      </w:hyperlink>
      <w:r>
        <w:t xml:space="preserve"> - Please view link - unable to able to access data</w:t>
      </w:r>
      <w:r/>
    </w:p>
    <w:p>
      <w:pPr>
        <w:pStyle w:val="ListNumber"/>
        <w:spacing w:line="240" w:lineRule="auto"/>
        <w:ind w:left="720"/>
      </w:pPr>
      <w:r/>
      <w:hyperlink r:id="rId10">
        <w:r>
          <w:rPr>
            <w:color w:val="0000EE"/>
            <w:u w:val="single"/>
          </w:rPr>
          <w:t>https://www.barbican.org.uk/whats-on/2026/event/queer-60s-winter-kept-us-warm-introduction</w:t>
        </w:r>
      </w:hyperlink>
      <w:r>
        <w:t xml:space="preserve"> - The Barbican Cinema is hosting a screening of 'Winter Kept Us Warm' on July 7, 2026, as part of their 'Queer 60s' season. This 1965 Canadian film, directed by David Secter, is celebrated as Canada's first queer feature film. It explores the intimate relationship between two male students at the University of Toronto. The screening will be accompanied by an introduction, providing context and insights into the film's significance in queer cinema history.</w:t>
      </w:r>
      <w:r/>
    </w:p>
    <w:p>
      <w:pPr>
        <w:pStyle w:val="ListNumber"/>
        <w:spacing w:line="240" w:lineRule="auto"/>
        <w:ind w:left="720"/>
      </w:pPr>
      <w:r/>
      <w:hyperlink r:id="rId13">
        <w:r>
          <w:rPr>
            <w:color w:val="0000EE"/>
            <w:u w:val="single"/>
          </w:rPr>
          <w:t>https://www.barbican.org.uk/whats-on/2026/series/queer-60s-lgbtq-cinema-in-the-decade-before-stonewall</w:t>
        </w:r>
      </w:hyperlink>
      <w:r>
        <w:t xml:space="preserve"> - The Barbican Centre is presenting 'Queer 60s', a season dedicated to LGBTQ+ cinema from the 1960s, running from June 9 to July 7, 2026. This series showcases films that depict queerness during a decade of significant social change, culminating in the Stonewall Riots. The programme includes works like 'The Queen', 'Diferente', and 'Winter Kept Us Warm', offering audiences a glimpse into the challenges and expressions of LGBTQ+ lives before the Stonewall era.</w:t>
      </w:r>
      <w:r/>
    </w:p>
    <w:p>
      <w:pPr>
        <w:pStyle w:val="ListNumber"/>
        <w:spacing w:line="240" w:lineRule="auto"/>
        <w:ind w:left="720"/>
      </w:pPr>
      <w:r/>
      <w:hyperlink r:id="rId11">
        <w:r>
          <w:rPr>
            <w:color w:val="0000EE"/>
            <w:u w:val="single"/>
          </w:rPr>
          <w:t>https://www.barbican.org.uk/our-story/press-room/barbican-cinema-announces-queer-60s-the-final-season-in-three-years-of</w:t>
        </w:r>
      </w:hyperlink>
      <w:r>
        <w:t xml:space="preserve"> - The Barbican Cinema has announced 'Queer 60s', the final season in a three-year series of LGBTQ+ cinema retrospectives. This season focuses on films from the 1960s, a decade of seismic social change, despite same-sex activity being illegal in many countries. Highlights include Canada's first gay-themed film, 'Winter Kept Us Warm' (1965), and Giuseppe Patroni Griffi’s 'Il Mare' (Italy 1962), a haunting study of desire and isolation.</w:t>
      </w:r>
      <w:r/>
    </w:p>
    <w:p>
      <w:pPr>
        <w:pStyle w:val="ListNumber"/>
        <w:spacing w:line="240" w:lineRule="auto"/>
        <w:ind w:left="720"/>
      </w:pPr>
      <w:r/>
      <w:hyperlink r:id="rId12">
        <w:r>
          <w:rPr>
            <w:color w:val="0000EE"/>
            <w:u w:val="single"/>
          </w:rPr>
          <w:t>https://www.imdb.com/title/tt0232954/</w:t>
        </w:r>
      </w:hyperlink>
      <w:r>
        <w:t xml:space="preserve"> - 'Winter Kept Us Warm' is a 1965 Canadian romantic drama directed by David Secter. The film follows the intense friendship between Doug Harris, a charismatic senior, and Peter Saarinen, a timid freshman, at the University of Toronto. Their bond deepens, leading them to confront their true feelings. The film is notable for being Canada's first English-language queer film and was the first Canadian film shown at the Cannes Film Festival.</w:t>
      </w:r>
      <w:r/>
    </w:p>
    <w:p>
      <w:pPr>
        <w:pStyle w:val="ListNumber"/>
        <w:spacing w:line="240" w:lineRule="auto"/>
        <w:ind w:left="720"/>
      </w:pPr>
      <w:r/>
      <w:hyperlink r:id="rId9">
        <w:r>
          <w:rPr>
            <w:color w:val="0000EE"/>
            <w:u w:val="single"/>
          </w:rPr>
          <w:t>https://www.standard.co.uk/going-out/attractions/london-pride-events-2026-b1288314.html</w:t>
        </w:r>
      </w:hyperlink>
      <w:r>
        <w:t xml:space="preserve"> - As London prepares for Pride 2026, the Barbican Cinema is concluding its 'Queer 60s' season with a screening of 'Winter Kept Us Warm' on July 7. This 1965 Canadian film explores the relationship between two university students in Toronto during a time when homosexuality was still illegal in many countries. The season highlights the challenges and expressions of LGBTQ+ lives before the Stonewall Riots.</w:t>
      </w:r>
      <w:r/>
    </w:p>
    <w:p>
      <w:pPr>
        <w:pStyle w:val="ListNumber"/>
        <w:spacing w:line="240" w:lineRule="auto"/>
        <w:ind w:left="720"/>
      </w:pPr>
      <w:r/>
      <w:hyperlink r:id="rId10">
        <w:r>
          <w:rPr>
            <w:color w:val="0000EE"/>
            <w:u w:val="single"/>
          </w:rPr>
          <w:t>https://www.barbican.org.uk/whats-on/2026/event/queer-60s-winter-kept-us-warm-introduction</w:t>
        </w:r>
      </w:hyperlink>
      <w:r>
        <w:t xml:space="preserve"> - The Barbican Cinema is hosting a screening of 'Winter Kept Us Warm' on July 7, 2026, as part of their 'Queer 60s' season. This 1965 Canadian film, directed by David Secter, is celebrated as Canada's first queer feature film. It explores the intimate relationship between two male students at the University of Toronto. The screening will be accompanied by an introduction, providing context and insights into the film's significance in queer cinema history.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d.co.uk/going-out/attractions/london-pride-events-2026-b1288314.html" TargetMode="External"/><Relationship Id="rId10" Type="http://schemas.openxmlformats.org/officeDocument/2006/relationships/hyperlink" Target="https://www.barbican.org.uk/whats-on/2026/event/queer-60s-winter-kept-us-warm-introduction" TargetMode="External"/><Relationship Id="rId11" Type="http://schemas.openxmlformats.org/officeDocument/2006/relationships/hyperlink" Target="https://www.barbican.org.uk/our-story/press-room/barbican-cinema-announces-queer-60s-the-final-season-in-three-years-of" TargetMode="External"/><Relationship Id="rId12" Type="http://schemas.openxmlformats.org/officeDocument/2006/relationships/hyperlink" Target="https://www.imdb.com/title/tt0232954/" TargetMode="External"/><Relationship Id="rId13" Type="http://schemas.openxmlformats.org/officeDocument/2006/relationships/hyperlink" Target="https://www.barbican.org.uk/whats-on/2026/series/queer-60s-lgbtq-cinema-in-the-decade-before-stonewa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