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Rooftop Party in Glasgow: Bimini Headlines SiSi on 12 July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partygoers are already buzzing: RuPaul’s Drag Race star Bimini will headline a rooftop DJ set at SiSi Glasgow on 12 July as part of The Social Hub Glasgow’s Pride Hub, bringing queer culture, music and a welcome-cocktail moment to Candleriggs Square.</w:t>
      </w:r>
      <w:r/>
    </w:p>
    <w:p>
      <w:r/>
      <w:r>
        <w:t>Essential Takeaways</w:t>
      </w:r>
      <w:r/>
      <w:r/>
    </w:p>
    <w:p>
      <w:pPr>
        <w:pStyle w:val="ListBullet"/>
        <w:spacing w:line="240" w:lineRule="auto"/>
        <w:ind w:left="720"/>
      </w:pPr>
      <w:r/>
      <w:r>
        <w:rPr>
          <w:b/>
        </w:rPr>
        <w:t>Headliner:</w:t>
      </w:r>
      <w:r>
        <w:t xml:space="preserve"> Bimini, breakout star from RuPaul’s Drag Race UK series two, will DJ at SiSi Glasgow on Sunday 12 July. </w:t>
      </w:r>
      <w:r/>
    </w:p>
    <w:p>
      <w:pPr>
        <w:pStyle w:val="ListBullet"/>
        <w:spacing w:line="240" w:lineRule="auto"/>
        <w:ind w:left="720"/>
      </w:pPr>
      <w:r/>
      <w:r>
        <w:rPr>
          <w:b/>
        </w:rPr>
        <w:t>Ticketing:</w:t>
      </w:r>
      <w:r>
        <w:t xml:space="preserve"> Tickets cost £12 and include a welcome cocktail from Ojo de Tigre; available via Eventbrite. </w:t>
      </w:r>
      <w:r/>
    </w:p>
    <w:p>
      <w:pPr>
        <w:pStyle w:val="ListBullet"/>
        <w:spacing w:line="240" w:lineRule="auto"/>
        <w:ind w:left="720"/>
      </w:pPr>
      <w:r/>
      <w:r>
        <w:rPr>
          <w:b/>
        </w:rPr>
        <w:t>Venue vibe:</w:t>
      </w:r>
      <w:r>
        <w:t xml:space="preserve"> SiSi sits on The Social Hub’s rooftop, serving Mexican-inspired food and cocktails with city views , expect a lively, summery atmosphere. </w:t>
      </w:r>
      <w:r/>
    </w:p>
    <w:p>
      <w:pPr>
        <w:pStyle w:val="ListBullet"/>
        <w:spacing w:line="240" w:lineRule="auto"/>
        <w:ind w:left="720"/>
      </w:pPr>
      <w:r/>
      <w:r>
        <w:rPr>
          <w:b/>
        </w:rPr>
        <w:t>Pride Hub week:</w:t>
      </w:r>
      <w:r>
        <w:t xml:space="preserve"> The set is the highlight of Pride Hub (11–18 July), a mostly free programme of community-focused events and workshops. </w:t>
      </w:r>
      <w:r/>
    </w:p>
    <w:p>
      <w:pPr>
        <w:pStyle w:val="ListBullet"/>
        <w:spacing w:line="240" w:lineRule="auto"/>
        <w:ind w:left="720"/>
      </w:pPr>
      <w:r/>
      <w:r>
        <w:rPr>
          <w:b/>
        </w:rPr>
        <w:t>Community focus:</w:t>
      </w:r>
      <w:r>
        <w:t xml:space="preserve"> Events range from wellbeing sessions and film nights to cake decorating and a RIKA Run Club, designed to be inclusive and accessible.</w:t>
      </w:r>
      <w:r/>
      <w:r/>
    </w:p>
    <w:p>
      <w:pPr>
        <w:pStyle w:val="Heading2"/>
      </w:pPr>
      <w:r>
        <w:t>Bimini brings the party , and a few homecoming vibes</w:t>
      </w:r>
      <w:r/>
    </w:p>
    <w:p>
      <w:r/>
      <w:r>
        <w:t>Bimini’s Glasgow date feels like a proper homecoming, partly because their mum is from Greenock and partly because the performance will centre on a rooftop with a warm sunset and a skyline view. The set runs from 5pm to 9pm, which means it’s built for sundown energy rather than a late-night rave , think golden light, cocktails and crowd singalongs. Fans can expect the same punk-tinged, theatrical flair that made Bimini a social-media sensation.</w:t>
      </w:r>
      <w:r/>
    </w:p>
    <w:p>
      <w:pPr>
        <w:pStyle w:val="Heading2"/>
      </w:pPr>
      <w:r>
        <w:t>Why SiSi and The Social Hub make sense for Pride</w:t>
      </w:r>
      <w:r/>
    </w:p>
    <w:p>
      <w:r/>
      <w:r>
        <w:t>The Social Hub in Candleriggs Square is new on the city’s hospitality map and positions itself as more than a hotel: it’s a mixed-use destination for events, co-working and community programming. SiSi, the rooftop restaurant, has already generated chatter for its Mexican-inspired menu and panoramic views, so pairing Bimini with that setting feels like smart programming , food, drink and a headline DJ all in one tidy, city-centre package.</w:t>
      </w:r>
      <w:r/>
    </w:p>
    <w:p>
      <w:pPr>
        <w:pStyle w:val="Heading2"/>
      </w:pPr>
      <w:r>
        <w:t>Pride Hub week: events that actually bring people together</w:t>
      </w:r>
      <w:r/>
    </w:p>
    <w:p>
      <w:r/>
      <w:r>
        <w:t>Pride Hub runs from 11–18 July with a heavy emphasis on access, learning and community. Highlights include a Rest &amp; Reset wellbeing day, a Scottish Queer International Film Festival movie night, a Pride Wellbeing Panel, and hands-on workshops like cake decorating with Burnside Bakehouse. Many activities are free or pay-what-you-can, so it’s pitched to be genuinely inclusive rather than just splashy.</w:t>
      </w:r>
      <w:r/>
    </w:p>
    <w:p>
      <w:pPr>
        <w:pStyle w:val="Heading2"/>
      </w:pPr>
      <w:r>
        <w:t>Tickets, tips and what to expect on the night</w:t>
      </w:r>
      <w:r/>
    </w:p>
    <w:p>
      <w:r/>
      <w:r>
        <w:t>Tickets are £12 and include a welcome cocktail, which makes this one of the more affordable headline Pride moments in the city. Buy via Eventbrite and arrive early if you want a good spot on the roof , space will fill fast for a star DJ set. Pack for Glasgow weather: bring a light layer for the evening breeze and wear comfortable shoes if you plan to move between venues in the area.</w:t>
      </w:r>
      <w:r/>
    </w:p>
    <w:p>
      <w:pPr>
        <w:pStyle w:val="Heading2"/>
      </w:pPr>
      <w:r>
        <w:t>What Bimini’s appearance means for queer culture in Glasgow</w:t>
      </w:r>
      <w:r/>
    </w:p>
    <w:p>
      <w:r/>
      <w:r>
        <w:t>Booking Bimini is more than a headline grab: it signals a commitment to visibility and celebration. Since rising to fame on Drag Race UK series two, Bimini has become a central voice for non-binary and trans visibility in the UK, and their presence at a community-centred Pride programme underlines how mainstream queer culture and grassroots support can sit together. It’s a joyful, politicised moment wrapped up in a rooftop party.</w:t>
      </w:r>
      <w:r/>
    </w:p>
    <w:p>
      <w:r/>
      <w:r>
        <w:t>It's a small cultural moment with rooftop views , and a welcome way to kick off Pride week.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0">
        <w:r>
          <w:rPr>
            <w:color w:val="0000EE"/>
            <w:u w:val="single"/>
          </w:rPr>
          <w:t>[3]</w:t>
        </w:r>
      </w:hyperlink>
      <w:r>
        <w:t xml:space="preserve">- Paragraph 3: </w:t>
      </w:r>
      <w:hyperlink r:id="rId9">
        <w:r>
          <w:rPr>
            <w:color w:val="0000EE"/>
            <w:u w:val="single"/>
          </w:rPr>
          <w:t>[2]</w:t>
        </w:r>
      </w:hyperlink>
      <w:r>
        <w:t xml:space="preserve">, </w:t>
      </w:r>
      <w:hyperlink r:id="rId11">
        <w:r>
          <w:rPr>
            <w:color w:val="0000EE"/>
            <w:u w:val="single"/>
          </w:rPr>
          <w:t>[5]</w:t>
        </w:r>
      </w:hyperlink>
      <w:r>
        <w:t xml:space="preserve">- Paragraph 4: </w:t>
      </w:r>
      <w:hyperlink r:id="rId9">
        <w:r>
          <w:rPr>
            <w:color w:val="0000EE"/>
            <w:u w:val="single"/>
          </w:rPr>
          <w:t>[2]</w:t>
        </w:r>
      </w:hyperlink>
      <w:r>
        <w:t xml:space="preserve">, </w:t>
      </w:r>
      <w:hyperlink r:id="rId11">
        <w:r>
          <w:rPr>
            <w:color w:val="0000EE"/>
            <w:u w:val="single"/>
          </w:rPr>
          <w:t>[5]</w:t>
        </w:r>
      </w:hyperlink>
      <w:r>
        <w:t xml:space="preserve">- Paragraph 5: </w:t>
      </w:r>
      <w:hyperlink r:id="rId9">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https://www.glasgowlive.co.uk/whats-on/arts-culture-news/drag-race-star-bimini-headline-34234245</w:t>
        </w:r>
      </w:hyperlink>
      <w:r>
        <w:t xml:space="preserve"> - Please view link - unable to able to access data</w:t>
      </w:r>
      <w:r/>
    </w:p>
    <w:p>
      <w:pPr>
        <w:pStyle w:val="ListNumber"/>
        <w:spacing w:line="240" w:lineRule="auto"/>
        <w:ind w:left="720"/>
      </w:pPr>
      <w:r/>
      <w:hyperlink r:id="rId9">
        <w:r>
          <w:rPr>
            <w:color w:val="0000EE"/>
            <w:u w:val="single"/>
          </w:rPr>
          <w:t>https://www.glasgowlive.co.uk/whats-on/arts-culture-news/drag-race-star-bimini-headline-34234245</w:t>
        </w:r>
      </w:hyperlink>
      <w:r>
        <w:t xml:space="preserve"> - RuPaul's Drag Race UK star Bimini Bon-Boulash is set to headline a rooftop DJ set at SiSi Glasgow on 12 July as part of The Social Hub Glasgow's Pride Hub programme. Bimini, who has Scottish roots through their Greenock-born mother, will perform at SiSi, the Mexican-inspired rooftop restaurant and cocktail bar at The Social Hub in Candleriggs Square. Tickets for the event are priced at £12 and are available via Eventbrite. Bimini rose to fame as the runner-up of RuPaul's Drag Race UK series two, becoming one of the show's most recognisable names thanks to their sharp humour, punk-inspired fashion, and viral moments including 'Release the Beast'. Since then, they have become a major figure in UK queer culture, using their platform to champion non-binary and trans visibility, while building a career across music, fashion, publishing, and live performance. Their Glasgow DJ set will form the hero moment of The Social Hub's Pride Hub programme, which runs from July 11 until July 18 and brings together a line-up of events celebrating queer culture, creativity, and community. The Pride Hub programme will feature a packed week of free events designed to bring people together to connect, learn, and celebrate. Highlights include a restorative Rest &amp; Reset wellbeing day hosted by Proud Futures, a special movie night with the Scottish Queer International Film Festival (SQIFF) celebrating the 20th anniversary of Nina's Heavenly Delights, an open and honest Pride Wellbeing Panel, a colourful cake decorating workshop with Burnside Bakehouse, and a community RIKA Run Club led by Scotland's first openly gay professional footballer, Zander Murray. The week will culminate with Out of Office Drinks ahead of Pride weekend, creating a welcoming space for LGBTQ+ people and allies to meet, celebrate, and build community. Most events across the programme will be free or pay-what-you-can. Ben McLeod from The Social Hub Glasgow said: 'We're so excited to welcome Bimini to The Social Hub Glasgow for what will be a really special Pride moment on our rooftop. Pride Hub is about creating space for people to come together, celebrate queer culture and support organisations doing vital work for the community. To have an artist like Bimini headline that programme feels incredibly fitting.' The Social Hub Glasgow opened in Candleriggs Square as a hybrid hospitality destination combining hotel rooms, co-working, events, food and drink, and community programming. SiSi Glasgow, located on the rooftop of The Social Hub, has quickly become one of the city's most talked-about new venues, serving Mexican-inspired food and cocktails with panoramic views across the city. The Bimini rooftop DJ set takes place at SiSi Glasgow at The Social Hub on Sunday, July 12 from 5 pm until 9 pm. Tickets are £12 including a welcome cocktail provided by Ojo de Tigre and available via Eventbrite.</w:t>
      </w:r>
      <w:r/>
    </w:p>
    <w:p>
      <w:pPr>
        <w:pStyle w:val="ListNumber"/>
        <w:spacing w:line="240" w:lineRule="auto"/>
        <w:ind w:left="720"/>
      </w:pPr>
      <w:r/>
      <w:hyperlink r:id="rId10">
        <w:r>
          <w:rPr>
            <w:color w:val="0000EE"/>
            <w:u w:val="single"/>
          </w:rPr>
          <w:t>https://en.wikipedia.org/wiki/Bimini_Bon-Boulash</w:t>
        </w:r>
      </w:hyperlink>
      <w:r>
        <w:t xml:space="preserve"> - Bimini Bon-Boulash, born Thomas George Graeme Hibbitts on 12 May 1993 in Great Yarmouth, England, is an English drag queen, author, recording artist, and model. They are best known for competing on the second series of RuPaul's Drag Race UK, where they placed as a runner-up. Bimini rose to fame as the breakout star of the series, becoming one of the show's most recognisable names thanks to their sharp humour, punk-inspired fashion, and viral moments including 'Release the Beast'. Since then, they have become a major figure in UK queer culture, using their platform to champion non-binary and trans visibility, while building a career across music, fashion, publishing, and live performance. Bimini's Scottish roots come from their mother, who is originally from Greenock. They are based in East London and have been active in the drag scene since 2019.</w:t>
      </w:r>
      <w:r/>
    </w:p>
    <w:p>
      <w:pPr>
        <w:pStyle w:val="ListNumber"/>
        <w:spacing w:line="240" w:lineRule="auto"/>
        <w:ind w:left="720"/>
      </w:pPr>
      <w:r/>
      <w:hyperlink r:id="rId12">
        <w:r>
          <w:rPr>
            <w:color w:val="0000EE"/>
            <w:u w:val="single"/>
          </w:rPr>
          <w:t>https://en.wikipedia.org/wiki/RuPaul%27s_Drag_Race_UK_series_2</w:t>
        </w:r>
      </w:hyperlink>
      <w:r>
        <w:t xml:space="preserve"> - The second series of RuPaul's Drag Race UK began airing on 14 January 2021 on the BBC Three section of BBC iPlayer and WOW Presents Plus streaming service. The series was confirmed and casting was closed on 15 November 2019. Production was suspended mid-2020 due to the COVID-19 pandemic but resumed late 2020. The cast of 12 new queens was announced on 16 December 2020, and the series premiered on 14 January 2021. The winner of the second series of RuPaul's Drag Race UK was Lawrence Chaney, with Bimini Bon-Boulash and Tayce as the runners-up. The United Kingdolls version of 'UK Hun?', which featured in the fifth episode of the series, reached number 27 in the Official UK Charts.</w:t>
      </w:r>
      <w:r/>
    </w:p>
    <w:p>
      <w:pPr>
        <w:pStyle w:val="ListNumber"/>
        <w:spacing w:line="240" w:lineRule="auto"/>
        <w:ind w:left="720"/>
      </w:pPr>
      <w:r/>
      <w:hyperlink r:id="rId11">
        <w:r>
          <w:rPr>
            <w:color w:val="0000EE"/>
            <w:u w:val="single"/>
          </w:rPr>
          <w:t>https://www.attitude.co.uk/culture/film-tv/rupauls-drag-race-uk-series-two-has-crowned-its-winner-2-302607/</w:t>
        </w:r>
      </w:hyperlink>
      <w:r>
        <w:t xml:space="preserve"> - After one of the most gripping, hilarious, and drama-filled series in Drag Race HERstory, the winner of RuPaul's Drag Race UK series two has finally been crowned. At the end of it all, it was Scottish queen Lawrence Chaney who emerged victorious at the end of Thursday night's finale episode, following in the footsteps of series one winner The Vivienne to be anointed Britain's Next Drag Superstar. Lawrence came out on top after a final challenge that saw the 23-year-old and fellow finalists Bimini Bon-Boulash, Tayce, and Ellie Diamond write and perform their own verses to RuPaul's 'A Little Bit of Love'. After a final runway, Ellie Diamond was eliminated in fourth place, leading to a three-way lipsync for the crown between the remaining queens to Elton John's 'I'm Still Standing'. Ultimately, it was early season frontrunner and three-time challenge winner Lawrence who found themselves with the crown and sceptre in hand, as they declared: 'This is insane, incredible. Scotland babes, I brought the crown home!' RuPaul's Drag Race UK series two is available to watch in full on BBC Three, exclusively on BBC iPlayer.</w:t>
      </w:r>
      <w:r/>
    </w:p>
    <w:p>
      <w:pPr>
        <w:pStyle w:val="ListNumber"/>
        <w:spacing w:line="240" w:lineRule="auto"/>
        <w:ind w:left="720"/>
      </w:pPr>
      <w:r/>
      <w:hyperlink r:id="rId13">
        <w:r>
          <w:rPr>
            <w:color w:val="0000EE"/>
            <w:u w:val="single"/>
          </w:rPr>
          <w:t>https://www.thecourieronline.co.uk/review-rupauls-drag-race-uk-series-2-finale/</w:t>
        </w:r>
      </w:hyperlink>
      <w:r>
        <w:t xml:space="preserve"> - After a fantastic season of twists, turns, and fabulously talented drag queens, the show unfortunately trips on the last hurdle and stumbles home like Ginny Lemon in a pair of fish slippers. After last week's shock-double shantay, we rejoin the final four as they go through the motions of a classic (yet much lower budget) Drag Race finale. Our final four consists of the two front runners Bimini Bon-Boulash and Lawrence Chaney, then there's Tayce and Ellie Diamond, who I assume are both still here to pad out the run time (We all love a bit of filler, eh Sister Sister?).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lasgowlive.co.uk/whats-on/arts-culture-news/drag-race-star-bimini-headline-34234245" TargetMode="External"/><Relationship Id="rId10" Type="http://schemas.openxmlformats.org/officeDocument/2006/relationships/hyperlink" Target="https://en.wikipedia.org/wiki/Bimini_Bon-Boulash" TargetMode="External"/><Relationship Id="rId11" Type="http://schemas.openxmlformats.org/officeDocument/2006/relationships/hyperlink" Target="https://www.attitude.co.uk/culture/film-tv/rupauls-drag-race-uk-series-two-has-crowned-its-winner-2-302607/" TargetMode="External"/><Relationship Id="rId12" Type="http://schemas.openxmlformats.org/officeDocument/2006/relationships/hyperlink" Target="https://en.wikipedia.org/wiki/RuPaul%27s_Drag_Race_UK_series_2" TargetMode="External"/><Relationship Id="rId13" Type="http://schemas.openxmlformats.org/officeDocument/2006/relationships/hyperlink" Target="https://www.thecourieronline.co.uk/review-rupauls-drag-race-uk-series-2-fina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