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Fun Runs in Pampanga: Miabe Makuleng Pulayi 2026 Brings Community and Colour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runners turned out in droves for Miabe Makuleng Pulayi 2026, a lively Pampanga fun run that mixed sport, local culture and Pride. BingoPlus helped fuel the day with a busy booth, useful loot and visible year‑round support for the LGBTQ+ community, making the event both festive and meaningful.</w:t>
      </w:r>
      <w:r/>
    </w:p>
    <w:p>
      <w:r/>
      <w:r>
        <w:t>Essential Takeaways</w:t>
      </w:r>
      <w:r/>
      <w:r/>
    </w:p>
    <w:p>
      <w:pPr>
        <w:pStyle w:val="ListBullet"/>
        <w:spacing w:line="240" w:lineRule="auto"/>
        <w:ind w:left="720"/>
      </w:pPr>
      <w:r/>
      <w:r>
        <w:rPr>
          <w:b/>
        </w:rPr>
        <w:t>Local flavour:</w:t>
      </w:r>
      <w:r>
        <w:t xml:space="preserve"> Miabe uses Kapampangan words , “Miabe” means together and “Pulayi” means run , which grounded the event in its community. </w:t>
      </w:r>
      <w:r/>
    </w:p>
    <w:p>
      <w:pPr>
        <w:pStyle w:val="ListBullet"/>
        <w:spacing w:line="240" w:lineRule="auto"/>
        <w:ind w:left="720"/>
      </w:pPr>
      <w:r/>
      <w:r>
        <w:rPr>
          <w:b/>
        </w:rPr>
        <w:t>Full‑day programme:</w:t>
      </w:r>
      <w:r>
        <w:t xml:space="preserve"> A 4am race start was followed by a colourful 4pm float parade and a 7pm concert, blending fitness with celebration. </w:t>
      </w:r>
      <w:r/>
    </w:p>
    <w:p>
      <w:pPr>
        <w:pStyle w:val="ListBullet"/>
        <w:spacing w:line="240" w:lineRule="auto"/>
        <w:ind w:left="720"/>
      </w:pPr>
      <w:r/>
      <w:r>
        <w:rPr>
          <w:b/>
        </w:rPr>
        <w:t>Brand activations:</w:t>
      </w:r>
      <w:r>
        <w:t xml:space="preserve"> BingoPlus staffed a loaded booth, handed out post‑run merch in loot bags and showed ongoing backing for Pride beyond a single month. </w:t>
      </w:r>
      <w:r/>
    </w:p>
    <w:p>
      <w:pPr>
        <w:pStyle w:val="ListBullet"/>
        <w:spacing w:line="240" w:lineRule="auto"/>
        <w:ind w:left="720"/>
      </w:pPr>
      <w:r/>
      <w:r>
        <w:rPr>
          <w:b/>
        </w:rPr>
        <w:t>Inclusive turnout:</w:t>
      </w:r>
      <w:r>
        <w:t xml:space="preserve"> Runners, allies and drag performers joined in solidarity, creating a warm, expressive atmosphere for all identities. </w:t>
      </w:r>
      <w:r/>
      <w:r/>
    </w:p>
    <w:p>
      <w:pPr>
        <w:pStyle w:val="Heading2"/>
      </w:pPr>
      <w:r>
        <w:t>A sunrise start and a party that lasted all day</w:t>
      </w:r>
      <w:r/>
    </w:p>
    <w:p>
      <w:r/>
      <w:r>
        <w:t>The day began before most of Pampanga was fully awake, with a 4am gun for runners keen to beat the heat and claim a place on the podium or in the casual categories. There was a cool, energetic buzz at the start line , the sort of damp dawn air that makes short runs feel heroic. Organisers balanced competitive timing with routes friendly to first‑timers, so everyone could take part without feeling out of place.</w:t>
      </w:r>
      <w:r/>
    </w:p>
    <w:p>
      <w:r/>
      <w:r>
        <w:t>Events like this grew from local groups wanting more than a one‑off parade; they wanted a space that combined fitness, cultural pride and advocacy. That blend matters because it turns exercise into community ritual, and it makes visible allies’ support in a way that’s easy to join.</w:t>
      </w:r>
      <w:r/>
    </w:p>
    <w:p>
      <w:pPr>
        <w:pStyle w:val="Heading2"/>
      </w:pPr>
      <w:r>
        <w:t>Why Kapampangan language and culture mattered on the day</w:t>
      </w:r>
      <w:r/>
    </w:p>
    <w:p>
      <w:r/>
      <w:r>
        <w:t>MIABE and Makuleng Pulayi weren’t chosen at random , they’re rooted in the local tongue and spirit. Using Kapampangan terms gave the event an unmistakable regional identity, which helped attract not only LGBTQ+ participants but families and neighbours curious about the celebration. It felt grounded, not imported.</w:t>
      </w:r>
      <w:r/>
    </w:p>
    <w:p>
      <w:r/>
      <w:r>
        <w:t>That cultural anchoring also helps normalise Pride in everyday life, showing that inclusion isn’t only for big cities. If you’re looking to join next year, expect a warm welcome and an event shaped by local customs and creativity.</w:t>
      </w:r>
      <w:r/>
    </w:p>
    <w:p>
      <w:pPr>
        <w:pStyle w:val="Heading2"/>
      </w:pPr>
      <w:r>
        <w:t>BingoPlus: more than a booth, a visible supporter</w:t>
      </w:r>
      <w:r/>
    </w:p>
    <w:p>
      <w:r/>
      <w:r>
        <w:t>BingoPlus turned up with a busy activation space and practical giveaways in the post‑run loot bags, a move that runners appreciated during the humid morning and again at the afternoon festivities. That kind of brand involvement helps events run smoothly: hydration support, freebies and a staffed stand that feels useful rather than promotional.</w:t>
      </w:r>
      <w:r/>
    </w:p>
    <w:p>
      <w:r/>
      <w:r>
        <w:t>The company has framed its support as ongoing, not seasonal, signalling to the community that the rainbow is part of its year‑round messaging. That’s the kind of corporate stance that can encourage other businesses to show steady allyship.</w:t>
      </w:r>
      <w:r/>
    </w:p>
    <w:p>
      <w:pPr>
        <w:pStyle w:val="Heading2"/>
      </w:pPr>
      <w:r>
        <w:t>From floats to drag performers: how the celebration layered meanings</w:t>
      </w:r>
      <w:r/>
    </w:p>
    <w:p>
      <w:r/>
      <w:r>
        <w:t>After the running portion, the event shifted tone with a float parade and an evening concert, creating a festival that was athletic and theatrical in equal measure. Drag performers, family groups and running clubs mingled, trading high‑fives and selfies, and the mood was celebratory without being performative.</w:t>
      </w:r>
      <w:r/>
    </w:p>
    <w:p>
      <w:r/>
      <w:r>
        <w:t>Events that combine sport and performance broaden appeal: someone who comes for the concert might sign up for a run next year, and vice versa. For local organisers, that’s a useful growth strategy , build bridges between communities with different interests.</w:t>
      </w:r>
      <w:r/>
    </w:p>
    <w:p>
      <w:pPr>
        <w:pStyle w:val="Heading2"/>
      </w:pPr>
      <w:r>
        <w:t>Practical tips if you want to run or support next year</w:t>
      </w:r>
      <w:r/>
    </w:p>
    <w:p>
      <w:r/>
      <w:r>
        <w:t>If you’re planning to join future editions, register early and choose the category that matches your pace. Bring a light rain jacket for early starts and a refillable bottle for midday. If you represent a business, consider practical sponsorships , hydration stations, medical tents or merch , which are most appreciated on the ground.</w:t>
      </w:r>
      <w:r/>
    </w:p>
    <w:p>
      <w:r/>
      <w:r>
        <w:t>And if you’re new to Pride events in smaller cities, go with the expectation of warmth and curiosity. Your presence matters just as much as your cheer.</w:t>
      </w:r>
      <w:r/>
    </w:p>
    <w:p>
      <w:r/>
      <w:r>
        <w:t>It's a small change that can make every celebration feel more colourful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0">
        <w:r>
          <w:rPr>
            <w:color w:val="0000EE"/>
            <w:u w:val="single"/>
          </w:rPr>
          <w:t>[4]</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1">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https://punto.com.ph/elevating-pride-bingoplus-co-presents-miabe-makuleng-pulayi-2026-fun-run/</w:t>
        </w:r>
      </w:hyperlink>
      <w:r>
        <w:t xml:space="preserve"> - Please view link - unable to able to access data</w:t>
      </w:r>
      <w:r/>
    </w:p>
    <w:p>
      <w:pPr>
        <w:pStyle w:val="ListNumber"/>
        <w:spacing w:line="240" w:lineRule="auto"/>
        <w:ind w:left="720"/>
      </w:pPr>
      <w:r/>
      <w:hyperlink r:id="rId9">
        <w:r>
          <w:rPr>
            <w:color w:val="0000EE"/>
            <w:u w:val="single"/>
          </w:rPr>
          <w:t>https://punto.com.ph/elevating-pride-bingoplus-co-presents-miabe-makuleng-pulayi-2026-fun-run/</w:t>
        </w:r>
      </w:hyperlink>
      <w:r>
        <w:t xml:space="preserve"> - BingoPlus co-presented the MIABE Makuleng Pulayi 2026 fun run on June 7 at the CDC Parade Grounds in Pampanga. The event, organised with the local LGBTQ+ group Miabe, featured a 4 AM race, a 4 PM float parade, and a 7 PM concert, promoting health, inclusivity, and vibrant self-expression. Participants received post-run merchandise in loot bags, and BingoPlus expressed its ongoing support for the LGBTQ+ community, emphasising that the rainbow shines bright year-round.</w:t>
      </w:r>
      <w:r/>
    </w:p>
    <w:p>
      <w:pPr>
        <w:pStyle w:val="ListNumber"/>
        <w:spacing w:line="240" w:lineRule="auto"/>
        <w:ind w:left="720"/>
      </w:pPr>
      <w:r/>
      <w:hyperlink r:id="rId11">
        <w:r>
          <w:rPr>
            <w:color w:val="0000EE"/>
            <w:u w:val="single"/>
          </w:rPr>
          <w:t>https://www.sunstar.com.ph/amp/story/pampanga/fun-in-the-run-bingoplus-takes-part-in-sparkle-run-2026</w:t>
        </w:r>
      </w:hyperlink>
      <w:r>
        <w:t xml:space="preserve"> - BingoPlus participated as a Silver sponsor in the Sparkle Run 2026 on May 30 at the Quirino Grandstand in Manila. Organised by GMA Sparkle Center and RUNRIO Inc., the event attracted 8,000 participants. BingoPlus provided exposure, live recognition, and a booth where runners received loot bags, with top finishers awarded Durian Cup tumblers. The run blended fitness with fandom, featuring historic routes and celebrity participation, highlighting BingoPlus's commitment to community engagement and responsible gaming.</w:t>
      </w:r>
      <w:r/>
    </w:p>
    <w:p>
      <w:pPr>
        <w:pStyle w:val="ListNumber"/>
        <w:spacing w:line="240" w:lineRule="auto"/>
        <w:ind w:left="720"/>
      </w:pPr>
      <w:r/>
      <w:hyperlink r:id="rId10">
        <w:r>
          <w:rPr>
            <w:color w:val="0000EE"/>
            <w:u w:val="single"/>
          </w:rPr>
          <w:t>https://runph.org/events/makuleng-pulayi-2026</w:t>
        </w:r>
      </w:hyperlink>
      <w:r>
        <w:t xml:space="preserve"> - The Makuleng Pulayi 2026 event took place on June 6 at the CDC Clark Parade Grounds in Pampanga. Organised by SMOKE 10 EVENTS MANAGEMENT, the event offered various race categories, including 3K, 5K, 10K, and 21K runs, each with different registration fees and inclusions like singlets, race bibs, finisher medals, and shirts. The event aimed to promote health, inclusivity, and vibrant self-expression, aligning with the themes of the MIABE Makuleng Pulayi 2026 fun run co-presented by BingoPlus.</w:t>
      </w:r>
      <w:r/>
    </w:p>
    <w:p>
      <w:pPr>
        <w:pStyle w:val="ListNumber"/>
        <w:spacing w:line="240" w:lineRule="auto"/>
        <w:ind w:left="720"/>
      </w:pPr>
      <w:r/>
      <w:hyperlink r:id="rId12">
        <w:r>
          <w:rPr>
            <w:color w:val="0000EE"/>
            <w:u w:val="single"/>
          </w:rPr>
          <w:t>https://digiplus.com.ph/bingoplus-foundation-arena-plus-join-pride-celebration/</w:t>
        </w:r>
      </w:hyperlink>
      <w:r>
        <w:t xml:space="preserve"> - In June 2024, BingoPlus Foundation partnered with Love Yourself PH, a volunteer-run organisation providing free HIV and STI testing, counselling, treatment, and support, to raise awareness about HIV and encourage more people to check their health status. The partnership included a donation of ₱500,000 to Love Yourself PH to increase the availability of HIV self-testing kits nationwide and boost the HIV test rate in the country, addressing the rising number of HIV cases in the Philippines.</w:t>
      </w:r>
      <w:r/>
    </w:p>
    <w:p>
      <w:pPr>
        <w:pStyle w:val="ListNumber"/>
        <w:spacing w:line="240" w:lineRule="auto"/>
        <w:ind w:left="720"/>
      </w:pPr>
      <w:r/>
      <w:hyperlink r:id="rId13">
        <w:r>
          <w:rPr>
            <w:color w:val="0000EE"/>
            <w:u w:val="single"/>
          </w:rPr>
          <w:t>https://bingoplus.com/play/about-bingoplus/</w:t>
        </w:r>
      </w:hyperlink>
      <w:r>
        <w:t xml:space="preserve"> - BingoPlus is the Philippines' leading entertainment and gaming platform, offering a community of winners, dreamers, and everyday Filipinos who enjoy safe, responsible, and thrilling online entertainment. The platform provides live bingo games, colour games, slots, and exclusive bonuses, aiming to make every moment rewarding for its users. BingoPlus is committed to providing secure, fair, and exciting digital entertainment that celebrates Filipino passion and positivity.</w:t>
      </w:r>
      <w:r/>
    </w:p>
    <w:p>
      <w:pPr>
        <w:pStyle w:val="ListNumber"/>
        <w:spacing w:line="240" w:lineRule="auto"/>
        <w:ind w:left="720"/>
      </w:pPr>
      <w:r/>
      <w:hyperlink r:id="rId14">
        <w:r>
          <w:rPr>
            <w:color w:val="0000EE"/>
            <w:u w:val="single"/>
          </w:rPr>
          <w:t>https://bingoplus.ph/blog/bingoplus-love-yourself-hiv-awareness/</w:t>
        </w:r>
      </w:hyperlink>
      <w:r>
        <w:t xml:space="preserve"> - In May 2025, BingoPlus Foundation collaborated with Love Yourself PH to amplify awareness about HIV and encourage more Filipinos to prioritise their health. The partnership included a donation of ₱500,000 to Love Yourself PH to expand access to HIV self-testing kits nationwide and help bridge the gap in HIV testing rates. The initiative aimed to break down barriers to testing, empower individuals to know their status, and ultimately curb the spread of HIV in the Philippines.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unto.com.ph/elevating-pride-bingoplus-co-presents-miabe-makuleng-pulayi-2026-fun-run/" TargetMode="External"/><Relationship Id="rId10" Type="http://schemas.openxmlformats.org/officeDocument/2006/relationships/hyperlink" Target="https://runph.org/events/makuleng-pulayi-2026" TargetMode="External"/><Relationship Id="rId11" Type="http://schemas.openxmlformats.org/officeDocument/2006/relationships/hyperlink" Target="https://www.sunstar.com.ph/amp/story/pampanga/fun-in-the-run-bingoplus-takes-part-in-sparkle-run-2026" TargetMode="External"/><Relationship Id="rId12" Type="http://schemas.openxmlformats.org/officeDocument/2006/relationships/hyperlink" Target="https://digiplus.com.ph/bingoplus-foundation-arena-plus-join-pride-celebration/" TargetMode="External"/><Relationship Id="rId13" Type="http://schemas.openxmlformats.org/officeDocument/2006/relationships/hyperlink" Target="https://bingoplus.com/play/about-bingoplus/" TargetMode="External"/><Relationship Id="rId14" Type="http://schemas.openxmlformats.org/officeDocument/2006/relationships/hyperlink" Target="https://bingoplus.ph/blog/bingoplus-love-yourself-hiv-awarenes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