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Places to Watch Pride in London 2026 — Parade Viewing Guide and Tips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colour: arriving early matters. If you’re heading to Pride in London this year, plan to be at your spot 45–60 minutes before the parade passes to bag a view of the floats, performers and community groups. Here’s where to watch, what to expect and sensible tips to make the day easier.</w:t>
      </w:r>
      <w:r/>
    </w:p>
    <w:p>
      <w:r/>
      <w:r>
        <w:t>Essential Takeaways</w:t>
      </w:r>
      <w:r/>
      <w:r/>
    </w:p>
    <w:p>
      <w:pPr>
        <w:pStyle w:val="ListBullet"/>
        <w:spacing w:line="240" w:lineRule="auto"/>
        <w:ind w:left="720"/>
      </w:pPr>
      <w:r/>
      <w:r>
        <w:rPr>
          <w:b/>
        </w:rPr>
        <w:t>Start point:</w:t>
      </w:r>
      <w:r>
        <w:t xml:space="preserve"> Hyde Park Corner is where the parade begins at 12pm and offers an early look at opening performances. </w:t>
      </w:r>
      <w:r/>
    </w:p>
    <w:p>
      <w:pPr>
        <w:pStyle w:val="ListBullet"/>
        <w:spacing w:line="240" w:lineRule="auto"/>
        <w:ind w:left="720"/>
      </w:pPr>
      <w:r/>
      <w:r>
        <w:rPr>
          <w:b/>
        </w:rPr>
        <w:t>Spacious viewing:</w:t>
      </w:r>
      <w:r>
        <w:t xml:space="preserve"> Piccadilly gives wide sightlines and room to spread out, but it fills fast. </w:t>
      </w:r>
      <w:r/>
    </w:p>
    <w:p>
      <w:pPr>
        <w:pStyle w:val="ListBullet"/>
        <w:spacing w:line="240" w:lineRule="auto"/>
        <w:ind w:left="720"/>
      </w:pPr>
      <w:r/>
      <w:r>
        <w:rPr>
          <w:b/>
        </w:rPr>
        <w:t>Iconic buzz:</w:t>
      </w:r>
      <w:r>
        <w:t xml:space="preserve"> Piccadilly Circus and Trafalgar Square are the liveliest , expect dense crowds and loud atmosphere. </w:t>
      </w:r>
      <w:r/>
    </w:p>
    <w:p>
      <w:pPr>
        <w:pStyle w:val="ListBullet"/>
        <w:spacing w:line="240" w:lineRule="auto"/>
        <w:ind w:left="720"/>
      </w:pPr>
      <w:r/>
      <w:r>
        <w:rPr>
          <w:b/>
        </w:rPr>
        <w:t>Finish line:</w:t>
      </w:r>
      <w:r>
        <w:t xml:space="preserve"> Whitehall is where the procession ends and can be a good spot for later arrivals. </w:t>
      </w:r>
      <w:r/>
    </w:p>
    <w:p>
      <w:pPr>
        <w:pStyle w:val="ListBullet"/>
        <w:spacing w:line="240" w:lineRule="auto"/>
        <w:ind w:left="720"/>
      </w:pPr>
      <w:r/>
      <w:r>
        <w:rPr>
          <w:b/>
        </w:rPr>
        <w:t>Comfort matters:</w:t>
      </w:r>
      <w:r>
        <w:t xml:space="preserve"> Bring water, snacks, comfy shoes and use public transport; grandstand tickets at Piccadilly/Cockspur Street guarantee a seat.</w:t>
      </w:r>
      <w:r/>
      <w:r/>
    </w:p>
    <w:p>
      <w:pPr>
        <w:pStyle w:val="Heading2"/>
      </w:pPr>
      <w:r>
        <w:t>Where the parade kicks off , Hyde Park Corner</w:t>
      </w:r>
      <w:r/>
    </w:p>
    <w:p>
      <w:r/>
      <w:r>
        <w:t>Hyde Park Corner is the scene-setter, with the parade getting underway at midday and a tangible buzz as floats line up. You’ll hear music and see performers warming up, which makes arriving early worthwhile for atmosphere and photos. According to event planning guidance, this is an ideal place for families or anyone wanting a slightly calmer start to the day. If you want to be close to the action without fighting the deepest crowds, aim for Hyde Park Corner and enjoy the opening moments.</w:t>
      </w:r>
      <w:r/>
    </w:p>
    <w:p>
      <w:pPr>
        <w:pStyle w:val="Heading2"/>
      </w:pPr>
      <w:r>
        <w:t>Wide and easy to watch , Piccadilly</w:t>
      </w:r>
      <w:r/>
    </w:p>
    <w:p>
      <w:r/>
      <w:r>
        <w:t>Piccadilly’s broad carriageways make it one of the easiest stretches to watch the procession comfortably, so it tends to be popular with groups who want space to spread a blanket or wheel a stroller. That said, it still fills quickly on Pride day, so organisers advise getting there well before the parade starts. If you’re plotting photos, the long run of Piccadilly gives repeated chances as floats and performers pass slowly by.</w:t>
      </w:r>
      <w:r/>
    </w:p>
    <w:p>
      <w:pPr>
        <w:pStyle w:val="Heading2"/>
      </w:pPr>
      <w:r>
        <w:t>The classic London backdrop , Piccadilly Circus and Trafalgar Square</w:t>
      </w:r>
      <w:r/>
    </w:p>
    <w:p>
      <w:r/>
      <w:r>
        <w:t>If you want the postcard Pride experience, Piccadilly Circus and Trafalgar Square deliver in spades , bright lights, big crowds and a heaving party atmosphere. These are among the busiest viewing spots, so be ready for packed streets and lots of energy. Trafalgar Square also sits beside the main stage, which is handy if you want to combine parade-watching with live acts later in the afternoon. Expect queues for toilets and refreshment stands here, so pack snacks and a refillable bottle.</w:t>
      </w:r>
      <w:r/>
    </w:p>
    <w:p>
      <w:pPr>
        <w:pStyle w:val="Heading2"/>
      </w:pPr>
      <w:r>
        <w:t>Quieter alternative with good views , Haymarket and Whitehall</w:t>
      </w:r>
      <w:r/>
    </w:p>
    <w:p>
      <w:r/>
      <w:r>
        <w:t>Haymarket often feels a bit less frantic than Piccadilly Circus while still offering strong views as the parade heads toward Trafalgar Square. If you prefer a slightly calmer scene, this stretch is worth considering. Whitehall marks the parade finish, which makes it a smart choice for anyone arriving later in the afternoon , you’ll catch the final groups and the sense of a celebratory finish. Both spots are useful if you want to avoid the densest bottlenecks.</w:t>
      </w:r>
      <w:r/>
    </w:p>
    <w:p>
      <w:pPr>
        <w:pStyle w:val="Heading2"/>
      </w:pPr>
      <w:r>
        <w:t>Guaranteed seating and practical tips</w:t>
      </w:r>
      <w:r/>
    </w:p>
    <w:p>
      <w:r/>
      <w:r>
        <w:t>Pride in London offers ticketed grandstands at Piccadilly and Cockspur Street for anyone who wants a guaranteed view and a chance to sit, use dedicated facilities and leave and return during the day. Tickets sell out, so book in advance. Organisers and local guidance recommend public transport because central roads will be closed, and to wear comfortable shoes , you’ll be standing or walking a lot. Bring water, snacks and a small bag; queues for cafés can be long, and reusable bottles are encouraged.</w:t>
      </w:r>
      <w:r/>
    </w:p>
    <w:p>
      <w:r/>
      <w:r>
        <w:t>Closing line</w:t>
      </w:r>
      <w:r/>
    </w:p>
    <w:p>
      <w:r/>
      <w:r>
        <w:t>Enjoy the colours and the crowds , a bit of planning turns a lively day into a relaxed, memorable 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12">
        <w:r>
          <w:rPr>
            <w:color w:val="0000EE"/>
            <w:u w:val="single"/>
          </w:rPr>
          <w:t>[4]</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1">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https://www.london-now.co.uk/news/26247494.london-pride-2026---watch-parade-weekend/?ref=rss</w:t>
        </w:r>
      </w:hyperlink>
      <w:r>
        <w:t xml:space="preserve"> - Please view link - unable to able to access data</w:t>
      </w:r>
      <w:r/>
    </w:p>
    <w:p>
      <w:pPr>
        <w:pStyle w:val="ListNumber"/>
        <w:spacing w:line="240" w:lineRule="auto"/>
        <w:ind w:left="720"/>
      </w:pPr>
      <w:r/>
      <w:hyperlink r:id="rId10">
        <w:r>
          <w:rPr>
            <w:color w:val="0000EE"/>
            <w:u w:val="single"/>
          </w:rPr>
          <w:t>https://www.itv.com/news/london/2026-07-03/pride-in-london-what-you-need-to-know</w:t>
        </w:r>
      </w:hyperlink>
      <w:r>
        <w:t xml:space="preserve"> - This article provides comprehensive details about the Pride in London 2026 event, scheduled for Saturday, 4 July. It highlights that over 35,000 marchers from more than 600 diverse groups will participate in the parade, which begins at Hyde Park Corner at midday and concludes on Whitehall around 6pm. The piece also outlines the parade route, stages, and the expected heavy police presence to ensure public safety during the festivities.</w:t>
      </w:r>
      <w:r/>
    </w:p>
    <w:p>
      <w:pPr>
        <w:pStyle w:val="ListNumber"/>
        <w:spacing w:line="240" w:lineRule="auto"/>
        <w:ind w:left="720"/>
      </w:pPr>
      <w:r/>
      <w:hyperlink r:id="rId13">
        <w:r>
          <w:rPr>
            <w:color w:val="0000EE"/>
            <w:u w:val="single"/>
          </w:rPr>
          <w:t>https://www.londonxlondon.com/pride-london/</w:t>
        </w:r>
      </w:hyperlink>
      <w:r>
        <w:t xml:space="preserve"> - Offering a complete guide to Pride in London 2026, this article details the parade route, which starts at Hyde Park Corner and finishes at Whitehall. It mentions the participation of 35,000 official marchers representing LGBTQIA+ community groups, charities, and organisations. The piece also describes the six stages set up across central London, including Trafalgar Square's Main Stage, Leicester Square's Women's Stage, and Soho Square's Trans and Non-Binary Stage.</w:t>
      </w:r>
      <w:r/>
    </w:p>
    <w:p>
      <w:pPr>
        <w:pStyle w:val="ListNumber"/>
        <w:spacing w:line="240" w:lineRule="auto"/>
        <w:ind w:left="720"/>
      </w:pPr>
      <w:r/>
      <w:hyperlink r:id="rId12">
        <w:r>
          <w:rPr>
            <w:color w:val="0000EE"/>
            <w:u w:val="single"/>
          </w:rPr>
          <w:t>https://www.timeout.com/london/news/pride-london-2026-parade-route-map-070126</w:t>
        </w:r>
      </w:hyperlink>
      <w:r>
        <w:t xml:space="preserve"> - This article provides information about the Pride in London 2026 parade, scheduled for Saturday, 4 July. It mentions that more than 1.5 million people are expected to attend the event. The piece outlines the parade route, starting at Hyde Park Corner and finishing at Whitehall, and provides a map for better navigation. It also details the various stages set up along the route, including Trafalgar Square's Main Stage and Soho Square's Trans and Non-Binary Stage.</w:t>
      </w:r>
      <w:r/>
    </w:p>
    <w:p>
      <w:pPr>
        <w:pStyle w:val="ListNumber"/>
        <w:spacing w:line="240" w:lineRule="auto"/>
        <w:ind w:left="720"/>
      </w:pPr>
      <w:r/>
      <w:hyperlink r:id="rId14">
        <w:r>
          <w:rPr>
            <w:color w:val="0000EE"/>
            <w:u w:val="single"/>
          </w:rPr>
          <w:t>https://www.westminster.gov.uk/pride-london-2026-information-businesses-and-residents</w:t>
        </w:r>
      </w:hyperlink>
      <w:r>
        <w:t xml:space="preserve"> - This official page from Westminster City Council provides essential information for businesses and residents regarding the Pride in London 2026 event. It details the parade route, which commences at Hyde Park Corner, travels along Piccadilly, crosses Piccadilly Circus, turns into Haymarket, and disperses on Whitehall Place. The page also lists the event areas, including Trafalgar Square's Main Stage and Soho Square's Trans and Non-Binary Stage.</w:t>
      </w:r>
      <w:r/>
    </w:p>
    <w:p>
      <w:pPr>
        <w:pStyle w:val="ListNumber"/>
        <w:spacing w:line="240" w:lineRule="auto"/>
        <w:ind w:left="720"/>
      </w:pPr>
      <w:r/>
      <w:hyperlink r:id="rId11">
        <w:r>
          <w:rPr>
            <w:color w:val="0000EE"/>
            <w:u w:val="single"/>
          </w:rPr>
          <w:t>https://prideinlondon.org/planning</w:t>
        </w:r>
      </w:hyperlink>
      <w:r>
        <w:t xml:space="preserve"> - This official Pride in London page offers guidance for attendees planning to watch the parade. It provides a high-level map showing the parade route and the locations of various stages. The page also highlights accessible facilities, medical and welfare spaces, and prime viewpoints along the route. Additionally, it marks the locations of Grandstand seating for those seeking a guaranteed view of the parade.</w:t>
      </w:r>
      <w:r/>
    </w:p>
    <w:p>
      <w:pPr>
        <w:pStyle w:val="ListNumber"/>
        <w:spacing w:line="240" w:lineRule="auto"/>
        <w:ind w:left="720"/>
      </w:pPr>
      <w:r/>
      <w:hyperlink r:id="rId15">
        <w:r>
          <w:rPr>
            <w:color w:val="0000EE"/>
            <w:u w:val="single"/>
          </w:rPr>
          <w:t>https://prideinlondon.org/join-the-parade</w:t>
        </w:r>
      </w:hyperlink>
      <w:r>
        <w:t xml:space="preserve"> - This official Pride in London page provides information for those interested in participating in the 2026 parade. It outlines the parade route, starting at Hyde Park Corner at 12:00 PM, winding through Piccadilly and Trafalgar Square, and finishing at Whitehall. The page also details the logistics involved in the parade, including wristband policies, float safety requirements, and essential deadlines for participants.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ondon-now.co.uk/news/26247494.london-pride-2026---watch-parade-weekend/?ref=rss" TargetMode="External"/><Relationship Id="rId10" Type="http://schemas.openxmlformats.org/officeDocument/2006/relationships/hyperlink" Target="https://www.itv.com/news/london/2026-07-03/pride-in-london-what-you-need-to-know" TargetMode="External"/><Relationship Id="rId11" Type="http://schemas.openxmlformats.org/officeDocument/2006/relationships/hyperlink" Target="https://prideinlondon.org/planning" TargetMode="External"/><Relationship Id="rId12" Type="http://schemas.openxmlformats.org/officeDocument/2006/relationships/hyperlink" Target="https://www.timeout.com/london/news/pride-london-2026-parade-route-map-070126" TargetMode="External"/><Relationship Id="rId13" Type="http://schemas.openxmlformats.org/officeDocument/2006/relationships/hyperlink" Target="https://www.londonxlondon.com/pride-london/" TargetMode="External"/><Relationship Id="rId14" Type="http://schemas.openxmlformats.org/officeDocument/2006/relationships/hyperlink" Target="https://www.westminster.gov.uk/pride-london-2026-information-businesses-and-residents" TargetMode="External"/><Relationship Id="rId15" Type="http://schemas.openxmlformats.org/officeDocument/2006/relationships/hyperlink" Target="https://prideinlondon.org/join-the-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