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Moments from Lali’s Role at the Archivo de la Memoria Trans Opening in Madrid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Shining a spotlight on community, memory and music, Lali Espósito joined the opening of the Archivo de la Memoria Trans exhibition in Madrid during Pride week, writing the curatorial text and promising a free concert at Plaza España , a high-profile moment that links art, activism and one of Europe's biggest Pride festivals.</w:t>
      </w:r>
      <w:r/>
    </w:p>
    <w:p>
      <w:r/>
      <w:r>
        <w:t>Essential Takeaways</w:t>
      </w:r>
      <w:r/>
      <w:r/>
    </w:p>
    <w:p>
      <w:pPr>
        <w:pStyle w:val="ListBullet"/>
        <w:spacing w:line="240" w:lineRule="auto"/>
        <w:ind w:left="720"/>
      </w:pPr>
      <w:r/>
      <w:r>
        <w:rPr>
          <w:b/>
        </w:rPr>
        <w:t>Artist involvement:</w:t>
      </w:r>
      <w:r>
        <w:t xml:space="preserve"> Lali Espósito wrote the curatorial text and attended the Archivo de la Memoria Trans opening, showing public support for trans memory and rights.</w:t>
      </w:r>
      <w:r/>
    </w:p>
    <w:p>
      <w:pPr>
        <w:pStyle w:val="ListBullet"/>
        <w:spacing w:line="240" w:lineRule="auto"/>
        <w:ind w:left="720"/>
      </w:pPr>
      <w:r/>
      <w:r>
        <w:rPr>
          <w:b/>
        </w:rPr>
        <w:t>Emotional tone:</w:t>
      </w:r>
      <w:r>
        <w:t xml:space="preserve"> Her remarks emphasised collective memory, solidarity and the idea that archives are about truth and justice.</w:t>
      </w:r>
      <w:r/>
    </w:p>
    <w:p>
      <w:pPr>
        <w:pStyle w:val="ListBullet"/>
        <w:spacing w:line="240" w:lineRule="auto"/>
        <w:ind w:left="720"/>
      </w:pPr>
      <w:r/>
      <w:r>
        <w:rPr>
          <w:b/>
        </w:rPr>
        <w:t>Pride performance:</w:t>
      </w:r>
      <w:r>
        <w:t xml:space="preserve"> Lali will headline a free concert at Plaza España on Saturday at 23:30 as part of MADO, sharing the bill with major Latin acts.</w:t>
      </w:r>
      <w:r/>
    </w:p>
    <w:p>
      <w:pPr>
        <w:pStyle w:val="ListBullet"/>
        <w:spacing w:line="240" w:lineRule="auto"/>
        <w:ind w:left="720"/>
      </w:pPr>
      <w:r/>
      <w:r>
        <w:rPr>
          <w:b/>
        </w:rPr>
        <w:t>Rising momentum:</w:t>
      </w:r>
      <w:r>
        <w:t xml:space="preserve"> Her Madrid return follows sold-out shows in Spain and historic stadium concerts in Argentina, signalling growing international reach.</w:t>
      </w:r>
      <w:r/>
    </w:p>
    <w:p>
      <w:pPr>
        <w:pStyle w:val="ListBullet"/>
        <w:spacing w:line="240" w:lineRule="auto"/>
        <w:ind w:left="720"/>
      </w:pPr>
      <w:r/>
      <w:r>
        <w:rPr>
          <w:b/>
        </w:rPr>
        <w:t>Archival importance:</w:t>
      </w:r>
      <w:r>
        <w:t xml:space="preserve"> The exhibition situates personal stories and photographs as tools for social change, a reminder in times of rising individualism.</w:t>
      </w:r>
      <w:r/>
      <w:r/>
    </w:p>
    <w:p>
      <w:pPr>
        <w:pStyle w:val="Heading2"/>
      </w:pPr>
      <w:r>
        <w:t>A striking moment: celebrity meets collective memory</w:t>
      </w:r>
      <w:r/>
    </w:p>
    <w:p>
      <w:r/>
      <w:r>
        <w:t>Lali's presence at the Archivo de la Memoria Trans opening felt tactile , you could imagine the room buzzing, the photographs quietly powerful around her. She was invited not merely as a guest but to contribute the curatorial text, a role that turned a pop star into an interlocutor for trans histories. According to local reports, her words thanked the LGBTIQ+ community and framed the archive as more than remembrance , as a demand for justice.</w:t>
      </w:r>
      <w:r/>
    </w:p>
    <w:p>
      <w:r/>
      <w:r>
        <w:t>The backstory matters: the Archivo de la Memoria Trans has been building a visual and testimonial record of trans lives in Spain, and its visibility during Madrid Pride gives it fresh momentum. For readers, the takeaway is simple: when artists step into these spaces they amplify stories that otherwise might stay at the margins.</w:t>
      </w:r>
      <w:r/>
    </w:p>
    <w:p>
      <w:pPr>
        <w:pStyle w:val="Heading2"/>
      </w:pPr>
      <w:r>
        <w:t>Why an archive can be revolutionary in a selfie era</w:t>
      </w:r>
      <w:r/>
    </w:p>
    <w:p>
      <w:r/>
      <w:r>
        <w:t>Lali’s message pushed back against the "sálvese quien pueda" mindset and argued that collective acts are revolutionary. That’s a strong framing for an exhibition of portraits and testimonies, and it resonates because archives aren’t dry boxes , they carry texture, loss, joy and resistance. The archive’s curator, María Belén Correa, has long worked to preserve these narratives, and the exhibition in Madrid puts those efforts centre stage during Pride.</w:t>
      </w:r>
      <w:r/>
    </w:p>
    <w:p>
      <w:r/>
      <w:r>
        <w:t>If you’re curious about cultural impact, think of an archive as an activist tool: it offers evidence, it educates, and it humanises policy debates. In practice, visit exhibitions like this to feel that human pulse , the photographs and captions often linger with you in a way statistics do not.</w:t>
      </w:r>
      <w:r/>
    </w:p>
    <w:p>
      <w:pPr>
        <w:pStyle w:val="Heading2"/>
      </w:pPr>
      <w:r>
        <w:t>Lali on stage: from River Plate to Plaza España</w:t>
      </w:r>
      <w:r/>
    </w:p>
    <w:p>
      <w:r/>
      <w:r>
        <w:t>Lali’s musical comeback in Spain is more than promotional theatre. After two blockbuster concerts at River Plate and multiple sold-out Vélez Sarsfield shows, she’s riding a wave of momentum that has translated abroad , previous Spanish dates sold out in Madrid, Barcelona and Seville. Her free MADO set at Plaza España is scheduled for 23:30 and is likely to close a night packed with Latin talent.</w:t>
      </w:r>
      <w:r/>
    </w:p>
    <w:p>
      <w:r/>
      <w:r>
        <w:t>For fans or curious concertgoers, this is a rare chance to see a popular Argentine artist perform for free at one of Europe’s biggest Pride events. Expect a mix of high-energy pop, communal singalongs and some theatrical staging , Lali’s recent shows have been described as emotionally charged and visually striking.</w:t>
      </w:r>
      <w:r/>
    </w:p>
    <w:p>
      <w:pPr>
        <w:pStyle w:val="Heading2"/>
      </w:pPr>
      <w:r>
        <w:t>What this means for visibility and alliances</w:t>
      </w:r>
      <w:r/>
    </w:p>
    <w:p>
      <w:r/>
      <w:r>
        <w:t>High-profile allies at cultural events can change the conversation. Lali’s participation signals solidarity beyond a single performance: it’s a cultural endorsement of trans memory as essential national history. Press coverage framed her contribution as heartfelt and intentional, not simply symbolic.</w:t>
      </w:r>
      <w:r/>
    </w:p>
    <w:p>
      <w:r/>
      <w:r>
        <w:t>Organisers and activists benefit when artists lend their platform to archives and causes. For the public, this underlines a practical point: supporting exhibitions, sharing stories on social media and attending events are small actions that reinforce larger social shifts.</w:t>
      </w:r>
      <w:r/>
    </w:p>
    <w:p>
      <w:pPr>
        <w:pStyle w:val="Heading2"/>
      </w:pPr>
      <w:r>
        <w:t>How to experience the exhibition and the Pride moment</w:t>
      </w:r>
      <w:r/>
    </w:p>
    <w:p>
      <w:r/>
      <w:r>
        <w:t>If you’re in Madrid during Pride, plan to combine the exhibition visit with evening events. Exhibitions like the Archivo de la Memoria Trans tend to reward slow looking , read captions, pause at faces, and let context settle. For concerts, arrive early for a good spot and remember that free events draw crowds; bring water and dress for late-night temperatures.</w:t>
      </w:r>
      <w:r/>
    </w:p>
    <w:p>
      <w:r/>
      <w:r>
        <w:t>Finally, if you can’t be there in person, follow official festival channels for recorded moments and curated highlights. These platforms often share clips of curatorial texts and performances, keeping the archive’s work accessible beyond the room.</w:t>
      </w:r>
      <w:r/>
    </w:p>
    <w:p>
      <w:r/>
      <w:r>
        <w:t>It's a small change that can make every story feel harder to forget.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1">
        <w:r>
          <w:rPr>
            <w:color w:val="0000EE"/>
            <w:u w:val="single"/>
          </w:rPr>
          <w:t>[6]</w:t>
        </w:r>
      </w:hyperlink>
      <w:r>
        <w:t xml:space="preserve">, </w:t>
      </w:r>
      <w:hyperlink r:id="rId12">
        <w:r>
          <w:rPr>
            <w:color w:val="0000EE"/>
            <w:u w:val="single"/>
          </w:rPr>
          <w:t>[3]</w:t>
        </w:r>
      </w:hyperlink>
      <w:r>
        <w:t xml:space="preserve">- Paragraph 3: </w:t>
      </w:r>
      <w:hyperlink r:id="rId9">
        <w:r>
          <w:rPr>
            <w:color w:val="0000EE"/>
            <w:u w:val="single"/>
          </w:rPr>
          <w:t>[2]</w:t>
        </w:r>
      </w:hyperlink>
      <w:r>
        <w:t xml:space="preserve">, </w:t>
      </w:r>
      <w:hyperlink r:id="rId13">
        <w:r>
          <w:rPr>
            <w:color w:val="0000EE"/>
            <w:u w:val="single"/>
          </w:rPr>
          <w:t>[7]</w:t>
        </w:r>
      </w:hyperlink>
      <w:r>
        <w:t xml:space="preserve">- Paragraph 4: </w:t>
      </w:r>
      <w:hyperlink r:id="rId9">
        <w:r>
          <w:rPr>
            <w:color w:val="0000EE"/>
            <w:u w:val="single"/>
          </w:rPr>
          <w:t>[1]</w:t>
        </w:r>
      </w:hyperlink>
      <w:r>
        <w:t xml:space="preserve">, </w:t>
      </w:r>
      <w:hyperlink r:id="rId14">
        <w:r>
          <w:rPr>
            <w:color w:val="0000EE"/>
            <w:u w:val="single"/>
          </w:rPr>
          <w:t>[5]</w:t>
        </w:r>
      </w:hyperlink>
      <w:r>
        <w:t xml:space="preserve">- Paragraph 5: </w:t>
      </w:r>
      <w:hyperlink r:id="rId12">
        <w:r>
          <w:rPr>
            <w:color w:val="0000EE"/>
            <w:u w:val="single"/>
          </w:rPr>
          <w:t>[3]</w:t>
        </w:r>
      </w:hyperlink>
      <w:r>
        <w:t xml:space="preserve">, </w:t>
      </w:r>
      <w:hyperlink r:id="rId10">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https://www.cronica.com.ar/elcanaldelamusica/noticias/lali-acompano-la-inauguracion-de-la-muestra-del-archivo-de-la-memoria-trans-en-madrid-y-dejo-un-emotivo-mensaje-por-el-orgullo/</w:t>
        </w:r>
      </w:hyperlink>
      <w:r>
        <w:t xml:space="preserve"> - Please view link - unable to able to access data</w:t>
      </w:r>
      <w:r/>
    </w:p>
    <w:p>
      <w:pPr>
        <w:pStyle w:val="ListNumber"/>
        <w:spacing w:line="240" w:lineRule="auto"/>
        <w:ind w:left="720"/>
      </w:pPr>
      <w:r/>
      <w:hyperlink r:id="rId9">
        <w:r>
          <w:rPr>
            <w:color w:val="0000EE"/>
            <w:u w:val="single"/>
          </w:rPr>
          <w:t>https://www.cronica.com.ar/elcanaldelamusica/noticias/lali-acompano-la-inauguracion-de-la-muestra-del-archivo-de-la-memoria-trans-en-madrid-y-dejo-un-emotivo-mensaje-por-el-orgullo/</w:t>
        </w:r>
      </w:hyperlink>
      <w:r>
        <w:t xml:space="preserve"> - Lali Espósito reaffirmed her commitment to diversity by participating in the inauguration of the Archivo de la Memoria Trans exhibition in Madrid, a highlight of the city's Pride Week. She was invited to write the curatorial text for the exhibition, reflecting on the importance of collective memory, community, and the fight for LGBTIQ+ rights. In her message, Lali expressed gratitude to the LGBTIQ+ community for their fierce poetry in the world they dream of. She also highlighted the power of community and the unstoppable force of truth. The exhibition serves as a reminder that social transformations are possible through collective organisation. Lali is set to perform a free concert in Plaza España on July 4, 2026, as part of the Madrid Pride celebrations. Her return to Spain follows sold-out concerts at River Plate Stadium in Buenos Aires, where she gathered over 160,000 people and surprised the audience with a special appearance by Kylie Minogue. Additionally, Lali's latest album, 'No Vayas a Atender Cuando el Demonio Llama,' has had a significant impact. Her previous tour in Spain sold out in cities like Madrid, Barcelona, and Seville, strengthening her connection with the Spanish audience. (</w:t>
      </w:r>
      <w:hyperlink r:id="rId15">
        <w:r>
          <w:rPr>
            <w:color w:val="0000EE"/>
            <w:u w:val="single"/>
          </w:rPr>
          <w:t>cronica.com.ar</w:t>
        </w:r>
      </w:hyperlink>
      <w:r>
        <w:t>)</w:t>
      </w:r>
      <w:r/>
    </w:p>
    <w:p>
      <w:pPr>
        <w:pStyle w:val="ListNumber"/>
        <w:spacing w:line="240" w:lineRule="auto"/>
        <w:ind w:left="720"/>
      </w:pPr>
      <w:r/>
      <w:hyperlink r:id="rId12">
        <w:r>
          <w:rPr>
            <w:color w:val="0000EE"/>
            <w:u w:val="single"/>
          </w:rPr>
          <w:t>https://www.pagina12.com.ar/2026/07/03/lali-acompano-la-inauguracion-de-la-muestra-del-archivo-de-la-memoria-trans-en-madrid/</w:t>
        </w:r>
      </w:hyperlink>
      <w:r>
        <w:t xml:space="preserve"> - Lali Espósito participated in the inauguration of the Archivo de la Memoria Trans exhibition in Madrid, an event during the city's Pride Week. She was invited to write the curatorial text for the exhibition, reflecting on the importance of collective memory, community, and the struggle for LGBTIQ+ rights. In her message, Lali expressed gratitude to the LGBTIQ+ community for their fierce poetry in the world they dream of. She also highlighted the power of community and the unstoppable force of truth. The exhibition serves as a reminder that social transformations are possible through collective organisation. Lali is set to perform a free concert in Plaza España on July 4, 2026, as part of the Madrid Pride celebrations. (</w:t>
      </w:r>
      <w:hyperlink r:id="rId16">
        <w:r>
          <w:rPr>
            <w:color w:val="0000EE"/>
            <w:u w:val="single"/>
          </w:rPr>
          <w:t>pagina12.com.ar</w:t>
        </w:r>
      </w:hyperlink>
      <w:r>
        <w:t>)</w:t>
      </w:r>
      <w:r/>
    </w:p>
    <w:p>
      <w:pPr>
        <w:pStyle w:val="ListNumber"/>
        <w:spacing w:line="240" w:lineRule="auto"/>
        <w:ind w:left="720"/>
      </w:pPr>
      <w:r/>
      <w:hyperlink r:id="rId10">
        <w:r>
          <w:rPr>
            <w:color w:val="0000EE"/>
            <w:u w:val="single"/>
          </w:rPr>
          <w:t>https://cordobagay.com/2026/07/01/lali-orgullo-madrid-comunidad-lgbtiq-entrevista/</w:t>
        </w:r>
      </w:hyperlink>
      <w:r>
        <w:t xml:space="preserve"> - Lali Espósito is set to be a major figure at Madrid Pride 2026, emphasising the importance of the LGBTIQ+ community making their voices heard more than ever. She had planned to travel to Madrid even before confirming her musical participation in the festival. In addition to performing on one of the main stages of MADO 2026, Lali will present an exhibition curated by her featuring images from the Archivo de la Memoria Trans Argentina, a project that rescues and preserves the history of the Argentine trans community. She expressed the need to address various issues during this particular Pride, beyond celebration and the right to enjoyment. (</w:t>
      </w:r>
      <w:hyperlink r:id="rId17">
        <w:r>
          <w:rPr>
            <w:color w:val="0000EE"/>
            <w:u w:val="single"/>
          </w:rPr>
          <w:t>cordobagay.com</w:t>
        </w:r>
      </w:hyperlink>
      <w:r>
        <w:t>)</w:t>
      </w:r>
      <w:r/>
    </w:p>
    <w:p>
      <w:pPr>
        <w:pStyle w:val="ListNumber"/>
        <w:spacing w:line="240" w:lineRule="auto"/>
        <w:ind w:left="720"/>
      </w:pPr>
      <w:r/>
      <w:hyperlink r:id="rId14">
        <w:r>
          <w:rPr>
            <w:color w:val="0000EE"/>
            <w:u w:val="single"/>
          </w:rPr>
          <w:t>https://www.nuevodiarioweb.com.ar/espectaculo/info-santiago-estero-lali-esposito-hay-que-luchar-contra-los-poderes-de-derecha.htm</w:t>
        </w:r>
      </w:hyperlink>
      <w:r>
        <w:t xml:space="preserve"> - In an interview, Lali Espósito highlighted the value of the Archivo de la Memoria Trans exhibition and called to defend the rights acquired by the LGBTIQ+ community. She emphasised the importance of the exhibition, which she curated, and is being showcased in Madrid during Pride. Lali also expressed the need to fight against right-wing powers that are undermining the rights achieved by the community. (</w:t>
      </w:r>
      <w:hyperlink r:id="rId18">
        <w:r>
          <w:rPr>
            <w:color w:val="0000EE"/>
            <w:u w:val="single"/>
          </w:rPr>
          <w:t>nuevodiarioweb.com.ar</w:t>
        </w:r>
      </w:hyperlink>
      <w:r>
        <w:t>)</w:t>
      </w:r>
      <w:r/>
    </w:p>
    <w:p>
      <w:pPr>
        <w:pStyle w:val="ListNumber"/>
        <w:spacing w:line="240" w:lineRule="auto"/>
        <w:ind w:left="720"/>
      </w:pPr>
      <w:r/>
      <w:hyperlink r:id="rId11">
        <w:r>
          <w:rPr>
            <w:color w:val="0000EE"/>
            <w:u w:val="single"/>
          </w:rPr>
          <w:t>https://en.wikipedia.org/wiki/Archivo_de_la_Memoria_Trans</w:t>
        </w:r>
      </w:hyperlink>
      <w:r>
        <w:t xml:space="preserve"> - The Archivo de la Memoria Trans (AMT) is an Argentine archive dedicated to compiling and recovering the history and cultural heritage of transgender, transsexual, and travesti people in the country. Founded in 2012 by María Belén Correa, the archive contains over 25,000 items documenting the lives of trans individuals in Argentina, including photographs, films, sound recordings, and documents. The AMT aims to act as a collective memory for Argentine trans identities, ensuring that their stories, especially those of individuals who endured and resisted systemic discrimination and violence, are preserved and made widely accessible to the community. The project has inspired similar initiatives in other Latin American countries and has been involved in various political demonstrations and legal actions seeking historical reparations for the trans community. (</w:t>
      </w:r>
      <w:hyperlink r:id="rId19">
        <w:r>
          <w:rPr>
            <w:color w:val="0000EE"/>
            <w:u w:val="single"/>
          </w:rPr>
          <w:t>en.wikipedia.org</w:t>
        </w:r>
      </w:hyperlink>
      <w:r>
        <w:t>)</w:t>
      </w:r>
      <w:r/>
    </w:p>
    <w:p>
      <w:pPr>
        <w:pStyle w:val="ListNumber"/>
        <w:spacing w:line="240" w:lineRule="auto"/>
        <w:ind w:left="720"/>
      </w:pPr>
      <w:r/>
      <w:hyperlink r:id="rId13">
        <w:r>
          <w:rPr>
            <w:color w:val="0000EE"/>
            <w:u w:val="single"/>
          </w:rPr>
          <w:t>https://shangay.com/2026/06/30/lali-orgullo-madrid-comunidad-lgtbiq-entrevista/</w:t>
        </w:r>
      </w:hyperlink>
      <w:r>
        <w:t xml:space="preserve"> - Lali Espósito is set to perform at MADO Madrid Pride on July 4, 2026, at the Plaza de España stage at 23:30. The Archivo de la Memoria Trans Argentina exhibition, curated by Lali, can be visited from July 3 to 6 at the Pionera + C.A.L.A. space in Madrid. (</w:t>
      </w:r>
      <w:hyperlink r:id="rId20">
        <w:r>
          <w:rPr>
            <w:color w:val="0000EE"/>
            <w:u w:val="single"/>
          </w:rPr>
          <w:t>shangay.com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ronica.com.ar/elcanaldelamusica/noticias/lali-acompano-la-inauguracion-de-la-muestra-del-archivo-de-la-memoria-trans-en-madrid-y-dejo-un-emotivo-mensaje-por-el-orgullo/" TargetMode="External"/><Relationship Id="rId10" Type="http://schemas.openxmlformats.org/officeDocument/2006/relationships/hyperlink" Target="https://cordobagay.com/2026/07/01/lali-orgullo-madrid-comunidad-lgbtiq-entrevista/" TargetMode="External"/><Relationship Id="rId11" Type="http://schemas.openxmlformats.org/officeDocument/2006/relationships/hyperlink" Target="https://en.wikipedia.org/wiki/Archivo_de_la_Memoria_Trans" TargetMode="External"/><Relationship Id="rId12" Type="http://schemas.openxmlformats.org/officeDocument/2006/relationships/hyperlink" Target="https://www.pagina12.com.ar/2026/07/03/lali-acompano-la-inauguracion-de-la-muestra-del-archivo-de-la-memoria-trans-en-madrid/" TargetMode="External"/><Relationship Id="rId13" Type="http://schemas.openxmlformats.org/officeDocument/2006/relationships/hyperlink" Target="https://shangay.com/2026/06/30/lali-orgullo-madrid-comunidad-lgtbiq-entrevista/" TargetMode="External"/><Relationship Id="rId14" Type="http://schemas.openxmlformats.org/officeDocument/2006/relationships/hyperlink" Target="https://www.nuevodiarioweb.com.ar/espectaculo/info-santiago-estero-lali-esposito-hay-que-luchar-contra-los-poderes-de-derecha.htm" TargetMode="External"/><Relationship Id="rId15" Type="http://schemas.openxmlformats.org/officeDocument/2006/relationships/hyperlink" Target="https://www.cronica.com.ar/elcanaldelamusica/noticias/lali-acompano-la-inauguracion-de-la-muestra-del-archivo-de-la-memoria-trans-en-madrid-y-dejo-un-emotivo-mensaje-por-el-orgullo/?utm_source=openai" TargetMode="External"/><Relationship Id="rId16" Type="http://schemas.openxmlformats.org/officeDocument/2006/relationships/hyperlink" Target="https://www.pagina12.com.ar/2026/07/03/lali-acompano-la-inauguracion-de-la-muestra-del-archivo-de-la-memoria-trans-en-madrid/?utm_source=openai" TargetMode="External"/><Relationship Id="rId17" Type="http://schemas.openxmlformats.org/officeDocument/2006/relationships/hyperlink" Target="https://cordobagay.com/2026/07/01/lali-orgullo-madrid-comunidad-lgbtiq-entrevista/?utm_source=openai" TargetMode="External"/><Relationship Id="rId18" Type="http://schemas.openxmlformats.org/officeDocument/2006/relationships/hyperlink" Target="https://www.nuevodiarioweb.com.ar/espectaculo/info-santiago-estero-lali-esposito-hay-que-luchar-contra-los-poderes-de-derecha.htm?utm_source=openai" TargetMode="External"/><Relationship Id="rId19" Type="http://schemas.openxmlformats.org/officeDocument/2006/relationships/hyperlink" Target="https://en.wikipedia.org/wiki/Archivo_de_la_Memoria_Trans?utm_source=openai" TargetMode="External"/><Relationship Id="rId20" Type="http://schemas.openxmlformats.org/officeDocument/2006/relationships/hyperlink" Target="https://shangay.com/2026/06/30/lali-orgullo-madrid-comunidad-lgtbiq-entrevista/?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