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MLB Moments That Still Need Pride: One Couple’s First Game That Went Wrong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a simple kiss at a packed ballpark and you’ll see why Pride nights still matter , a Chicago White Sox fan’s first game turned sour when he and his boyfriend were heckled during fireworks, reminding fans that sport should be for everyone.</w:t>
      </w:r>
      <w:r/>
      <w:r/>
    </w:p>
    <w:p>
      <w:pPr>
        <w:pStyle w:val="ListBullet"/>
        <w:spacing w:line="240" w:lineRule="auto"/>
        <w:ind w:left="720"/>
      </w:pPr>
      <w:r/>
      <w:r>
        <w:rPr>
          <w:b/>
        </w:rPr>
        <w:t>What happened:</w:t>
      </w:r>
      <w:r>
        <w:t xml:space="preserve"> A White Sox fan shared how a quiet, affectionate moment with his boyfriend during fireworks was met with insults and jeers, spoiling a first-time baseball memory. </w:t>
      </w:r>
      <w:r/>
    </w:p>
    <w:p>
      <w:pPr>
        <w:pStyle w:val="ListBullet"/>
        <w:spacing w:line="240" w:lineRule="auto"/>
        <w:ind w:left="720"/>
      </w:pPr>
      <w:r/>
      <w:r>
        <w:rPr>
          <w:b/>
        </w:rPr>
        <w:t>Setting detail:</w:t>
      </w:r>
      <w:r>
        <w:t xml:space="preserve"> The incident took place at Guaranteed Rate Field during a White Sox game, with onlookers behind the couple shouting homophobic comments. </w:t>
      </w:r>
      <w:r/>
    </w:p>
    <w:p>
      <w:pPr>
        <w:pStyle w:val="ListBullet"/>
        <w:spacing w:line="240" w:lineRule="auto"/>
        <w:ind w:left="720"/>
      </w:pPr>
      <w:r/>
      <w:r>
        <w:rPr>
          <w:b/>
        </w:rPr>
        <w:t>Emotional effect:</w:t>
      </w:r>
      <w:r>
        <w:t xml:space="preserve"> The boyfriend broke down later, saying it reminded him why queer people often feel safer in explicitly queer spaces. </w:t>
      </w:r>
      <w:r/>
    </w:p>
    <w:p>
      <w:pPr>
        <w:pStyle w:val="ListBullet"/>
        <w:spacing w:line="240" w:lineRule="auto"/>
        <w:ind w:left="720"/>
      </w:pPr>
      <w:r/>
      <w:r>
        <w:rPr>
          <w:b/>
        </w:rPr>
        <w:t>Why it matters:</w:t>
      </w:r>
      <w:r>
        <w:t xml:space="preserve"> Supporters say Pride nights and public visibility remain important because casual hostility like this continues to crop up in mainstream sporting events. </w:t>
      </w:r>
      <w:r/>
    </w:p>
    <w:p>
      <w:pPr>
        <w:pStyle w:val="ListBullet"/>
        <w:spacing w:line="240" w:lineRule="auto"/>
        <w:ind w:left="720"/>
      </w:pPr>
      <w:r/>
      <w:r>
        <w:rPr>
          <w:b/>
        </w:rPr>
        <w:t>Practical note:</w:t>
      </w:r>
      <w:r>
        <w:t xml:space="preserve"> If you see harassment, simple interventions , turning toward the couple, calling out the behaviour, or alerting staff , can help defuse hostility and show solidarity.</w:t>
      </w:r>
      <w:r/>
      <w:r/>
    </w:p>
    <w:p>
      <w:pPr>
        <w:pStyle w:val="Heading2"/>
      </w:pPr>
      <w:r>
        <w:t>A first game, a keepsake and a moment that turned heavy</w:t>
      </w:r>
      <w:r/>
    </w:p>
    <w:p>
      <w:r/>
      <w:r>
        <w:t>You could almost taste the popcorn and sunshine in the story: a “First Game” certificate, fireworks, and that warm, giddy feeling of bringing someone new into a beloved ritual. But what should have been a sweet memory became tense when people a few rows back began to heckle the couple. Outsports reported the incident, which quickly spread on social media and sparked conversation about fan behaviour. It’s a blunt reminder that even small public displays of affection can draw ugly reactions for LGBTQ+ fans.</w:t>
      </w:r>
      <w:r/>
    </w:p>
    <w:p>
      <w:pPr>
        <w:pStyle w:val="Heading2"/>
      </w:pPr>
      <w:r>
        <w:t>How the crowd reaction unfolded and why it stung</w:t>
      </w:r>
      <w:r/>
    </w:p>
    <w:p>
      <w:r/>
      <w:r>
        <w:t>According to coverage at Outsports and other outlets, the couple were initially enjoying the game when a barely-noticed comment grew into shouts of “gross” and other insults after a brief kiss. That escalation left the couple shaken; the boyfriend later cried, saying it felt like a return to the caution queer people learn early on. For many readers that pain will ring painfully familiar , public safety is often a feeling earned, not guaranteed.</w:t>
      </w:r>
      <w:r/>
    </w:p>
    <w:p>
      <w:pPr>
        <w:pStyle w:val="Heading2"/>
      </w:pPr>
      <w:r>
        <w:t>Why Pride nights still matter in ballparks</w:t>
      </w:r>
      <w:r/>
    </w:p>
    <w:p>
      <w:r/>
      <w:r>
        <w:t>This isn’t just about one couple. Reports and commentaries around the league show Pride initiatives are still fought for because hostile reactions persist. Organisations and fans argue Pride nights do more than wave a flag: they normalise queer presence in stadiums, give allies a chance to be visible, and make it harder for abusive behaviour to pass as “just fans being fans.” If baseball is supposed to unite, making inclusion visible helps shift the baseline of acceptable behaviour.</w:t>
      </w:r>
      <w:r/>
    </w:p>
    <w:p>
      <w:pPr>
        <w:pStyle w:val="Heading2"/>
      </w:pPr>
      <w:r>
        <w:t>What teams, staff and fellow fans can do right now</w:t>
      </w:r>
      <w:r/>
    </w:p>
    <w:p>
      <w:r/>
      <w:r>
        <w:t>Teams can make a difference with clear announcements on inclusion, visible security ready to step in, and swift action when harassment is reported. Fans can intervene in low-risk ways: turn attention toward the perpetrators, use group pressure to shame the behaviour, or ask ushers to handle it. And if you’re attending a Pride night, go as an extra ally , your presence makes a quieter, kinder crowd more likely.</w:t>
      </w:r>
      <w:r/>
    </w:p>
    <w:p>
      <w:pPr>
        <w:pStyle w:val="Heading2"/>
      </w:pPr>
      <w:r>
        <w:t>A wider pattern in sports and how change happens</w:t>
      </w:r>
      <w:r/>
    </w:p>
    <w:p>
      <w:r/>
      <w:r>
        <w:t>This incident joins other recent headlines where homophobic language or actions at games prompted team responses and league scrutiny. Outlets like Awful Announcing and the Los Angeles Times have tracked similar controversies, showing progress is piecemeal. Still, every small action matters: when people speak up, policies tighten and stadiums feel safer. That’s the slow arc of change , messy, imperfect, but real.</w:t>
      </w:r>
      <w:r/>
    </w:p>
    <w:p>
      <w:r/>
      <w:r>
        <w:t>It's a small change that can make every game a better memory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1">
        <w:r>
          <w:rPr>
            <w:color w:val="0000EE"/>
            <w:u w:val="single"/>
          </w:rPr>
          <w:t>[5]</w:t>
        </w:r>
      </w:hyperlink>
      <w:r>
        <w:t xml:space="preserve">- Paragraph 4: </w:t>
      </w:r>
      <w:hyperlink r:id="rId10">
        <w:r>
          <w:rPr>
            <w:color w:val="0000EE"/>
            <w:u w:val="single"/>
          </w:rPr>
          <w:t>[2]</w:t>
        </w:r>
      </w:hyperlink>
      <w:r>
        <w:t xml:space="preserve">, </w:t>
      </w:r>
      <w:hyperlink r:id="rId13">
        <w:r>
          <w:rPr>
            <w:color w:val="0000EE"/>
            <w:u w:val="single"/>
          </w:rPr>
          <w:t>[6]</w:t>
        </w:r>
      </w:hyperlink>
      <w:r>
        <w:t xml:space="preserve">- Paragraph 5: </w:t>
      </w:r>
      <w:hyperlink r:id="rId13">
        <w:r>
          <w:rPr>
            <w:color w:val="0000EE"/>
            <w:u w:val="single"/>
          </w:rPr>
          <w:t>[6]</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https://instinctmagazine.com/baseball-gay-couple-heckled-homophobia/</w:t>
        </w:r>
      </w:hyperlink>
      <w:r>
        <w:t xml:space="preserve"> - Please view link - unable to able to access data</w:t>
      </w:r>
      <w:r/>
    </w:p>
    <w:p>
      <w:pPr>
        <w:pStyle w:val="ListNumber"/>
        <w:spacing w:line="240" w:lineRule="auto"/>
        <w:ind w:left="720"/>
      </w:pPr>
      <w:r/>
      <w:hyperlink r:id="rId10">
        <w:r>
          <w:rPr>
            <w:color w:val="0000EE"/>
            <w:u w:val="single"/>
          </w:rPr>
          <w:t>https://www.outsports.com/2026/7/1/24138516/chicago-white-sox-pride-night-billy-nesnidal-gay-instagram-rate-field-fireworks-homophobia/</w:t>
        </w:r>
      </w:hyperlink>
      <w:r>
        <w:t xml:space="preserve"> - Billy Nesnidal, a lifelong Chicago White Sox fan, recounted an incident where he and his boyfriend, Paul Schwensen, faced homophobic heckling during a Pride Night game at Rate Field. After sharing a moment of affection, a fan yelled derogatory remarks, calling them 'disgusting' and claiming they were 'ruining this for all of us.' This experience highlighted the ongoing need for Pride Nights in sports to promote inclusivity and support for the LGBTQ+ community. Nesnidal emphasized that such events are essential because discrimination persists, even in spaces meant to unite people.</w:t>
      </w:r>
      <w:r/>
    </w:p>
    <w:p>
      <w:pPr>
        <w:pStyle w:val="ListNumber"/>
        <w:spacing w:line="240" w:lineRule="auto"/>
        <w:ind w:left="720"/>
      </w:pPr>
      <w:r/>
      <w:hyperlink r:id="rId15">
        <w:r>
          <w:rPr>
            <w:color w:val="0000EE"/>
            <w:u w:val="single"/>
          </w:rPr>
          <w:t>https://www.outsports.com/mlb/</w:t>
        </w:r>
      </w:hyperlink>
      <w:r>
        <w:t xml:space="preserve"> - Outsports is a platform dedicated to LGBTQ+ sports news, offering coverage on various sports leagues, including Major League Baseball (MLB). The site features articles on LGBTQ+ athletes, events, and issues within the sports community, aiming to provide a supportive and informative space for LGBTQ+ sports enthusiasts and allies.</w:t>
      </w:r>
      <w:r/>
    </w:p>
    <w:p>
      <w:pPr>
        <w:pStyle w:val="ListNumber"/>
        <w:spacing w:line="240" w:lineRule="auto"/>
        <w:ind w:left="720"/>
      </w:pPr>
      <w:r/>
      <w:hyperlink r:id="rId12">
        <w:r>
          <w:rPr>
            <w:color w:val="0000EE"/>
            <w:u w:val="single"/>
          </w:rPr>
          <w:t>https://www.outsports.com/mlb/2026/7/1/24138516/chicago-white-sox-pride-night-billy-nesnidal-gay-instagram-rate-field-fireworks-homophobia/</w:t>
        </w:r>
      </w:hyperlink>
      <w:r>
        <w:t xml:space="preserve"> - Billy Nesnidal, a lifelong Chicago White Sox fan, recounted an incident where he and his boyfriend, Paul Schwensen, faced homophobic heckling during a Pride Night game at Rate Field. After sharing a moment of affection, a fan yelled derogatory remarks, calling them 'disgusting' and claiming they were 'ruining this for all of us.' This experience highlighted the ongoing need for Pride Nights in sports to promote inclusivity and support for the LGBTQ+ community. Nesnidal emphasized that such events are essential because discrimination persists, even in spaces meant to unite people.</w:t>
      </w:r>
      <w:r/>
    </w:p>
    <w:p>
      <w:pPr>
        <w:pStyle w:val="ListNumber"/>
        <w:spacing w:line="240" w:lineRule="auto"/>
        <w:ind w:left="720"/>
      </w:pPr>
      <w:r/>
      <w:hyperlink r:id="rId11">
        <w:r>
          <w:rPr>
            <w:color w:val="0000EE"/>
            <w:u w:val="single"/>
          </w:rPr>
          <w:t>https://b-gay.com/a-white-sox-fan-says-one-painful-moment-with-his-boyfriend-showed-him-why-pride-nights-matter/</w:t>
        </w:r>
      </w:hyperlink>
      <w:r>
        <w:t xml:space="preserve"> - Bill Nesnidal, a lifelong Chicago White Sox fan, shared a painful experience where he and his boyfriend, Paul Schwensen, faced homophobic heckling during a Pride Night game at Rate Field. After sharing a moment of affection, a fan yelled derogatory remarks, calling them 'disgusting' and claiming they were 'ruining this for all of us.' This incident underscored the importance of Pride Nights in sports to promote inclusivity and support for the LGBTQ+ community. Nesnidal emphasized that such events are essential because discrimination persists, even in spaces meant to unite people.</w:t>
      </w:r>
      <w:r/>
    </w:p>
    <w:p>
      <w:pPr>
        <w:pStyle w:val="ListNumber"/>
        <w:spacing w:line="240" w:lineRule="auto"/>
        <w:ind w:left="720"/>
      </w:pPr>
      <w:r/>
      <w:hyperlink r:id="rId13">
        <w:r>
          <w:rPr>
            <w:color w:val="0000EE"/>
            <w:u w:val="single"/>
          </w:rPr>
          <w:t>https://awfulannouncing.com/mlb/red-sox-statement-nesn-jarren-duran-homophobic-slur.html</w:t>
        </w:r>
      </w:hyperlink>
      <w:r>
        <w:t xml:space="preserve"> - During a game between the Boston Red Sox and the Houston Astros, NESN microphones captured outfielder Jarren Duran directing a homophobic slur at a heckling fan. The incident occurred in the sixth inning when Duran was at bat and a fan taunted him. Duran responded with the slur, which was audible on the broadcast. The Red Sox organization issued a statement condemning the language and emphasizing their commitment to inclusivity. Duran later apologized for his actions, acknowledging the harm caused and expressing remorse for his choice of words.</w:t>
      </w:r>
      <w:r/>
    </w:p>
    <w:p>
      <w:pPr>
        <w:pStyle w:val="ListNumber"/>
        <w:spacing w:line="240" w:lineRule="auto"/>
        <w:ind w:left="720"/>
      </w:pPr>
      <w:r/>
      <w:hyperlink r:id="rId14">
        <w:r>
          <w:rPr>
            <w:color w:val="0000EE"/>
            <w:u w:val="single"/>
          </w:rPr>
          <w:t>https://www.latimes.com/sports/story/2024-08-12/jarren-duran-suspension-gay-slur-fan</w:t>
        </w:r>
      </w:hyperlink>
      <w:r>
        <w:t xml:space="preserve"> - Boston Red Sox outfielder Jarren Duran was suspended for two games after directing a homophobic slur at a fan during a game against the Houston Astros. The incident occurred in the sixth inning when Duran was at bat and a fan taunted him. Duran responded with the slur, which was audible on the NESN broadcast. The Red Sox organization addressed the incident immediately, and Duran issued an apology, expressing remorse for his actions and acknowledging the disappointment caused to fans and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baseball-gay-couple-heckled-homophobia/" TargetMode="External"/><Relationship Id="rId10" Type="http://schemas.openxmlformats.org/officeDocument/2006/relationships/hyperlink" Target="https://www.outsports.com/2026/7/1/24138516/chicago-white-sox-pride-night-billy-nesnidal-gay-instagram-rate-field-fireworks-homophobia/" TargetMode="External"/><Relationship Id="rId11" Type="http://schemas.openxmlformats.org/officeDocument/2006/relationships/hyperlink" Target="https://b-gay.com/a-white-sox-fan-says-one-painful-moment-with-his-boyfriend-showed-him-why-pride-nights-matter/" TargetMode="External"/><Relationship Id="rId12" Type="http://schemas.openxmlformats.org/officeDocument/2006/relationships/hyperlink" Target="https://www.outsports.com/mlb/2026/7/1/24138516/chicago-white-sox-pride-night-billy-nesnidal-gay-instagram-rate-field-fireworks-homophobia/" TargetMode="External"/><Relationship Id="rId13" Type="http://schemas.openxmlformats.org/officeDocument/2006/relationships/hyperlink" Target="https://awfulannouncing.com/mlb/red-sox-statement-nesn-jarren-duran-homophobic-slur.html" TargetMode="External"/><Relationship Id="rId14" Type="http://schemas.openxmlformats.org/officeDocument/2006/relationships/hyperlink" Target="https://www.latimes.com/sports/story/2024-08-12/jarren-duran-suspension-gay-slur-fan" TargetMode="External"/><Relationship Id="rId15" Type="http://schemas.openxmlformats.org/officeDocument/2006/relationships/hyperlink" Target="https://www.outsports.com/ml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