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Madonna Rumours for Pride in London: What to Expect This Weekend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parade-goers are buzzing as Madonna is rumoured to make a surprise appearance at Pride in London this Saturday , a high-profile moment tied to her new album release and sure to electrify the capital’s biggest LGBTQ+ celebration. Here’s what we know, where to be, and why this could matter.</w:t>
      </w:r>
      <w:r/>
    </w:p>
    <w:p>
      <w:r/>
      <w:r>
        <w:t>Essential Takeaways</w:t>
      </w:r>
      <w:r/>
      <w:r/>
    </w:p>
    <w:p>
      <w:pPr>
        <w:pStyle w:val="ListBullet"/>
        <w:spacing w:line="240" w:lineRule="auto"/>
        <w:ind w:left="720"/>
      </w:pPr>
      <w:r/>
      <w:r>
        <w:rPr>
          <w:b/>
        </w:rPr>
        <w:t>Possible cameo:</w:t>
      </w:r>
      <w:r>
        <w:t xml:space="preserve"> Madonna is rumoured to appear on the main Pride in London stage the day after Confessions II drops.</w:t>
      </w:r>
      <w:r/>
    </w:p>
    <w:p>
      <w:pPr>
        <w:pStyle w:val="ListBullet"/>
        <w:spacing w:line="240" w:lineRule="auto"/>
        <w:ind w:left="720"/>
      </w:pPr>
      <w:r/>
      <w:r>
        <w:rPr>
          <w:b/>
        </w:rPr>
        <w:t>Low-key format:</w:t>
      </w:r>
      <w:r>
        <w:t xml:space="preserve"> Sources say she may speak briefly rather than perform a full concert , expect a short, impactful appearance.</w:t>
      </w:r>
      <w:r/>
    </w:p>
    <w:p>
      <w:pPr>
        <w:pStyle w:val="ListBullet"/>
        <w:spacing w:line="240" w:lineRule="auto"/>
        <w:ind w:left="720"/>
      </w:pPr>
      <w:r/>
      <w:r>
        <w:rPr>
          <w:b/>
        </w:rPr>
        <w:t>Huge crowd:</w:t>
      </w:r>
      <w:r>
        <w:t xml:space="preserve"> Pride in London typically draws more than a million people, making any celebrity cameo chaotic and emotional.</w:t>
      </w:r>
      <w:r/>
    </w:p>
    <w:p>
      <w:pPr>
        <w:pStyle w:val="ListBullet"/>
        <w:spacing w:line="240" w:lineRule="auto"/>
        <w:ind w:left="720"/>
      </w:pPr>
      <w:r/>
      <w:r>
        <w:rPr>
          <w:b/>
        </w:rPr>
        <w:t>Key acts still confirmed:</w:t>
      </w:r>
      <w:r>
        <w:t xml:space="preserve"> MNEK headlines Trafalgar Square, with Beth Ditto and multi-stage programming across the day.</w:t>
      </w:r>
      <w:r/>
    </w:p>
    <w:p>
      <w:pPr>
        <w:pStyle w:val="ListBullet"/>
        <w:spacing w:line="240" w:lineRule="auto"/>
        <w:ind w:left="720"/>
      </w:pPr>
      <w:r/>
      <w:r>
        <w:rPr>
          <w:b/>
        </w:rPr>
        <w:t>Practical note:</w:t>
      </w:r>
      <w:r>
        <w:t xml:space="preserve"> The parade starts midday from Hyde Park Corner and finishes on Whitehall , arrive early and plan meet-up points.</w:t>
      </w:r>
      <w:r/>
      <w:r/>
    </w:p>
    <w:p>
      <w:pPr>
        <w:pStyle w:val="Heading2"/>
      </w:pPr>
      <w:r>
        <w:t>Why a Madonna cameo would be huge for Pride in London</w:t>
      </w:r>
      <w:r/>
    </w:p>
    <w:p>
      <w:r/>
      <w:r>
        <w:t>Madonna’s name still packs a punch, and the idea of her turning up at Pride carries a particular kind of theatrical heft. The pop star has a history of LGBTQ+ advocacy, and a surprise appearance would be a vivid, emotional moment for fans and marchers alike. Attendees can expect loud cheers, visual spectacle and that unmistakable rush when a megastar steps into a public celebration. If she speaks rather than performs, it’s likely to be concise but resonant , less a concert, more a symbolic show of solidarity.</w:t>
      </w:r>
      <w:r/>
    </w:p>
    <w:p>
      <w:pPr>
        <w:pStyle w:val="Heading2"/>
      </w:pPr>
      <w:r>
        <w:t>The timing makes sense: album launch meets Pride weekend</w:t>
      </w:r>
      <w:r/>
    </w:p>
    <w:p>
      <w:r/>
      <w:r>
        <w:t>Reports link the rumour to the release of Confessions II, which is due the day before the parade. That kind of timing is classic for pop publicity, but it’s also meaningful: Pride is a natural stage for an artist with a long track record of queer support. Organisers appear to be keeping plans flexible to allow for last-minute changes, which is sensible given security, logistics and the sheer unpredictability of surprise guest appearances.</w:t>
      </w:r>
      <w:r/>
    </w:p>
    <w:p>
      <w:pPr>
        <w:pStyle w:val="Heading2"/>
      </w:pPr>
      <w:r>
        <w:t>Practicalities: where to go and how to cope with the crowds</w:t>
      </w:r>
      <w:r/>
    </w:p>
    <w:p>
      <w:r/>
      <w:r>
        <w:t>Pride in London’s route runs from Hyde Park Corner, along Piccadilly, through Trafalgar Square and down to Whitehall. If you want the best chance of seeing a main-stage cameo, aim for Trafalgar Square or the Whitehall end point early. Bring a phone battery pack, pick a clear meet-up spot with friends, and expect tight security and busy public transport. If you’re sensitive to noise or crowds, plan an early exit , there will be performances across six stages so you can catch highlights without getting stuck in the hubbub.</w:t>
      </w:r>
      <w:r/>
    </w:p>
    <w:p>
      <w:pPr>
        <w:pStyle w:val="Heading2"/>
      </w:pPr>
      <w:r>
        <w:t>What’s on the bill besides Madonna</w:t>
      </w:r>
      <w:r/>
    </w:p>
    <w:p>
      <w:r/>
      <w:r>
        <w:t>Even without a surprise guest, the official line-up is strong. MNEK is set to headline Trafalgar Square and Beth Ditto joins a varied roster of artists and speakers representing the community and its allies. Pride in London continues to emphasise inclusivity and cross-generational attendance, encouraging people to invite someone from a different age group or part of the community to share the day. It’s as much about visibility and grassroots organising as it is about the big names.</w:t>
      </w:r>
      <w:r/>
    </w:p>
    <w:p>
      <w:pPr>
        <w:pStyle w:val="Heading2"/>
      </w:pPr>
      <w:r>
        <w:t>If she does show, expect a moment , and take care</w:t>
      </w:r>
      <w:r/>
    </w:p>
    <w:p>
      <w:r/>
      <w:r>
        <w:t>A Madonna appearance would likely be brief and electric, causing “absolute pandemonium” for those nearby. That’s part of the thrill, but it’s also a reminder to look out for one another in dense crowds. Wear comfortable shoes, hydrate, and agree meeting points with your group. And if you miss any celebrity moment, remember Pride is bigger than a single cameo , it’s a day of solidarity, music and joy.</w:t>
      </w:r>
      <w:r/>
    </w:p>
    <w:p>
      <w:r/>
      <w:r>
        <w:t>It's the sort of surprise that can make a parade feel historic; whichever way it goes, enjoy the day and stay safe.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0">
        <w:r>
          <w:rPr>
            <w:color w:val="0000EE"/>
            <w:u w:val="single"/>
          </w:rPr>
          <w:t>[4]</w:t>
        </w:r>
      </w:hyperlink>
      <w:r>
        <w:t xml:space="preserve">- Paragraph 3: </w:t>
      </w:r>
      <w:hyperlink r:id="rId11">
        <w:r>
          <w:rPr>
            <w:color w:val="0000EE"/>
            <w:u w:val="single"/>
          </w:rPr>
          <w:t>[3]</w:t>
        </w:r>
      </w:hyperlink>
      <w:r>
        <w:t xml:space="preserve">, </w:t>
      </w:r>
      <w:hyperlink r:id="rId11">
        <w:r>
          <w:rPr>
            <w:color w:val="0000EE"/>
            <w:u w:val="single"/>
          </w:rPr>
          <w:t>[5]</w:t>
        </w:r>
      </w:hyperlink>
      <w:r>
        <w:t xml:space="preserve">- Paragraph 4: </w:t>
      </w:r>
      <w:hyperlink r:id="rId11">
        <w:r>
          <w:rPr>
            <w:color w:val="0000EE"/>
            <w:u w:val="single"/>
          </w:rPr>
          <w:t>[3]</w:t>
        </w:r>
      </w:hyperlink>
      <w:r>
        <w:t xml:space="preserve">, </w:t>
      </w:r>
      <w:hyperlink r:id="rId10">
        <w:r>
          <w:rPr>
            <w:color w:val="0000EE"/>
            <w:u w:val="single"/>
          </w:rPr>
          <w:t>[6]</w:t>
        </w:r>
      </w:hyperlink>
      <w:r>
        <w:t xml:space="preserve">- Paragraph 5: </w:t>
      </w:r>
      <w:hyperlink r:id="rId11">
        <w:r>
          <w:rPr>
            <w:color w:val="0000EE"/>
            <w:u w:val="single"/>
          </w:rPr>
          <w:t>[3]</w:t>
        </w:r>
      </w:hyperlink>
      <w:r>
        <w:t xml:space="preserve">, </w:t>
      </w:r>
      <w:hyperlink r:id="rId11">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https://www.mylondon.news/whats-on/whats-on-news/madonna-rumoured-surprise-appearance-pride-34226511</w:t>
        </w:r>
      </w:hyperlink>
      <w:r>
        <w:t xml:space="preserve"> - Please view link - unable to able to access data</w:t>
      </w:r>
      <w:r/>
    </w:p>
    <w:p>
      <w:pPr>
        <w:pStyle w:val="ListNumber"/>
        <w:spacing w:line="240" w:lineRule="auto"/>
        <w:ind w:left="720"/>
      </w:pPr>
      <w:r/>
      <w:hyperlink r:id="rId10">
        <w:r>
          <w:rPr>
            <w:color w:val="0000EE"/>
            <w:u w:val="single"/>
          </w:rPr>
          <w:t>https://www.attitude.co.uk/culture/madonna-surprise-pride-in-london-after-confessions-ii-527399/</w:t>
        </w:r>
      </w:hyperlink>
      <w:r>
        <w:t xml:space="preserve"> - Madonna is rumoured to make a surprise appearance at Pride in London 2026 on 4 July, coinciding with the release of her album 'Confessions II'. An insider stated that organisers are 'playing it by ear' but as it stands, Madonna is 'primed to come out on the main stage'. The appearance is expected to be a brief address to the crowd rather than a full performance. This follows her recent impromptu set in New York City to mark Pride Month and her forthcoming album release.</w:t>
      </w:r>
      <w:r/>
    </w:p>
    <w:p>
      <w:pPr>
        <w:pStyle w:val="ListNumber"/>
        <w:spacing w:line="240" w:lineRule="auto"/>
        <w:ind w:left="720"/>
      </w:pPr>
      <w:r/>
      <w:hyperlink r:id="rId11">
        <w:r>
          <w:rPr>
            <w:color w:val="0000EE"/>
            <w:u w:val="single"/>
          </w:rPr>
          <w:t>https://www.attitude.co.uk/news/pride-in-london-2026-guide-line-up-parade-route-times-524868/</w:t>
        </w:r>
      </w:hyperlink>
      <w:r>
        <w:t xml:space="preserve"> - Pride in London 2026 is set for Saturday, 4 July, featuring a diverse line-up across six stages. MNEK will headline the Trafalgar Square main stage, joined by Beth Ditto and Meek. The event aims to be the most inclusive yet, with a campaign titled 'Many Voices. One Front.' The parade will commence at Hyde Park Corner, travelling along Piccadilly, Haymarket, and Trafalgar Square, concluding at Whitehall. The event is free to attend and expects a large turnout.</w:t>
      </w:r>
      <w:r/>
    </w:p>
    <w:p>
      <w:pPr>
        <w:pStyle w:val="ListNumber"/>
        <w:spacing w:line="240" w:lineRule="auto"/>
        <w:ind w:left="720"/>
      </w:pPr>
      <w:r/>
      <w:hyperlink r:id="rId10">
        <w:r>
          <w:rPr>
            <w:color w:val="0000EE"/>
            <w:u w:val="single"/>
          </w:rPr>
          <w:t>https://www.attitude.co.uk/culture/madonna-surprise-pride-in-london-after-confessions-ii-527399/</w:t>
        </w:r>
      </w:hyperlink>
      <w:r>
        <w:t xml:space="preserve"> - Madonna is rumoured to make a surprise appearance at Pride in London 2026 on 4 July, coinciding with the release of her album 'Confessions II'. An insider stated that organisers are 'playing it by ear' but as it stands, Madonna is 'primed to come out on the main stage'. The appearance is expected to be a brief address to the crowd rather than a full performance. This follows her recent impromptu set in New York City to mark Pride Month and her forthcoming album release.</w:t>
      </w:r>
      <w:r/>
    </w:p>
    <w:p>
      <w:pPr>
        <w:pStyle w:val="ListNumber"/>
        <w:spacing w:line="240" w:lineRule="auto"/>
        <w:ind w:left="720"/>
      </w:pPr>
      <w:r/>
      <w:hyperlink r:id="rId11">
        <w:r>
          <w:rPr>
            <w:color w:val="0000EE"/>
            <w:u w:val="single"/>
          </w:rPr>
          <w:t>https://www.attitude.co.uk/news/pride-in-london-2026-guide-line-up-parade-route-times-524868/</w:t>
        </w:r>
      </w:hyperlink>
      <w:r>
        <w:t xml:space="preserve"> - Pride in London 2026 is set for Saturday, 4 July, featuring a diverse line-up across six stages. MNEK will headline the Trafalgar Square main stage, joined by Beth Ditto and Meek. The event aims to be the most inclusive yet, with a campaign titled 'Many Voices. One Front.' The parade will commence at Hyde Park Corner, travelling along Piccadilly, Haymarket, and Trafalgar Square, concluding at Whitehall. The event is free to attend and expects a large turnout.</w:t>
      </w:r>
      <w:r/>
    </w:p>
    <w:p>
      <w:pPr>
        <w:pStyle w:val="ListNumber"/>
        <w:spacing w:line="240" w:lineRule="auto"/>
        <w:ind w:left="720"/>
      </w:pPr>
      <w:r/>
      <w:hyperlink r:id="rId10">
        <w:r>
          <w:rPr>
            <w:color w:val="0000EE"/>
            <w:u w:val="single"/>
          </w:rPr>
          <w:t>https://www.attitude.co.uk/culture/madonna-surprise-pride-in-london-after-confessions-ii-527399/</w:t>
        </w:r>
      </w:hyperlink>
      <w:r>
        <w:t xml:space="preserve"> - Madonna is rumoured to make a surprise appearance at Pride in London 2026 on 4 July, coinciding with the release of her album 'Confessions II'. An insider stated that organisers are 'playing it by ear' but as it stands, Madonna is 'primed to come out on the main stage'. The appearance is expected to be a brief address to the crowd rather than a full performance. This follows her recent impromptu set in New York City to mark Pride Month and her forthcoming album release.</w:t>
      </w:r>
      <w:r/>
    </w:p>
    <w:p>
      <w:pPr>
        <w:pStyle w:val="ListNumber"/>
        <w:spacing w:line="240" w:lineRule="auto"/>
        <w:ind w:left="720"/>
      </w:pPr>
      <w:r/>
      <w:hyperlink r:id="rId11">
        <w:r>
          <w:rPr>
            <w:color w:val="0000EE"/>
            <w:u w:val="single"/>
          </w:rPr>
          <w:t>https://www.attitude.co.uk/news/pride-in-london-2026-guide-line-up-parade-route-times-524868/</w:t>
        </w:r>
      </w:hyperlink>
      <w:r>
        <w:t xml:space="preserve"> - Pride in London 2026 is set for Saturday, 4 July, featuring a diverse line-up across six stages. MNEK will headline the Trafalgar Square main stage, joined by Beth Ditto and Meek. The event aims to be the most inclusive yet, with a campaign titled 'Many Voices. One Front.' The parade will commence at Hyde Park Corner, travelling along Piccadilly, Haymarket, and Trafalgar Square, concluding at Whitehall. The event is free to attend and expects a large turnout.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mylondon.news/whats-on/whats-on-news/madonna-rumoured-surprise-appearance-pride-34226511" TargetMode="External"/><Relationship Id="rId10" Type="http://schemas.openxmlformats.org/officeDocument/2006/relationships/hyperlink" Target="https://www.attitude.co.uk/culture/madonna-surprise-pride-in-london-after-confessions-ii-527399/" TargetMode="External"/><Relationship Id="rId11" Type="http://schemas.openxmlformats.org/officeDocument/2006/relationships/hyperlink" Target="https://www.attitude.co.uk/news/pride-in-london-2026-guide-line-up-parade-route-times-5248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