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Live Acts at Wokingham Pride: Why Phelim Mader Is One to Watch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turning out for Wokingham Pride on Elms Field, and one standout act is Bracknell singer Phelim Mader , charming, playful and keen to make the afternoon a singalong. The free, family-friendly event on July 11 promises covers, originals and community spirit that matters.</w:t>
      </w:r>
      <w:r/>
    </w:p>
    <w:p>
      <w:r/>
      <w:r>
        <w:t>Essential takeaways</w:t>
      </w:r>
      <w:r/>
      <w:r/>
    </w:p>
    <w:p>
      <w:pPr>
        <w:pStyle w:val="ListBullet"/>
        <w:spacing w:line="240" w:lineRule="auto"/>
        <w:ind w:left="720"/>
      </w:pPr>
      <w:r/>
      <w:r>
        <w:rPr>
          <w:b/>
        </w:rPr>
        <w:t>Local favourite:</w:t>
      </w:r>
      <w:r>
        <w:t xml:space="preserve"> Phelim Mader, from Bracknell, will play the Elms Field stage at Wokingham Pride on July 11 and is known for humour and charm. </w:t>
      </w:r>
      <w:r/>
    </w:p>
    <w:p>
      <w:pPr>
        <w:pStyle w:val="ListBullet"/>
        <w:spacing w:line="240" w:lineRule="auto"/>
        <w:ind w:left="720"/>
      </w:pPr>
      <w:r/>
      <w:r>
        <w:rPr>
          <w:b/>
        </w:rPr>
        <w:t>Singalong set:</w:t>
      </w:r>
      <w:r>
        <w:t xml:space="preserve"> His performances mix classic covers, Disney singalongs and occasional originals , expect crowd-pleasing moments. </w:t>
      </w:r>
      <w:r/>
    </w:p>
    <w:p>
      <w:pPr>
        <w:pStyle w:val="ListBullet"/>
        <w:spacing w:line="240" w:lineRule="auto"/>
        <w:ind w:left="720"/>
      </w:pPr>
      <w:r/>
      <w:r>
        <w:rPr>
          <w:b/>
        </w:rPr>
        <w:t>Inclusive message:</w:t>
      </w:r>
      <w:r>
        <w:t xml:space="preserve"> Mader is performing to celebrate LGBTQ+ family and allies and sees music as a unifying force. </w:t>
      </w:r>
      <w:r/>
    </w:p>
    <w:p>
      <w:pPr>
        <w:pStyle w:val="ListBullet"/>
        <w:spacing w:line="240" w:lineRule="auto"/>
        <w:ind w:left="720"/>
      </w:pPr>
      <w:r/>
      <w:r>
        <w:rPr>
          <w:b/>
        </w:rPr>
        <w:t>Community event:</w:t>
      </w:r>
      <w:r>
        <w:t xml:space="preserve"> Wokingham Pride returns as a free, family-friendly festival with multiple live acts throughout the day. </w:t>
      </w:r>
      <w:r/>
      <w:r/>
    </w:p>
    <w:p>
      <w:pPr>
        <w:pStyle w:val="Heading2"/>
      </w:pPr>
      <w:r>
        <w:t>A performer who thrives on crowd energy</w:t>
      </w:r>
      <w:r/>
    </w:p>
    <w:p>
      <w:r/>
      <w:r>
        <w:t>Phelim Mader arrives on stage with a knack for turning strangers into a chorus, and you can almost hear the room warming before he plays the first chord. He told local reporters he's a proud parent to LGBTQ+ children and wants Pride to be a space where everyone can be themselves. That personal stake gives his set a warm, uncomplicated sincerity that audiences respond to.</w:t>
      </w:r>
      <w:r/>
    </w:p>
    <w:p>
      <w:r/>
      <w:r>
        <w:t>Wokingham Pride is built around those human moments. Organisers have lined up returning favourites and new performers to keep the afternoon lively, so Mader’s mix of humour and singalongs fits neatly into a programme designed to be accessible and upbeat.</w:t>
      </w:r>
      <w:r/>
    </w:p>
    <w:p>
      <w:pPr>
        <w:pStyle w:val="Heading2"/>
      </w:pPr>
      <w:r>
        <w:t>Covers first, originals sometimes , and that’s fine</w:t>
      </w:r>
      <w:r/>
    </w:p>
    <w:p>
      <w:r/>
      <w:r>
        <w:t>Mader admits he still writes and occasionally performs his own material, but his live shows now lean heavily on well-loved covers. He jokes that there's nothing quite like hearing a crowd belt out "Hit Me Baby One More Time" back at you, and frankly, neither is there much that beats it at a community festival. Expect a set that swings between nostalgic pop, a sprinkling of Disney magic and a few surprise, more obscure picks.</w:t>
      </w:r>
      <w:r/>
    </w:p>
    <w:p>
      <w:r/>
      <w:r>
        <w:t>If you prefer originality, here's a tip: catch him early or listen closely between songs , that's when he slips in his own tracks. For families and casual festival-goers, though, the singalong approach keeps the vibe inclusive and joyful.</w:t>
      </w:r>
      <w:r/>
    </w:p>
    <w:p>
      <w:pPr>
        <w:pStyle w:val="Heading2"/>
      </w:pPr>
      <w:r>
        <w:t>Why music still matters at Pride</w:t>
      </w:r>
      <w:r/>
    </w:p>
    <w:p>
      <w:r/>
      <w:r>
        <w:t>Mader frames his appearance as more than entertainment; it's a statement about belonging. He’s blunt about the noise of division in public life and optimistic about music’s bridge-building power. That's a message organisers echo , Wokingham Pride is explicitly pitched as an event for the LGBTQ+ community and their allies, with a family-friendly atmosphere and performances throughout the day.</w:t>
      </w:r>
      <w:r/>
    </w:p>
    <w:p>
      <w:r/>
      <w:r>
        <w:t>Community festivals like this are as much about visibility as they are about fun. Local officials have supported Pride initiatives in recent years, and the return of lively, free events like this one signals ongoing commitment to celebration and inclusion.</w:t>
      </w:r>
      <w:r/>
    </w:p>
    <w:p>
      <w:pPr>
        <w:pStyle w:val="Heading2"/>
      </w:pPr>
      <w:r>
        <w:t>Practical tips for attending Wokingham Pride</w:t>
      </w:r>
      <w:r/>
    </w:p>
    <w:p>
      <w:r/>
      <w:r>
        <w:t>Arrive early to get a good spot on Elms Field, especially if you want to be near the stage for those communal singalongs. Bring a picnic blanket, sun hat and a voice , you’ll want to join in. If you have young children, Disney numbers and upbeat covers make the setlist particularly child-friendly.</w:t>
      </w:r>
      <w:r/>
    </w:p>
    <w:p>
      <w:r/>
      <w:r>
        <w:t>Keep an eye on the schedule for set times if you’re hoping to hear Mader’s originals, which he tends to sprinkle in rather than make the centrepiece of the show.</w:t>
      </w:r>
      <w:r/>
    </w:p>
    <w:p>
      <w:pPr>
        <w:pStyle w:val="Heading2"/>
      </w:pPr>
      <w:r>
        <w:t>The mood and the takeaway</w:t>
      </w:r>
      <w:r/>
    </w:p>
    <w:p>
      <w:r/>
      <w:r>
        <w:t>Expect laughter, a few theatrical key changes and plenty of audience participation. Mader’s presence underlines the informal, celebratory tenor of Wokingham Pride this year: music that invites everyone in, not just to watch but to sing along.</w:t>
      </w:r>
      <w:r/>
    </w:p>
    <w:p>
      <w:r/>
      <w:r>
        <w:t>It’s a small, musical reminder that inclusion sounds like harmony.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13">
        <w:r>
          <w:rPr>
            <w:color w:val="0000EE"/>
            <w:u w:val="single"/>
          </w:rPr>
          <w:t>[4]</w:t>
        </w:r>
      </w:hyperlink>
      <w:r>
        <w:t xml:space="preserve">, </w:t>
      </w:r>
      <w:hyperlink r:id="rId14">
        <w:r>
          <w:rPr>
            <w:color w:val="0000EE"/>
            <w:u w:val="single"/>
          </w:rPr>
          <w:t>[5]</w:t>
        </w:r>
      </w:hyperlink>
      <w:r>
        <w:t xml:space="preserve">- Paragraph 5: </w:t>
      </w:r>
      <w:hyperlink r:id="rId15">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https://www.bracknellnews.co.uk/news/26247664.bracknell-musician-phelim-mader-play-wokingham-pride/</w:t>
        </w:r>
      </w:hyperlink>
      <w:r>
        <w:t xml:space="preserve"> - Please view link - unable to able to access data</w:t>
      </w:r>
      <w:r/>
    </w:p>
    <w:p>
      <w:pPr>
        <w:pStyle w:val="ListNumber"/>
        <w:spacing w:line="240" w:lineRule="auto"/>
        <w:ind w:left="720"/>
      </w:pPr>
      <w:r/>
      <w:hyperlink r:id="rId10">
        <w:r>
          <w:rPr>
            <w:color w:val="0000EE"/>
            <w:u w:val="single"/>
          </w:rPr>
          <w:t>https://www.wokingham.gov.uk/council-and-meetings/open-data-and-transparency/community-diversity-grants/bringing-pride-wokingham</w:t>
        </w:r>
      </w:hyperlink>
      <w:r>
        <w:t xml:space="preserve"> - The 'Bringing Pride to Wokingham' event, held in August 2023, celebrated the borough's LGBTQ+ community with a family-friendly day featuring live music, stalls, and community engagement. Despite limited funding, the event successfully fostered inclusivity and unity, with attendees gathering at Wokingham Town Hall for photos and parading to Elms Field for activities. Performances included Greymatter, the County Chicks, and Candy Rock, with evening entertainment at the Station Tap hosted by DJ Miss Delilah and Semi-Colon. The event underscored the community's commitment to diversity and inclusion.</w:t>
      </w:r>
      <w:r/>
    </w:p>
    <w:p>
      <w:pPr>
        <w:pStyle w:val="ListNumber"/>
        <w:spacing w:line="240" w:lineRule="auto"/>
        <w:ind w:left="720"/>
      </w:pPr>
      <w:r/>
      <w:hyperlink r:id="rId11">
        <w:r>
          <w:rPr>
            <w:color w:val="0000EE"/>
            <w:u w:val="single"/>
          </w:rPr>
          <w:t>https://wokingham.today/borough-celebrates-diversity-as-wokingham-pride-returns/</w:t>
        </w:r>
      </w:hyperlink>
      <w:r>
        <w:t xml:space="preserve"> - Wokingham Pride 2023, held on July 11, brought together the LGBTQ+ community and supporters for a day of celebration. Attendees gathered at Wokingham Town Hall for photos before proceeding to Elms Field for a family-friendly picnic. The event featured musical performances from Greymatter, Candy Rock, and The Country Chix, with drag entertainment hosted by Semi Colon and DJ Miss Delilah at the Station Tap. Despite early rain showers, the event was deemed a success, highlighting the borough's commitment to diversity and inclusion.</w:t>
      </w:r>
      <w:r/>
    </w:p>
    <w:p>
      <w:pPr>
        <w:pStyle w:val="ListNumber"/>
        <w:spacing w:line="240" w:lineRule="auto"/>
        <w:ind w:left="720"/>
      </w:pPr>
      <w:r/>
      <w:hyperlink r:id="rId13">
        <w:r>
          <w:rPr>
            <w:color w:val="0000EE"/>
            <w:u w:val="single"/>
          </w:rPr>
          <w:t>https://www.wokingham.gov.uk/foi/pride-month</w:t>
        </w:r>
      </w:hyperlink>
      <w:r>
        <w:t xml:space="preserve"> - In June 2023, Wokingham Borough Council supported Pride Month by displaying the rainbow Pride flag and providing funds to the independent Wokingham Borough Equality Forum. This initiative aimed to promote inclusivity and support the LGBTQ+ community within the borough, reflecting the council's commitment to diversity and equality.</w:t>
      </w:r>
      <w:r/>
    </w:p>
    <w:p>
      <w:pPr>
        <w:pStyle w:val="ListNumber"/>
        <w:spacing w:line="240" w:lineRule="auto"/>
        <w:ind w:left="720"/>
      </w:pPr>
      <w:r/>
      <w:hyperlink r:id="rId14">
        <w:r>
          <w:rPr>
            <w:color w:val="0000EE"/>
            <w:u w:val="single"/>
          </w:rPr>
          <w:t>https://www.wokingham.gov.uk/foi/authority-lgbt-policies</w:t>
        </w:r>
      </w:hyperlink>
      <w:r>
        <w:t xml:space="preserve"> - Wokingham Borough Council has implemented various projects to enhance inclusion concerning gender, sexuality, and LGBTQIA+ issues. These initiatives include launching a diversity calendar to mark awareness and celebratory days, such as Pride Month, and offering new learning and development options for staff, including e-learning on LGBTQ+ Inclusion and Trans and Non-Binary Inclusion, demonstrating the council's dedication to fostering an inclusive environment.</w:t>
      </w:r>
      <w:r/>
    </w:p>
    <w:p>
      <w:pPr>
        <w:pStyle w:val="ListNumber"/>
        <w:spacing w:line="240" w:lineRule="auto"/>
        <w:ind w:left="720"/>
      </w:pPr>
      <w:r/>
      <w:hyperlink r:id="rId15">
        <w:r>
          <w:rPr>
            <w:color w:val="0000EE"/>
            <w:u w:val="single"/>
          </w:rPr>
          <w:t>https://www.wokingham.gov.uk/foi/pride-initiative-costs-2025</w:t>
        </w:r>
      </w:hyperlink>
      <w:r>
        <w:t xml:space="preserve"> - In response to a Freedom of Information request, Wokingham Borough Council disclosed that its only expense related to the Pride initiative in 2025 was £100 for booking a photographer to cover the Pride flag raising, indicating a minimal financial commitment to supporting Pride events.</w:t>
      </w:r>
      <w:r/>
    </w:p>
    <w:p>
      <w:pPr>
        <w:pStyle w:val="ListNumber"/>
        <w:spacing w:line="240" w:lineRule="auto"/>
        <w:ind w:left="720"/>
      </w:pPr>
      <w:r/>
      <w:hyperlink r:id="rId12">
        <w:r>
          <w:rPr>
            <w:color w:val="0000EE"/>
            <w:u w:val="single"/>
          </w:rPr>
          <w:t>https://www.wokingham.today/wokingham-pride-christmas-cards-on-sale/</w:t>
        </w:r>
      </w:hyperlink>
      <w:r>
        <w:t xml:space="preserve"> - Wokingham Pride launched charity Christmas cards in December 2023 to raise funds for the 2024 Pride celebration, scheduled for July 13, 2024, in Elms Field. The cards, featuring a robin photograph by local photographer Ian Hydon, were sold at various local venues, including the Library, the Charity and Community Hub, and St Paul’s Church, showcasing the community's ongoing support for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acknellnews.co.uk/news/26247664.bracknell-musician-phelim-mader-play-wokingham-pride/" TargetMode="External"/><Relationship Id="rId10" Type="http://schemas.openxmlformats.org/officeDocument/2006/relationships/hyperlink" Target="https://www.wokingham.gov.uk/council-and-meetings/open-data-and-transparency/community-diversity-grants/bringing-pride-wokingham" TargetMode="External"/><Relationship Id="rId11" Type="http://schemas.openxmlformats.org/officeDocument/2006/relationships/hyperlink" Target="https://wokingham.today/borough-celebrates-diversity-as-wokingham-pride-returns/" TargetMode="External"/><Relationship Id="rId12" Type="http://schemas.openxmlformats.org/officeDocument/2006/relationships/hyperlink" Target="https://www.wokingham.today/wokingham-pride-christmas-cards-on-sale/" TargetMode="External"/><Relationship Id="rId13" Type="http://schemas.openxmlformats.org/officeDocument/2006/relationships/hyperlink" Target="https://www.wokingham.gov.uk/foi/pride-month" TargetMode="External"/><Relationship Id="rId14" Type="http://schemas.openxmlformats.org/officeDocument/2006/relationships/hyperlink" Target="https://www.wokingham.gov.uk/foi/authority-lgbt-policies" TargetMode="External"/><Relationship Id="rId15" Type="http://schemas.openxmlformats.org/officeDocument/2006/relationships/hyperlink" Target="https://www.wokingham.gov.uk/foi/pride-initiative-costs-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