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Homobloc 2026 Line-up Guide: Club-Heavy Acts, Tickets, and What to Expect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already circling the calendar , Homobloc returns to Manchester this September with a club-heavy line-up headlined by Kim Petras, dedicated Hacienda celebrations, and new stages to lose yourself on; here’s what to know about artists, ticket dates, venues and must-see sets.</w:t>
      </w:r>
      <w:r/>
    </w:p>
    <w:p>
      <w:r/>
      <w:r>
        <w:t>Essential Takeaways</w:t>
      </w:r>
      <w:r/>
      <w:r/>
    </w:p>
    <w:p>
      <w:pPr>
        <w:pStyle w:val="ListBullet"/>
        <w:spacing w:line="240" w:lineRule="auto"/>
        <w:ind w:left="720"/>
      </w:pPr>
      <w:r/>
      <w:r>
        <w:rPr>
          <w:b/>
        </w:rPr>
        <w:t>Headliner:</w:t>
      </w:r>
      <w:r>
        <w:t xml:space="preserve"> Kim Petras will top the bill at Depot Mayfield on Saturday 26 September, bringing big pop energy and queer visibility. </w:t>
      </w:r>
      <w:r/>
    </w:p>
    <w:p>
      <w:pPr>
        <w:pStyle w:val="ListBullet"/>
        <w:spacing w:line="240" w:lineRule="auto"/>
        <w:ind w:left="720"/>
      </w:pPr>
      <w:r/>
      <w:r>
        <w:rPr>
          <w:b/>
        </w:rPr>
        <w:t>Club focus:</w:t>
      </w:r>
      <w:r>
        <w:t xml:space="preserve"> The bill leans into house and club culture with Honey Dijon, Derrick Carter (B2B), DJ Paulette and Horse Meat Disco among others, promising long DJ sets and late-night vibes. </w:t>
      </w:r>
      <w:r/>
    </w:p>
    <w:p>
      <w:pPr>
        <w:pStyle w:val="ListBullet"/>
        <w:spacing w:line="240" w:lineRule="auto"/>
        <w:ind w:left="720"/>
      </w:pPr>
      <w:r/>
      <w:r>
        <w:rPr>
          <w:b/>
        </w:rPr>
        <w:t>New spaces:</w:t>
      </w:r>
      <w:r>
        <w:t xml:space="preserve"> Music plays across Depot, Concourse, Archive, the Star &amp; Garter pub and a new 1,000-capacity Vault stage , expect intimate rooms alongside the main stages. </w:t>
      </w:r>
      <w:r/>
    </w:p>
    <w:p>
      <w:pPr>
        <w:pStyle w:val="ListBullet"/>
        <w:spacing w:line="240" w:lineRule="auto"/>
        <w:ind w:left="720"/>
      </w:pPr>
      <w:r/>
      <w:r>
        <w:rPr>
          <w:b/>
        </w:rPr>
        <w:t>Tickets:</w:t>
      </w:r>
      <w:r>
        <w:t xml:space="preserve"> Pre-sale opens Thursday 9 July at 10am; general sale follows Friday 10 July at 10am via Ticketmaster and Homobloc’s site. </w:t>
      </w:r>
      <w:r/>
    </w:p>
    <w:p>
      <w:pPr>
        <w:pStyle w:val="ListBullet"/>
        <w:spacing w:line="240" w:lineRule="auto"/>
        <w:ind w:left="720"/>
      </w:pPr>
      <w:r/>
      <w:r>
        <w:rPr>
          <w:b/>
        </w:rPr>
        <w:t>Community energy:</w:t>
      </w:r>
      <w:r>
        <w:t xml:space="preserve"> The event blends live pop, drag performance and LGBTQ+ club history , it marks 35 years of FLESH and includes RuPaul’s Drag Race UK stars and collectives like Ponyboy.</w:t>
      </w:r>
      <w:r/>
      <w:r/>
    </w:p>
    <w:p>
      <w:pPr>
        <w:pStyle w:val="Heading2"/>
      </w:pPr>
      <w:r>
        <w:t>Why this year feels more club than block party</w:t>
      </w:r>
      <w:r/>
    </w:p>
    <w:p>
      <w:r/>
      <w:r>
        <w:t>Homobloc has leaned harder into DJ culture for 2026, and you can feel it in the line-up , deeper house names, extended B2B sets and collectives who thrive on late-night peaks. The festival’s new Vault stage and the return to Depot Mayfield create spaces that are built for club sound, so expect heavier bass, longer mixes and that sweaty, communal buzz you get when a room clicks. For festival-goers who prefer to dance rather than watch, this edition looks tailor-made.</w:t>
      </w:r>
      <w:r/>
    </w:p>
    <w:p>
      <w:r/>
      <w:r>
        <w:t>According to local coverage, organisers say this is their most club-focused programme yet, which matters if you want sets that flow into the small hours rather than quick pop turns. Bring comfy shoes, layers for the chill between rooms, and a spare battery for your phone , you’ll be dancing a long time.</w:t>
      </w:r>
      <w:r/>
    </w:p>
    <w:p>
      <w:pPr>
        <w:pStyle w:val="Heading2"/>
      </w:pPr>
      <w:r>
        <w:t>Who you shouldn’t miss: quick picks for different moods</w:t>
      </w:r>
      <w:r/>
    </w:p>
    <w:p>
      <w:r/>
      <w:r>
        <w:t>If you want pop polish, Kim Petras brings glossy, high-energy performance and singalong moments. For house heads, the Honey Dijon and Derrick Carter B2B promises underground credentials and deft mixing. Ponyboy’s Vault takeover is where queer, experimental club culture will gather, with DJs from Berlin, NYC and beyond bringing a curated, inclusive vibe.</w:t>
      </w:r>
      <w:r/>
    </w:p>
    <w:p>
      <w:r/>
      <w:r>
        <w:t>There are also iconic local shout-outs: DJ Paulette and the FLESH anniversary nod to Manchester’s club history offer a nostalgic, authentic link to the city’s scene. If you’re chasing disco revival, Horse Meat Disco will deliver that warm, soulful lift.</w:t>
      </w:r>
      <w:r/>
    </w:p>
    <w:p>
      <w:pPr>
        <w:pStyle w:val="Heading2"/>
      </w:pPr>
      <w:r>
        <w:t>Practical tips on tickets, stages and timing</w:t>
      </w:r>
      <w:r/>
    </w:p>
    <w:p>
      <w:r/>
      <w:r>
        <w:t>Pre-sale and general-sale windows are tight: pre-sale opens 9 July at 10am, general sale 10 July at 10am via Ticketmaster and Homobloc’s site. Decide which stage you want to prioritise before you buy and check set times when they drop , with multiple rooms, it’s easy to miss a favourite act if you linger.</w:t>
      </w:r>
      <w:r/>
    </w:p>
    <w:p>
      <w:r/>
      <w:r>
        <w:t>Depot Mayfield’s multi-room layout means you can craft your night: mainstage anthems, smaller rooms for discovery, and the Vault for stripped-back club runs. Arrive early to avoid queues, save a meeting spot with friends (phone signals can be patchy), and consider Metro or coach travel as parking will be limited.</w:t>
      </w:r>
      <w:r/>
    </w:p>
    <w:p>
      <w:pPr>
        <w:pStyle w:val="Heading2"/>
      </w:pPr>
      <w:r>
        <w:t>The cultural context: why Homobloc matters beyond the music</w:t>
      </w:r>
      <w:r/>
    </w:p>
    <w:p>
      <w:r/>
      <w:r>
        <w:t>Homobloc has grown into the UK’s leading LGBTQ+ nightlife festival by stitching together big-name bookings with grassroots club culture. It’s not just about entertainment; it’s a space for visibility, community and safety. The FLESH anniversary at the Star &amp; Garter taps into Manchester’s queer history, while modern collectives like Ponyboy showcase how scenes evolve , more trans and queer-first spaces, bolder programming, and international exchange.</w:t>
      </w:r>
      <w:r/>
    </w:p>
    <w:p>
      <w:r/>
      <w:r>
        <w:t>Organisers frame Homobloc as a place where thousands gather and feel empowered; that collective feeling matters in a climate where public queer spaces can be politically charged. This festival is as much ritual as party, and that’s part of its pull.</w:t>
      </w:r>
      <w:r/>
    </w:p>
    <w:p>
      <w:pPr>
        <w:pStyle w:val="Heading2"/>
      </w:pPr>
      <w:r>
        <w:t>What the line-up tells us about trends in queer nightlife</w:t>
      </w:r>
      <w:r/>
    </w:p>
    <w:p>
      <w:r/>
      <w:r>
        <w:t>The mix of pop stars, underground DJs and curated collectives shows a continuing trend: large-scale queer events balancing mass appeal with underground credibility. Expect longer DJ sets, more back-to-back appearances, and curated takeovers where collectives bring a recognisable identity to a room.</w:t>
      </w:r>
      <w:r/>
    </w:p>
    <w:p>
      <w:r/>
      <w:r>
        <w:t>There’s also a push to honour heritage , celebrating FLESH’s 35th year nods to continuity , while opening new stages for emergent scenes. If you’re a promoter, artist or punter, that combination signals sustainability: preserve roots, keep programming fresh, and build spaces that feel both safe and exhilarating.</w:t>
      </w:r>
      <w:r/>
    </w:p>
    <w:p>
      <w:r/>
      <w:r>
        <w:t>It's a small change that can make every set feel meaningful and every dance floor feel like home.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2">
        <w:r>
          <w:rPr>
            <w:color w:val="0000EE"/>
            <w:u w:val="single"/>
          </w:rPr>
          <w:t>[5]</w:t>
        </w:r>
      </w:hyperlink>
      <w:r>
        <w:t xml:space="preserve">- Paragraph 3: </w:t>
      </w:r>
      <w:hyperlink r:id="rId9">
        <w:r>
          <w:rPr>
            <w:color w:val="0000EE"/>
            <w:u w:val="single"/>
          </w:rPr>
          <w:t>[1]</w:t>
        </w:r>
      </w:hyperlink>
      <w:r>
        <w:t xml:space="preserve">, </w:t>
      </w:r>
      <w:hyperlink r:id="rId13">
        <w:r>
          <w:rPr>
            <w:color w:val="0000EE"/>
            <w:u w:val="single"/>
          </w:rPr>
          <w:t>[4]</w:t>
        </w:r>
      </w:hyperlink>
      <w:r>
        <w:t xml:space="preserve">- Paragraph 4: </w:t>
      </w:r>
      <w:hyperlink r:id="rId10">
        <w:r>
          <w:rPr>
            <w:color w:val="0000EE"/>
            <w:u w:val="single"/>
          </w:rPr>
          <w:t>[2]</w:t>
        </w:r>
      </w:hyperlink>
      <w:r>
        <w:t xml:space="preserve">, </w:t>
      </w:r>
      <w:hyperlink r:id="rId12">
        <w:r>
          <w:rPr>
            <w:color w:val="0000EE"/>
            <w:u w:val="single"/>
          </w:rPr>
          <w:t>[5]</w:t>
        </w:r>
      </w:hyperlink>
      <w:r>
        <w:t xml:space="preserve">- Paragraph 5: </w:t>
      </w:r>
      <w:hyperlink r:id="rId11">
        <w:r>
          <w:rPr>
            <w:color w:val="0000EE"/>
            <w:u w:val="single"/>
          </w:rPr>
          <w:t>[3]</w:t>
        </w:r>
      </w:hyperlink>
      <w:r>
        <w:t xml:space="preserve">, </w:t>
      </w:r>
      <w:hyperlink r:id="rId13">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https://www.manchestereveningnews.co.uk/whats-on/music-nightlife-news/homobloc-2026-unveils-club-heavy-34219739</w:t>
        </w:r>
      </w:hyperlink>
      <w:r>
        <w:t xml:space="preserve"> - Please view link - unable to able to access data</w:t>
      </w:r>
      <w:r/>
    </w:p>
    <w:p>
      <w:pPr>
        <w:pStyle w:val="ListNumber"/>
        <w:spacing w:line="240" w:lineRule="auto"/>
        <w:ind w:left="720"/>
      </w:pPr>
      <w:r/>
      <w:hyperlink r:id="rId10">
        <w:r>
          <w:rPr>
            <w:color w:val="0000EE"/>
            <w:u w:val="single"/>
          </w:rPr>
          <w:t>https://www.gaydio.co.uk/whats-new/news/gaydio-news/homobloc-reveals-star-studded-2026-line-up/</w:t>
        </w:r>
      </w:hyperlink>
      <w:r>
        <w:t xml:space="preserve"> - Homobloc has announced its 2026 line-up, featuring Kim Petras, Honey Dijon b2b Derrick Carter, Job Jobse, Palms Trax, Horse Meat Disco, Girls Don't Sync, DJ Gigola, Dorian Electra, Fat Tony, Cobrah, and Miss Bashful. The festival celebrates LGBTQ+ nightlife and culture, spanning house, techno, pop, ballroom, and live performance. Drag performances include Cheddar Gorgeous, Banksie, Miss Cabbage, Lill, The House of Dandy, and TK Maxximius &amp; The Kings. Collectives like Club Rat, House of Pantha, House of Spice, Trade, The Cavalcade, and The Sequin Circus are also part of the programme. Since its launch in 2019, Homobloc has become one of Europe's leading LGBTQ+ festivals, attracting thousands to Manchester each year for a celebration of queer music, performance, and community. Tickets are on sale now through the festival's official channels.</w:t>
      </w:r>
      <w:r/>
    </w:p>
    <w:p>
      <w:pPr>
        <w:pStyle w:val="ListNumber"/>
        <w:spacing w:line="240" w:lineRule="auto"/>
        <w:ind w:left="720"/>
      </w:pPr>
      <w:r/>
      <w:hyperlink r:id="rId11">
        <w:r>
          <w:rPr>
            <w:color w:val="0000EE"/>
            <w:u w:val="single"/>
          </w:rPr>
          <w:t>https://secretmanchester.com/homobloc-line-up-2026-kim-petras-honey-dijon/</w:t>
        </w:r>
      </w:hyperlink>
      <w:r>
        <w:t xml:space="preserve"> - Homobloc 2026 is set to take place on Saturday, September 26, at Depot Mayfield in Manchester. The line-up includes Kim Petras, Honey Dijon b2b Derrick Carter, Job Jobse, Cobrah, S.A.S.S. (Saoirse, Moxie, Peach &amp; Shanti Celeste), Palms Trax, Girls Don't Sync, Horse Meat Disco, DJ Gigola, MCR-T, Miss Bashful, Fat Tony, Erol Alkan, Dorian Electra DJ set, DJ Paulette, I.Jordan, LSDXOXO, BASHKKA, Lady Shaka, ISAbella, Hannah Holland, Ponyboy, Armana Khan, Adeva, Alcatraz, Perra Inmunda, Gina Breeze, Meg10 b2b Luca Eck, Chrissy Chlapecka, Tim Lennox, Kath McDermott, Guy Williams, Aiden Francis, Jamie Bull, Bruk Out, Mike Hux, Flygirls$, Shimrise, Lil Miss Jackie, Butch Revival Dandy, T4T, Hello Darling, Miss Cabbage, Luckybabe, and Mixfag. The Homodolls include Angel Bella presents the strippers of Mcr, Banksie &amp; the Pu Raul supermodels: Awhora, Black Peppa, Marmalade, Bon Appétit &amp; the snacks (Bunny Magdalena, Eleanor Haigh, Emily Rose, Mariella, Minx, Sophie Satanique), Beau Azra, Blackstage Pole, Cheddar Gorgeous, Club Rat presents Tyla, Angel Pinks &amp; Hotboiyo, Cute Cartel, Devonnxthaniel x Nayfpauly, Eat Me: Auntie Climax, Athena Barbital, Babs Darling, Cake Boi, Dan Chan, Emzie Love, David Hoyle, Felix Mufti &amp; his mates, Flinta by Maisha Kungu Dance, Fvck Pigs, Ghetto Fabulous, Gisele x Harvey, House of Pantha, House of Spice, Ivy Profemme, Jack Chawick, Josh Kyle x Willow Stone, Josh Hubbard Multiverse, Lill &amp; the queens: Anna Phylactic, Barb, Big Dee, Liquorice Black, Narcissa Nightshade, Vil, Zahirah Zapanta, Lucy Fizz &amp; Finnbar Love for a Lawless Agency, Luna Groovas, Night People, Noirgayze, Shrek 666 presents… Trade, Slapped Peach, Sodom, Sue Veneers, Stassi Fox, The Cavalcade, The Cequin Circus, The Lammings with Sam Buttery &amp; Pam Sandwich &amp; the Fat Britney, The House of Dandy feat. Erik Schön, Ren Stardust, TJ Star, Tkmaxximus &amp; the kings, Tysie Blaque, Harry Keita, Nelly &amp; Denon, Wet Mess, and Willow Stone. The festival will also celebrate 35 years of FLESH, the legendary LGBTQ+ club night that launched at The Haçienda nightclub. Tickets are available now via the festival's official channels.</w:t>
      </w:r>
      <w:r/>
    </w:p>
    <w:p>
      <w:pPr>
        <w:pStyle w:val="ListNumber"/>
        <w:spacing w:line="240" w:lineRule="auto"/>
        <w:ind w:left="720"/>
      </w:pPr>
      <w:r/>
      <w:hyperlink r:id="rId13">
        <w:r>
          <w:rPr>
            <w:color w:val="0000EE"/>
            <w:u w:val="single"/>
          </w:rPr>
          <w:t>https://www.skiddle.com/festivals/homobloc/</w:t>
        </w:r>
      </w:hyperlink>
      <w:r>
        <w:t xml:space="preserve"> - Homobloc is a legendary queer block party returning for another all-day-to-night affair on Saturday, September 26, 2026, at Depot Mayfield in Manchester. The event features a remarkable line-up of artists and performers, including Kim Petras, S.A.S.S. (Saoirse, Moxie, Peach &amp; Shanti Celeste), Honey Dijon b2b Derrick Carter, Job Jobse, DJ Paulette, Cobrah, Girl’s Don’t Sync, Horse Meat Disco, and many more. A club-heavy lineup and a brand-new stage, Vault, curated by Glasgow-based club night Ponyboy, have been revealed. Additionally, Homobloc celebrates 35 years of FLESH, the legendary LGBTQ+ club night that launched at The Haçienda nightclub. Tickets are available now via the festival's official channels.</w:t>
      </w:r>
      <w:r/>
    </w:p>
    <w:p>
      <w:pPr>
        <w:pStyle w:val="ListNumber"/>
        <w:spacing w:line="240" w:lineRule="auto"/>
        <w:ind w:left="720"/>
      </w:pPr>
      <w:r/>
      <w:hyperlink r:id="rId12">
        <w:r>
          <w:rPr>
            <w:color w:val="0000EE"/>
            <w:u w:val="single"/>
          </w:rPr>
          <w:t>https://manchesterwire.co.uk/kim-petras-cobrah-honey-dijon-more-announced-as-homobloc-confirms-2026-lineup/</w:t>
        </w:r>
      </w:hyperlink>
      <w:r>
        <w:t xml:space="preserve"> - Homobloc has unveiled a packed lineup for its seventh edition, set to take place on Saturday, September 26, 2026, at Depot Mayfield in Manchester. The festival will feature headliner Kim Petras, along with Cobrah, a special b2b set from Chicago’s Honey Dijon and Derrick Carter, all-female DJ collective Girls Don’t Sync, and Manchester’s beloved DJ Paulette. S.A.S.S., the powerhouse quartet of Saoirse, Moxie, Peach, and Shanti Celeste, brings the collective to Manchester for the first time. Other notable artists include Job Jobse, Palms Trax, Aiden Francis, BASHKKA, Horse Meat Disco, Gina Breeze, and Isabella. Beyond its musical line-up, The Homodolls, curated by Creative Director Sophie Bee, will bring the festival to life through drag, dance, theatre, and immersive performance across every corner of Depot Mayfield. Highlights include We Were Always Here, a new dance collaboration from Maisha Kungu Dance (MKD) celebrating FLINTA identities; PU RAUL’S SUPERMODELS from Club Rat Entertainment, featuring Drag Race UK stars Banksie, Awhora, Black Peppa, and Marmalade; Shrek 666’s immersive new work Putting the T in Trade; the return of Angel Bella Presents: The Strippers of MCR; and Blackstage Pole, whose electrifying performance became one of last year’s standout moments. This year will see Homobloc celebrate 35 years of FLESH, the legendary LGBTQ+ club night that launched at The Haçienda nightclub. FLESH played a crucial role in normalising LGBTQ+ culture within the mainstream and became a symbol of the progressive spirit of the 90s. A true trailblazer</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manchestereveningnews.co.uk/whats-on/music-nightlife-news/homobloc-2026-unveils-club-heavy-34219739" TargetMode="External"/><Relationship Id="rId10" Type="http://schemas.openxmlformats.org/officeDocument/2006/relationships/hyperlink" Target="https://www.gaydio.co.uk/whats-new/news/gaydio-news/homobloc-reveals-star-studded-2026-line-up/" TargetMode="External"/><Relationship Id="rId11" Type="http://schemas.openxmlformats.org/officeDocument/2006/relationships/hyperlink" Target="https://secretmanchester.com/homobloc-line-up-2026-kim-petras-honey-dijon/" TargetMode="External"/><Relationship Id="rId12" Type="http://schemas.openxmlformats.org/officeDocument/2006/relationships/hyperlink" Target="https://manchesterwire.co.uk/kim-petras-cobrah-honey-dijon-more-announced-as-homobloc-confirms-2026-lineup/" TargetMode="External"/><Relationship Id="rId13" Type="http://schemas.openxmlformats.org/officeDocument/2006/relationships/hyperlink" Target="https://www.skiddle.com/festivals/homoblo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