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Street Festival Guide: Where Colour, Music and Community Meet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beat in Cologne’s Altstadt , crowds flocked to the opening night of the Cologne Pride street festival, turning Heumarkt, Wallraf‑Platz and Alter Markt into a colourful, joyful party zone that sets the tone for a two‑week celebration attracting over a million visitors.</w:t>
      </w:r>
      <w:r/>
      <w:r/>
    </w:p>
    <w:p>
      <w:pPr>
        <w:pStyle w:val="ListBullet"/>
        <w:spacing w:line="240" w:lineRule="auto"/>
        <w:ind w:left="720"/>
      </w:pPr>
      <w:r/>
      <w:r>
        <w:rPr>
          <w:b/>
        </w:rPr>
        <w:t>Bright, busy atmosphere:</w:t>
      </w:r>
      <w:r>
        <w:t xml:space="preserve"> Streets around Heumarkt, Schaafenstraße and Alter Markt filled with rainbow flags, music and smiling crowds. </w:t>
      </w:r>
      <w:r/>
    </w:p>
    <w:p>
      <w:pPr>
        <w:pStyle w:val="ListBullet"/>
        <w:spacing w:line="240" w:lineRule="auto"/>
        <w:ind w:left="720"/>
      </w:pPr>
      <w:r/>
      <w:r>
        <w:rPr>
          <w:b/>
        </w:rPr>
        <w:t>Four stages, 60+ hours:</w:t>
      </w:r>
      <w:r>
        <w:t xml:space="preserve"> The street festival runs across four stages with more than 60 hours of programming across the weekend. </w:t>
      </w:r>
      <w:r/>
    </w:p>
    <w:p>
      <w:pPr>
        <w:pStyle w:val="ListBullet"/>
        <w:spacing w:line="240" w:lineRule="auto"/>
        <w:ind w:left="720"/>
      </w:pPr>
      <w:r/>
      <w:r>
        <w:rPr>
          <w:b/>
        </w:rPr>
        <w:t>Safe and peaceful:</w:t>
      </w:r>
      <w:r>
        <w:t xml:space="preserve"> Police reported the opening evening passed without major incidents; the vibe was festive and inclusive. </w:t>
      </w:r>
      <w:r/>
    </w:p>
    <w:p>
      <w:pPr>
        <w:pStyle w:val="ListBullet"/>
        <w:spacing w:line="240" w:lineRule="auto"/>
        <w:ind w:left="720"/>
      </w:pPr>
      <w:r/>
      <w:r>
        <w:rPr>
          <w:b/>
        </w:rPr>
        <w:t>Main events:</w:t>
      </w:r>
      <w:r>
        <w:t xml:space="preserve"> The street festival is the kickoff for ColognePride’s fortnight of events, climaxing in the large CSD parade on Sunday. </w:t>
      </w:r>
      <w:r/>
    </w:p>
    <w:p>
      <w:pPr>
        <w:pStyle w:val="ListBullet"/>
        <w:spacing w:line="240" w:lineRule="auto"/>
        <w:ind w:left="720"/>
      </w:pPr>
      <w:r/>
      <w:r>
        <w:rPr>
          <w:b/>
        </w:rPr>
        <w:t>Plan ahead:</w:t>
      </w:r>
      <w:r>
        <w:t xml:space="preserve"> Expect heavy crowds, long running times (Fri–Sun with extended hours) and lots of electronic and live music.</w:t>
      </w:r>
      <w:r/>
      <w:r/>
    </w:p>
    <w:p>
      <w:pPr>
        <w:pStyle w:val="Heading2"/>
      </w:pPr>
      <w:r>
        <w:t>A raucous, rainbow‑soaked start , what the opening looked and felt like</w:t>
      </w:r>
      <w:r/>
    </w:p>
    <w:p>
      <w:r/>
      <w:r>
        <w:t>Heumarkt felt like a giant block party, vibrant with colour and the scent of festival food wafting through the air. People hugged, danced and waved rainbow flags while performers onstage kept the energy high. According to organisers, the street festival marks the first public pulse of ColognePride, and it showed , the mood was celebratory and relaxed. If you like a sturdy, lively atmosphere and the buzz of live crowds, this is your scene.</w:t>
      </w:r>
      <w:r/>
    </w:p>
    <w:p>
      <w:pPr>
        <w:pStyle w:val="Heading2"/>
      </w:pPr>
      <w:r>
        <w:t>Where to go: best spots for vibe, music and people‑watching</w:t>
      </w:r>
      <w:r/>
    </w:p>
    <w:p>
      <w:r/>
      <w:r>
        <w:t>Heumarkt was the crowd magnet, great for sing‑alongs and people‑watching, while Wallraf‑Platz hosted the techno stage for a more electronic, clubby crowd. Alter Markt offered another live programme, so you can hop between styles without leaving the Altstadt. Schaafenstraße filled up fast too and felt just as upbeat. Aim for earlier slots on Saturday if you want space; late afternoon and evening are the peak moments.</w:t>
      </w:r>
      <w:r/>
    </w:p>
    <w:p>
      <w:pPr>
        <w:pStyle w:val="Heading2"/>
      </w:pPr>
      <w:r>
        <w:t>What the festival offers beyond the party</w:t>
      </w:r>
      <w:r/>
    </w:p>
    <w:p>
      <w:r/>
      <w:r>
        <w:t>The street festival isn’t just noise and dancing , it’s the public, visible beating heart of a broader political and cultural programme that runs for two weeks. Cologne Pride e.V. positions ColognePride among Europe’s largest Pride events, and the street festival is both celebration and a statement. Expect political booths, community groups and stalls alongside DJs and live acts, so there’s something for people who want to learn as well as celebrate.</w:t>
      </w:r>
      <w:r/>
    </w:p>
    <w:p>
      <w:pPr>
        <w:pStyle w:val="Heading2"/>
      </w:pPr>
      <w:r>
        <w:t>Practical tips for enjoying the weekend</w:t>
      </w:r>
      <w:r/>
    </w:p>
    <w:p>
      <w:r/>
      <w:r>
        <w:t>Get there early if you want to secure a decent spot near stages; bring a small portable charger and water bottle, because queues for food and facilities can be long. Wear comfortable shoes and a light layer , evenings can cool down. For families or quieter visitors, pick daytime slots when the crowd is more varied. Keep valuables secure and agree on a meeting point , mobile networks can get flaky in dense crowds.</w:t>
      </w:r>
      <w:r/>
    </w:p>
    <w:p>
      <w:pPr>
        <w:pStyle w:val="Heading2"/>
      </w:pPr>
      <w:r>
        <w:t>Why the CSD parade still matters</w:t>
      </w:r>
      <w:r/>
    </w:p>
    <w:p>
      <w:r/>
      <w:r>
        <w:t>The street festival leads into the traditional CSD parade on Sunday, the high point that draws by far the biggest crowds. It’s the visible culmination of both celebration and protest, mixing joyful expression with serious messages about rights and visibility. Organisers expect around 1.2 million visitors over the programme, so the parade is a mass moment of solidarity and spectacle , loud, colourful and hard to forget.</w:t>
      </w:r>
      <w:r/>
    </w:p>
    <w:p>
      <w:r/>
      <w:r>
        <w:t>It's a small change of plans or timing that can make your Cologne Pride weekend feel effortless and unforgettable.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2">
        <w:r>
          <w:rPr>
            <w:color w:val="0000EE"/>
            <w:u w:val="single"/>
          </w:rPr>
          <w:t>[7]</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https://www.ksta.de/koeln/koelner-innenstadt/csd-strassenfest-in-koeln-altstadt-wird-zur-bunten-partymeile-1317875</w:t>
        </w:r>
      </w:hyperlink>
      <w:r>
        <w:t xml:space="preserve"> - Please view link - unable to able to access data</w:t>
      </w:r>
      <w:r/>
    </w:p>
    <w:p>
      <w:pPr>
        <w:pStyle w:val="ListNumber"/>
        <w:spacing w:line="240" w:lineRule="auto"/>
        <w:ind w:left="720"/>
      </w:pPr>
      <w:r/>
      <w:hyperlink r:id="rId10">
        <w:r>
          <w:rPr>
            <w:color w:val="0000EE"/>
            <w:u w:val="single"/>
          </w:rPr>
          <w:t>https://www.colognepride.de/en/colognepride-2026</w:t>
        </w:r>
      </w:hyperlink>
      <w:r>
        <w:t xml:space="preserve"> - The Cologne Pride Street Festival is a significant event in Cologne's old town, featuring three stages and a 60-hour programme of political discussions, information, and regional and international performances. The festival runs from Friday, 3 July 2026, to Sunday, 5 July 2026, with specific timings for each day. The event is free to attend and aims to support the rights of the LGBTQIA+ community through various activities.</w:t>
      </w:r>
      <w:r/>
    </w:p>
    <w:p>
      <w:pPr>
        <w:pStyle w:val="ListNumber"/>
        <w:spacing w:line="240" w:lineRule="auto"/>
        <w:ind w:left="720"/>
      </w:pPr>
      <w:r/>
      <w:hyperlink r:id="rId11">
        <w:r>
          <w:rPr>
            <w:color w:val="0000EE"/>
            <w:u w:val="single"/>
          </w:rPr>
          <w:t>https://www.cologne-tourism.com/lgbtqia/colognepride</w:t>
        </w:r>
      </w:hyperlink>
      <w:r>
        <w:t xml:space="preserve"> - Cologne Pride is an annual event that celebrates diversity, tolerance, and self-confidence. It includes a two-week programme with numerous activities, culminating in the three-day Christopher Street Day street fair and a parade through Cologne's city centre. The event attracts participants from all over Germany and other countries, promoting a tolerant and open society.</w:t>
      </w:r>
      <w:r/>
    </w:p>
    <w:p>
      <w:pPr>
        <w:pStyle w:val="ListNumber"/>
        <w:spacing w:line="240" w:lineRule="auto"/>
        <w:ind w:left="720"/>
      </w:pPr>
      <w:r/>
      <w:hyperlink r:id="rId13">
        <w:r>
          <w:rPr>
            <w:color w:val="0000EE"/>
            <w:u w:val="single"/>
          </w:rPr>
          <w:t>https://www.rewe-group.com/en/press-and-media/newsroom/stories/colognepride-and-csd-colourful-loud-political/</w:t>
        </w:r>
      </w:hyperlink>
      <w:r>
        <w:t xml:space="preserve"> - ColognePride is a significant event that serves as a clear and important sign of diversity, tolerance, and variety. The 2024 parade attracted more than a million people, despite the rain, and featured 90 floats and around 65,000 participants. The event is a demonstration of diversity and tolerance, especially important in times when queer hostility is on the rise.</w:t>
      </w:r>
      <w:r/>
    </w:p>
    <w:p>
      <w:pPr>
        <w:pStyle w:val="ListNumber"/>
        <w:spacing w:line="240" w:lineRule="auto"/>
        <w:ind w:left="720"/>
      </w:pPr>
      <w:r/>
      <w:hyperlink r:id="rId14">
        <w:r>
          <w:rPr>
            <w:color w:val="0000EE"/>
            <w:u w:val="single"/>
          </w:rPr>
          <w:t>https://sve-essen.de/cologne-pride-2024/</w:t>
        </w:r>
      </w:hyperlink>
      <w:r>
        <w:t xml:space="preserve"> - Between Friday, 19 July 2024, and Monday, 22 July 2024, 11 members of the SVE Essen group participated in Cologne Pride 2024. The Pride officially began on 6 July, with the street festival and stage programme starting on 19 July and culminating in the CSD parade on Sunday afternoon. The parade featured 250 individual groups and floats, making it the largest of its kind in Germany, with approximately 1.4 million attendees.</w:t>
      </w:r>
      <w:r/>
    </w:p>
    <w:p>
      <w:pPr>
        <w:pStyle w:val="ListNumber"/>
        <w:spacing w:line="240" w:lineRule="auto"/>
        <w:ind w:left="720"/>
      </w:pPr>
      <w:r/>
      <w:hyperlink r:id="rId15">
        <w:r>
          <w:rPr>
            <w:color w:val="0000EE"/>
            <w:u w:val="single"/>
          </w:rPr>
          <w:t>https://commons.wikimedia.org/wiki/File%3A2024_ColognePride%2C_Parade-10165.jpg</w:t>
        </w:r>
      </w:hyperlink>
      <w:r>
        <w:t xml:space="preserve"> - A photograph capturing demonstrators in wheelchairs and on foot during the Cologne Pride 2024 street parade. The image was taken on 21 July 2024 at 15:37:32 in Cologne, Germany, and is available on Wikimedia Commons.</w:t>
      </w:r>
      <w:r/>
    </w:p>
    <w:p>
      <w:pPr>
        <w:pStyle w:val="ListNumber"/>
        <w:spacing w:line="240" w:lineRule="auto"/>
        <w:ind w:left="720"/>
      </w:pPr>
      <w:r/>
      <w:hyperlink r:id="rId12">
        <w:r>
          <w:rPr>
            <w:color w:val="0000EE"/>
            <w:u w:val="single"/>
          </w:rPr>
          <w:t>https://www.citynews-koeln.de/colognepride-2024-ein-umfassender-ueberblick-zum-csd-in-koeln-_id74712.html</w:t>
        </w:r>
      </w:hyperlink>
      <w:r>
        <w:t xml:space="preserve"> - An extensive overview of the Christopher Street Day (CSD) within ColognePride in Cologne, one of the largest and most significant events for the LGBTQ+ community in Germany. The 2024 event took place from 19 to 21 July 2024, attracting numerous visitors from around the world. The article provides details on the programme, highlights, stages, and additional events during the three-day festival.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koelner-innenstadt/csd-strassenfest-in-koeln-altstadt-wird-zur-bunten-partymeile-1317875" TargetMode="External"/><Relationship Id="rId10" Type="http://schemas.openxmlformats.org/officeDocument/2006/relationships/hyperlink" Target="https://www.colognepride.de/en/colognepride-2026" TargetMode="External"/><Relationship Id="rId11" Type="http://schemas.openxmlformats.org/officeDocument/2006/relationships/hyperlink" Target="https://www.cologne-tourism.com/lgbtqia/colognepride" TargetMode="External"/><Relationship Id="rId12" Type="http://schemas.openxmlformats.org/officeDocument/2006/relationships/hyperlink" Target="https://www.citynews-koeln.de/colognepride-2024-ein-umfassender-ueberblick-zum-csd-in-koeln-_id74712.html" TargetMode="External"/><Relationship Id="rId13" Type="http://schemas.openxmlformats.org/officeDocument/2006/relationships/hyperlink" Target="https://www.rewe-group.com/en/press-and-media/newsroom/stories/colognepride-and-csd-colourful-loud-political/" TargetMode="External"/><Relationship Id="rId14" Type="http://schemas.openxmlformats.org/officeDocument/2006/relationships/hyperlink" Target="https://sve-essen.de/cologne-pride-2024/" TargetMode="External"/><Relationship Id="rId15" Type="http://schemas.openxmlformats.org/officeDocument/2006/relationships/hyperlink" Target="https://commons.wikimedia.org/wiki/File%3A2024_ColognePride%2C_Parade-10165.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