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Brighton Kink Market Guide: What to Expect at the Pride Birthday Special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Expect bold, creative stalls and a charity buzz , Brighton Kink Market returns to The Werks on Middle Street on Saturday July 4, noon–6pm, with over 30 makers selling fetish fashion, BDSM kit and adult curios, while raising funds for Trans Pride Brighton and local LGBTQ+ causes.</w:t>
      </w:r>
      <w:r/>
    </w:p>
    <w:p>
      <w:r/>
      <w:r>
        <w:t>Essential Takeaways</w:t>
      </w:r>
      <w:r/>
      <w:r/>
    </w:p>
    <w:p>
      <w:pPr>
        <w:pStyle w:val="ListBullet"/>
        <w:spacing w:line="240" w:lineRule="auto"/>
        <w:ind w:left="720"/>
      </w:pPr>
      <w:r/>
      <w:r>
        <w:rPr>
          <w:b/>
        </w:rPr>
        <w:t>When and where:</w:t>
      </w:r>
      <w:r>
        <w:t xml:space="preserve"> Brighton Kink Market, The Werks, Middle Street , Saturday July 4, 12:00–18:00.</w:t>
      </w:r>
      <w:r/>
    </w:p>
    <w:p>
      <w:pPr>
        <w:pStyle w:val="ListBullet"/>
        <w:spacing w:line="240" w:lineRule="auto"/>
        <w:ind w:left="720"/>
      </w:pPr>
      <w:r/>
      <w:r>
        <w:rPr>
          <w:b/>
        </w:rPr>
        <w:t>What’s there:</w:t>
      </w:r>
      <w:r>
        <w:t xml:space="preserve"> More than 30 makers offering fetish fashion, BDSM accessories, artisanal floggers and latex designs , hands-on, tactile shopping with a cheeky vibe.</w:t>
      </w:r>
      <w:r/>
    </w:p>
    <w:p>
      <w:pPr>
        <w:pStyle w:val="ListBullet"/>
        <w:spacing w:line="240" w:lineRule="auto"/>
        <w:ind w:left="720"/>
      </w:pPr>
      <w:r/>
      <w:r>
        <w:rPr>
          <w:b/>
        </w:rPr>
        <w:t>Charity focus:</w:t>
      </w:r>
      <w:r>
        <w:t xml:space="preserve"> The market has raised more than £2,000 for LGBTQ+ groups and will support Trans Pride Brighton this event.</w:t>
      </w:r>
      <w:r/>
    </w:p>
    <w:p>
      <w:pPr>
        <w:pStyle w:val="ListBullet"/>
        <w:spacing w:line="240" w:lineRule="auto"/>
        <w:ind w:left="720"/>
      </w:pPr>
      <w:r/>
      <w:r>
        <w:rPr>
          <w:b/>
        </w:rPr>
        <w:t>Notable makers:</w:t>
      </w:r>
      <w:r>
        <w:t xml:space="preserve"> Barrel of Pain (repurposed whiskey-barrel impact toys), Ravenwerks (sustainably sourced floggers), Seven Sin Latex and Kerris Spencer.</w:t>
      </w:r>
      <w:r/>
    </w:p>
    <w:p>
      <w:pPr>
        <w:pStyle w:val="ListBullet"/>
        <w:spacing w:line="240" w:lineRule="auto"/>
        <w:ind w:left="720"/>
      </w:pPr>
      <w:r/>
      <w:r>
        <w:rPr>
          <w:b/>
        </w:rPr>
        <w:t>Extras:</w:t>
      </w:r>
      <w:r>
        <w:t xml:space="preserve"> Sponsored by She Said erotic boutique, supplying hundreds of tombola prizes and showcasing new collections on the day.</w:t>
      </w:r>
      <w:r/>
      <w:r/>
    </w:p>
    <w:p>
      <w:pPr>
        <w:pStyle w:val="Heading2"/>
      </w:pPr>
      <w:r>
        <w:t>Why this market feels like Pride-adjacent shopping with purpose</w:t>
      </w:r>
      <w:r/>
    </w:p>
    <w:p>
      <w:r/>
      <w:r>
        <w:t>Brighton Kink Market blends craft-market warmth with the rowdy creativity of queer nightlife, and it smells faintly of leather and new latex in the best possible way. Organiser Plum Swire marks the first anniversary with obvious pride , attendees often note the friendly, inclusive atmosphere and the chance to handle products before buying. According to Eventbrite listings and local guides, the format is stall-led and relaxed, so you can take your time browsing without pressure. If you’ve never ventured into a kink market, treat it like any specialist fair: ask makers about materials and care, and try to get a feel for fit or weight where appropriate.</w:t>
      </w:r>
      <w:r/>
    </w:p>
    <w:p>
      <w:pPr>
        <w:pStyle w:val="Heading2"/>
      </w:pPr>
      <w:r>
        <w:t>Makers to look out for , craftsmanship meets sustainability</w:t>
      </w:r>
      <w:r/>
    </w:p>
    <w:p>
      <w:r/>
      <w:r>
        <w:t>A few stalls stand out for craft and conscience. Barrel of Pain turns old whiskey barrels and offcuts into impact toys with a sturdy, reclaimed aesthetic, while Ravenwerks offers artisanal floggers made from sustainably sourced hides and fibres. Seven Sin Latex and Kerris Spencer bring classic latex and bespoke garments, ideal if you want something sleek or custom. Discover Brighton and event pages list these names among the regulars, and it’s worth arriving early if you’ve got a specific maker in mind , popular pieces can go fast.</w:t>
      </w:r>
      <w:r/>
    </w:p>
    <w:p>
      <w:pPr>
        <w:pStyle w:val="Heading2"/>
      </w:pPr>
      <w:r>
        <w:t>The charity angle: shopping that gives back</w:t>
      </w:r>
      <w:r/>
    </w:p>
    <w:p>
      <w:r/>
      <w:r>
        <w:t>The market isn’t just retail theatre; it has a genuine fundraising streak. Over the past year organisers report more than £2,000 raised for LGBTQ+ groups, and this edition directs funds to Trans Pride Brighton. Sponsor She Said erotic boutique has donated hundreds of raffle and tombola prizes, which keeps the mood celebratory and helps raise extra cash on the day. If you care about community impact, bring a few extra pounds for the raffle or opt for higher-margin items that have a portion earmarked for charity.</w:t>
      </w:r>
      <w:r/>
    </w:p>
    <w:p>
      <w:pPr>
        <w:pStyle w:val="Heading2"/>
      </w:pPr>
      <w:r>
        <w:t>Practical tips for first-timers and regulars</w:t>
      </w:r>
      <w:r/>
    </w:p>
    <w:p>
      <w:r/>
      <w:r>
        <w:t>Bring cash and card , while many stalls will accept contactless, small sellers sometimes prefer cash for impulse buys. Dress comfortably and consider footwear: The Werks’ Middle Street venue is central, but you’ll be on your feet if you’re browsing thoroughly. If you’re shopping for clothing or bespoke gear, ask about measurements, care instructions and lead times. The Menagerie and local queer guides suggest the market is very welcoming, but if you’re unsure about etiquette, check stall signage or ask staff; consent and discretion are part of the vibe.</w:t>
      </w:r>
      <w:r/>
    </w:p>
    <w:p>
      <w:pPr>
        <w:pStyle w:val="Heading2"/>
      </w:pPr>
      <w:r>
        <w:t>What else is on in town and how to make a day of it</w:t>
      </w:r>
      <w:r/>
    </w:p>
    <w:p>
      <w:r/>
      <w:r>
        <w:t>Brighton’s July calendar is busy with Pride-related and queer-friendly events, so the market is an easy lunchtime pitstop or the start of an evening out. Nearby venues and boutiques, including She Said, often run complementary showcases or late openings during Pride weekend. For a fuller experience, pair the market with a leisurely walk along the Lanes, a coffee at a queer-friendly cafe, or a ticketed late-night event , Komedia and Menagerie listings point to after-dark queer programming that keeps the city humming.</w:t>
      </w:r>
      <w:r/>
    </w:p>
    <w:p>
      <w:r/>
      <w:r>
        <w:t>It's a small, joyful way to support local makers and trans organisations while stocking your wardrobe or kit with something hand-made.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14">
        <w:r>
          <w:rPr>
            <w:color w:val="0000EE"/>
            <w:u w:val="single"/>
          </w:rPr>
          <w:t>[7]</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https://www.theargus.co.uk/news/26241232.brighton-kink-market-returns-charity-fundraising-event/?ref=rss</w:t>
        </w:r>
      </w:hyperlink>
      <w:r>
        <w:t xml:space="preserve"> - Please view link - unable to able to access data</w:t>
      </w:r>
      <w:r/>
    </w:p>
    <w:p>
      <w:pPr>
        <w:pStyle w:val="ListNumber"/>
        <w:spacing w:line="240" w:lineRule="auto"/>
        <w:ind w:left="720"/>
      </w:pPr>
      <w:r/>
      <w:hyperlink r:id="rId10">
        <w:r>
          <w:rPr>
            <w:color w:val="0000EE"/>
            <w:u w:val="single"/>
          </w:rPr>
          <w:t>https://www.eventbrite.co.uk/e/brighton-kink-market-4th-july-birthday-pride-special-tickets-1988480238923</w:t>
        </w:r>
      </w:hyperlink>
      <w:r>
        <w:t xml:space="preserve"> - The Brighton Kink Market is celebrating its first anniversary and Pride special on Saturday, 4th July 2026, from 12:00 to 18:00 at The Werks, 15-17 Middle Street, Brighton and Hove, BN1 1AL. The event features a variety of makers and sellers offering products such as floggers, collars, electrostimulation devices, candles, and more. Tickets are priced at £5 per person, with a 'feeling the pinch' option at £3. Carers attend free of charge. A 30-minute Quiet Shopping Time from 11:30 to 12:00 provides a calmer environment for neurodivergent individuals and those preferring a quieter space. The event is accessible and LGBTQ+ friendly. For more information, visit the official Eventbrite page: https://www.eventbrite.co.uk/e/brighton-kink-market-4th-july-birthday-pride-special-tickets-1988480238923</w:t>
      </w:r>
      <w:r/>
    </w:p>
    <w:p>
      <w:pPr>
        <w:pStyle w:val="ListNumber"/>
        <w:spacing w:line="240" w:lineRule="auto"/>
        <w:ind w:left="720"/>
      </w:pPr>
      <w:r/>
      <w:hyperlink r:id="rId9">
        <w:r>
          <w:rPr>
            <w:color w:val="0000EE"/>
            <w:u w:val="single"/>
          </w:rPr>
          <w:t>https://www.theargus.co.uk/news/26241232.brighton-kink-market-returns-charity-fundraising-event/?ref=rss</w:t>
        </w:r>
      </w:hyperlink>
      <w:r>
        <w:t xml:space="preserve"> - The Brighton Kink Market is returning to The Werks on Middle Street on Saturday, 4th July, running from midday to 6pm. The event brings together more than 30 makers offering fetish fashion, BDSM accessories, and adult products. Organiser Plum Swire expressed excitement about celebrating the first anniversary of the market, highlighting the incredible journey and the amazing community created. Featured makers include Barrel of Pain, Ravenwerks, Seven Sin Latex, and Kerris Spencer. The market has a strong charitable focus, having raised over £2,000 for LGBTQ+ organisations over the past year. The upcoming event will raise funds in support of Trans Pride Brighton. The market’s sponsor, Brighton erotic boutique She Said, has donated hundreds of prizes for the charity tombola and will showcase new products and collections on the day. For more details, visit the original article: https://www.theargus.co.uk/news/26241232.brighton-kink-market-returns-charity-fundraising-event/?ref=rss</w:t>
      </w:r>
      <w:r/>
    </w:p>
    <w:p>
      <w:pPr>
        <w:pStyle w:val="ListNumber"/>
        <w:spacing w:line="240" w:lineRule="auto"/>
        <w:ind w:left="720"/>
      </w:pPr>
      <w:r/>
      <w:hyperlink r:id="rId11">
        <w:r>
          <w:rPr>
            <w:color w:val="0000EE"/>
            <w:u w:val="single"/>
          </w:rPr>
          <w:t>https://discoverbrighton.org/brighton-kink-market/</w:t>
        </w:r>
      </w:hyperlink>
      <w:r>
        <w:t xml:space="preserve"> - Brighton Kink Market is an inclusive event that supports small businesses and makers within the kink and alternative community. Organised by Plum, owner of She Said Boutique, the market provides a safe, accessible, queer-friendly, and fun space for people to explore their desires. The event has received overwhelmingly positive responses from the community, with previous markets attracting over 700 attendees each. Featured traders include Finleys House, known for their frilly latex designs, Jack’s Floggers, Diable Designs, and Slutcakes, who provide kinky treats. The next market is scheduled for Saturday, 7th February 2026, at Werks Central on Middle Street, with plans for additional markets in March, July, and November 2026. More information can be found here: https://discoverbrighton.org/brighton-kink-market/</w:t>
      </w:r>
      <w:r/>
    </w:p>
    <w:p>
      <w:pPr>
        <w:pStyle w:val="ListNumber"/>
        <w:spacing w:line="240" w:lineRule="auto"/>
        <w:ind w:left="720"/>
      </w:pPr>
      <w:r/>
      <w:hyperlink r:id="rId13">
        <w:r>
          <w:rPr>
            <w:color w:val="0000EE"/>
            <w:u w:val="single"/>
          </w:rPr>
          <w:t>https://discoverbrighton.org/she-said-erotic-boutique/</w:t>
        </w:r>
      </w:hyperlink>
      <w:r>
        <w:t xml:space="preserve"> - She Said Erotic Boutique is an inclusive lingerie boutique located in the heart of Brighton's Lanes. Established in 2002, the boutique offers a range of products from bridal underwear to fetish clothing and toys. The shop provides a friendly and relaxed welcome, assisting customers in selecting the right products. The secluded location allows for privacy to browse alone or with a significant other. The boutique strives to break down taboos around the erotic by blending adult products with beautiful, well-made, and often unique lingerie and burlesque fashion. For more details, visit: https://discoverbrighton.org/she-said-erotic-boutique/</w:t>
      </w:r>
      <w:r/>
    </w:p>
    <w:p>
      <w:pPr>
        <w:pStyle w:val="ListNumber"/>
        <w:spacing w:line="240" w:lineRule="auto"/>
        <w:ind w:left="720"/>
      </w:pPr>
      <w:r/>
      <w:hyperlink r:id="rId12">
        <w:r>
          <w:rPr>
            <w:color w:val="0000EE"/>
            <w:u w:val="single"/>
          </w:rPr>
          <w:t>https://themenagerie.org.uk/</w:t>
        </w:r>
      </w:hyperlink>
      <w:r>
        <w:t xml:space="preserve"> - The Menagerie is a private event series in Brighton for the ethically non-monogamous and kink communities, offering both socials and play parties. Their events centre around connection, consent, and curiosity, welcoming people of all genders and sexualities, with a particular celebration of women and the LGBTQ+ community. The Menagerie is queer-positive, kink-positive, body-positive, and judgment-free. Their socials are open to everyone and do not require vetting, designed to help people meet, mingle, and build community in a relaxed, low-pressure environment. More information can be found here: https://themenagerie.org.uk/</w:t>
      </w:r>
      <w:r/>
    </w:p>
    <w:p>
      <w:pPr>
        <w:pStyle w:val="ListNumber"/>
        <w:spacing w:line="240" w:lineRule="auto"/>
        <w:ind w:left="720"/>
      </w:pPr>
      <w:r/>
      <w:hyperlink r:id="rId14">
        <w:r>
          <w:rPr>
            <w:color w:val="0000EE"/>
            <w:u w:val="single"/>
          </w:rPr>
          <w:t>https://www.komedia.co.uk/shows/deviants-market/</w:t>
        </w:r>
      </w:hyperlink>
      <w:r>
        <w:t xml:space="preserve"> - Deviants Market presents Night Of The Living Deviants; a queer kink market. Expect to see a variety of erotic LGBTQIA+ small businesses, meet like-minded people, help raise money for trans* charities and fundraisers, and potentially win some raffle prizes that will get you hot under the collar. The event will take place in the Komedia basement and is non-ticketed, open from 10:30 am to 4 pm, and is for ages 18 and over. For more details, visit: https://www.komedia.co.uk/shows/deviants-market/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argus.co.uk/news/26241232.brighton-kink-market-returns-charity-fundraising-event/?ref=rss" TargetMode="External"/><Relationship Id="rId10" Type="http://schemas.openxmlformats.org/officeDocument/2006/relationships/hyperlink" Target="https://www.eventbrite.co.uk/e/brighton-kink-market-4th-july-birthday-pride-special-tickets-1988480238923" TargetMode="External"/><Relationship Id="rId11" Type="http://schemas.openxmlformats.org/officeDocument/2006/relationships/hyperlink" Target="https://discoverbrighton.org/brighton-kink-market/" TargetMode="External"/><Relationship Id="rId12" Type="http://schemas.openxmlformats.org/officeDocument/2006/relationships/hyperlink" Target="https://themenagerie.org.uk/" TargetMode="External"/><Relationship Id="rId13" Type="http://schemas.openxmlformats.org/officeDocument/2006/relationships/hyperlink" Target="https://discoverbrighton.org/she-said-erotic-boutique/" TargetMode="External"/><Relationship Id="rId14" Type="http://schemas.openxmlformats.org/officeDocument/2006/relationships/hyperlink" Target="https://www.komedia.co.uk/shows/deviants-mark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