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Vallarta Pride Impact: How Pink Tourism Funded a Bigger VGCC Clinic</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visitors poured into Puerto Vallarta this summer, and their spending is now funding real health upgrades, Vallarta Pride’s record economic boom and Duckathon donations have helped the Vallarta Gay+ Community Center double its clinic space at Morelos 101, bringing new exam rooms and private bilingual counselling suites to Centro.</w:t>
      </w:r>
      <w:r/>
    </w:p>
    <w:p>
      <w:r/>
      <w:r>
        <w:t>Essential Takeaways</w:t>
      </w:r>
      <w:r/>
      <w:r/>
    </w:p>
    <w:p>
      <w:pPr>
        <w:pStyle w:val="ListBullet"/>
        <w:spacing w:line="240" w:lineRule="auto"/>
        <w:ind w:left="720"/>
      </w:pPr>
      <w:r/>
      <w:r>
        <w:rPr>
          <w:b/>
        </w:rPr>
        <w:t>Major fundraising boost:</w:t>
      </w:r>
      <w:r>
        <w:t xml:space="preserve"> The Vallarta Pride Block Party contributed MXN 88,179.75 alongside ongoing Duckathon proceeds to the Vallarta Gay+ Community Center. </w:t>
      </w:r>
      <w:r/>
    </w:p>
    <w:p>
      <w:pPr>
        <w:pStyle w:val="ListBullet"/>
        <w:spacing w:line="240" w:lineRule="auto"/>
        <w:ind w:left="720"/>
      </w:pPr>
      <w:r/>
      <w:r>
        <w:rPr>
          <w:b/>
        </w:rPr>
        <w:t>Economic windfall:</w:t>
      </w:r>
      <w:r>
        <w:t xml:space="preserve"> Official figures put Vallarta Pride’s May impact at around MXN 2 billion, driven by roughly 240,000 LGBTQ+ visitors. </w:t>
      </w:r>
      <w:r/>
    </w:p>
    <w:p>
      <w:pPr>
        <w:pStyle w:val="ListBullet"/>
        <w:spacing w:line="240" w:lineRule="auto"/>
        <w:ind w:left="720"/>
      </w:pPr>
      <w:r/>
      <w:r>
        <w:rPr>
          <w:b/>
        </w:rPr>
        <w:t>Clinic expansion:</w:t>
      </w:r>
      <w:r>
        <w:t xml:space="preserve"> VGCC is doubling its footprint into adjacent space at Morelos 101 to add medical exam rooms and private counselling suites. </w:t>
      </w:r>
      <w:r/>
    </w:p>
    <w:p>
      <w:pPr>
        <w:pStyle w:val="ListBullet"/>
        <w:spacing w:line="240" w:lineRule="auto"/>
        <w:ind w:left="720"/>
      </w:pPr>
      <w:r/>
      <w:r>
        <w:rPr>
          <w:b/>
        </w:rPr>
        <w:t>Services preserved and grown:</w:t>
      </w:r>
      <w:r>
        <w:t xml:space="preserve"> The centre offers rapid HIV/STI testing, PrEP, PEP, DoxyPEP and bilingual psychotherapy, mostly free or low-cost. </w:t>
      </w:r>
      <w:r/>
    </w:p>
    <w:p>
      <w:pPr>
        <w:pStyle w:val="ListBullet"/>
        <w:spacing w:line="240" w:lineRule="auto"/>
        <w:ind w:left="720"/>
      </w:pPr>
      <w:r/>
      <w:r>
        <w:rPr>
          <w:b/>
        </w:rPr>
        <w:t>Community backing:</w:t>
      </w:r>
      <w:r>
        <w:t xml:space="preserve"> Local businesses, hotels and airlines helped power events and in-kind donations, keeping food and entertainment flowing.</w:t>
      </w:r>
      <w:r/>
      <w:r/>
    </w:p>
    <w:p>
      <w:pPr>
        <w:pStyle w:val="Heading2"/>
      </w:pPr>
      <w:r>
        <w:t>A summer of visitors that paid it forward</w:t>
      </w:r>
      <w:r/>
    </w:p>
    <w:p>
      <w:r/>
      <w:r>
        <w:t>Puerto Vallarta rode an enormous wave of tourism this May, with the Jalisco tourism body and reporting in Forbes noting a roughly MXN 2 billion boost to the local economy tied to Pride events. The place smelled like beach cocktails and sunscreen, but it also felt like solidarity, visitors weren’t just partying, they were contributing to community infrastructure. That financial surge turned party momentum into practical gains for civic groups, most visibly the Vallarta Gay+ Community Center expanding at Morelos 101. According to local reports, this “pink tourism” influx has become a meaningful engine for the destination’s GDP and services.</w:t>
      </w:r>
      <w:r/>
    </w:p>
    <w:p>
      <w:pPr>
        <w:pStyle w:val="Heading2"/>
      </w:pPr>
      <w:r>
        <w:t>From Block Party cheques to exam rooms</w:t>
      </w:r>
      <w:r/>
    </w:p>
    <w:p>
      <w:r/>
      <w:r>
        <w:t>The famous Vallarta Pride Block Party, which drew over 40,000 people, handed a cheque of MXN 88,179.75 to VGCC and raised additional funds for nearby humanitarian groups. Organisers and the centre say those sums arrived at an opportune moment, demand for testing, counselling and walk-in care has risen sharply. VGCC director Pedro López announced plans to move into the neighbouring former Anthropology venue to build exam rooms and private counselling offices, a sign that festival fundraising can create tangible healthcare capacity in the city.</w:t>
      </w:r>
      <w:r/>
    </w:p>
    <w:p>
      <w:pPr>
        <w:pStyle w:val="Heading2"/>
      </w:pPr>
      <w:r>
        <w:t>Duckathon: small event, steady support</w:t>
      </w:r>
      <w:r/>
    </w:p>
    <w:p>
      <w:r/>
      <w:r>
        <w:t>Duckathon 2026 at The Pool Club kept the fundraising engine humming. The poolside fundraiser was all glitter and good humour, live acts, auctions and the light-hearted Duckathon game, but the practical outcome was more predictable: funds underwriting day-to-day clinic operations. Event organisers report that every ticket helped sponsor free or low-cost services, which matters when people need rapid testing or emergency PEP without insurance or red tape.</w:t>
      </w:r>
      <w:r/>
    </w:p>
    <w:p>
      <w:pPr>
        <w:pStyle w:val="Heading2"/>
      </w:pPr>
      <w:r>
        <w:t>Why this expansion matters for visitors and residents</w:t>
      </w:r>
      <w:r/>
    </w:p>
    <w:p>
      <w:r/>
      <w:r>
        <w:t>The VGCC offers a mix of sexual health tools, rapid HIV and STI tests, PrEP and PEP access, DoxyPEP and bilingual psychotherapy, without requiring Mexican public healthcare or private travel insurance. Expanding clinical space means shorter waits, more confidential counselling rooms and the capacity to treat a larger, bilingual clientele of locals and international travellers. If you’re heading to Puerto Vallarta and want care or peace of mind, walk-ins are accepted but booking via @vallartagaycc is recommended to guarantee attention.</w:t>
      </w:r>
      <w:r/>
    </w:p>
    <w:p>
      <w:pPr>
        <w:pStyle w:val="Heading2"/>
      </w:pPr>
      <w:r>
        <w:t>Business, volunteers and the local ripple effect</w:t>
      </w:r>
      <w:r/>
    </w:p>
    <w:p>
      <w:r/>
      <w:r>
        <w:t>This year’s success wasn’t accidental; hotels, airlines and restaurants donated time, tickets, food and services to fuel the events. From national carriers to boutique eateries, those in-kind contributions reduced overheads and increased the money flowing to VGCC and partner charities. The result is a tighter civic ecosystem: tourism dollars, event sponsorship and grassroots donors combining to keep vital services running year-round.</w:t>
      </w:r>
      <w:r/>
    </w:p>
    <w:p>
      <w:r/>
      <w:r>
        <w:t>It's a small change that can make every visit and every life a bit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3">
        <w:r>
          <w:rPr>
            <w:color w:val="0000EE"/>
            <w:u w:val="single"/>
          </w:rPr>
          <w:t>[2]</w:t>
        </w:r>
      </w:hyperlink>
      <w:r>
        <w:t xml:space="preserve">, </w:t>
      </w:r>
      <w:hyperlink r:id="rId9">
        <w:r>
          <w:rPr>
            <w:color w:val="0000EE"/>
            <w:u w:val="single"/>
          </w:rPr>
          <w:t>[1]</w:t>
        </w:r>
      </w:hyperlink>
      <w:r>
        <w:t xml:space="preserve">- Paragraph 5: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https://gaypv.com/blog/fundraiserscharity-events/vallarta-gay-community-center-expanding-after-pride-duckathon-donations/</w:t>
        </w:r>
      </w:hyperlink>
      <w:r>
        <w:t xml:space="preserve"> - Please view link - unable to able to access data</w:t>
      </w:r>
      <w:r/>
    </w:p>
    <w:p>
      <w:pPr>
        <w:pStyle w:val="ListNumber"/>
        <w:spacing w:line="240" w:lineRule="auto"/>
        <w:ind w:left="720"/>
      </w:pPr>
      <w:r/>
      <w:hyperlink r:id="rId13">
        <w:r>
          <w:rPr>
            <w:color w:val="0000EE"/>
            <w:u w:val="single"/>
          </w:rPr>
          <w:t>https://vallartagaycc.org/</w:t>
        </w:r>
      </w:hyperlink>
      <w:r>
        <w:t xml:space="preserve"> - The Vallarta Gay+ Community Center is a non-profit organisation dedicated to empowering the LGBTQ+ community in Puerto Vallarta. They offer free health services, educational programmes, and community support to foster a safer, healthier, and more connected future for their LGBTQ+ family. Their services include STI testing and treatment, PrEP and PEP, DoxyPEP, and mental health support, all provided in a safe, confidential, and inclusive environment. The centre is officially recognised as a non-profit in Mexico and can issue tax-deductible receipts for donations made within the country. For donors in the United States and Canada, tax-deductible receipts are provided through partnerships with respective organisations. The centre is located at Morelos 101, Local 3B, Centro, just above the Santander bank near the lower Río Cuale bridge, and operates Monday to Friday from 10:00 AM to 8:00 PM, and Saturday from 10:00 AM to 4:00 PM.</w:t>
      </w:r>
      <w:r/>
    </w:p>
    <w:p>
      <w:pPr>
        <w:pStyle w:val="ListNumber"/>
        <w:spacing w:line="240" w:lineRule="auto"/>
        <w:ind w:left="720"/>
      </w:pPr>
      <w:r/>
      <w:hyperlink r:id="rId10">
        <w:r>
          <w:rPr>
            <w:color w:val="0000EE"/>
            <w:u w:val="single"/>
          </w:rPr>
          <w:t>https://forbes.com.mx/turismo-lgb-en-puerto-vallarta-genera-derrama-de-2000-mdp-durante-pride/</w:t>
        </w:r>
      </w:hyperlink>
      <w:r>
        <w:t xml:space="preserve"> - According to Forbes Mexico, the Vallarta Pride event in Puerto Vallarta generated an estimated economic impact of 2 billion pesos during May. This event has solidified its position as a major driver of tourism and economic activity in the region, highlighting the significant role of the LGBTQ+ community in the city's development. The article also notes that the LGBTQ+ community has been a key factor in the city's transformation over the past four decades, with the opening of the first gay bar marking the beginning of social and business activism in the area.</w:t>
      </w:r>
      <w:r/>
    </w:p>
    <w:p>
      <w:pPr>
        <w:pStyle w:val="ListNumber"/>
        <w:spacing w:line="240" w:lineRule="auto"/>
        <w:ind w:left="720"/>
      </w:pPr>
      <w:r/>
      <w:hyperlink r:id="rId11">
        <w:r>
          <w:rPr>
            <w:color w:val="0000EE"/>
            <w:u w:val="single"/>
          </w:rPr>
          <w:t>https://www.eleconomista.com.mx/los-especiales/pride-convierte-celebracion-en-derrama-economica-mexico-20260627-820550.html</w:t>
        </w:r>
      </w:hyperlink>
      <w:r>
        <w:t xml:space="preserve"> - El Economista reports that Pride events in Mexico, including those in Puerto Vallarta, have evolved from social visibility to becoming significant economic drivers. In 2026, Pride celebrations have been recognised as a tourist agenda with economic and inclusion impacts. The article highlights that Pride marches now activate hotels, restaurants, bars, transportation, commerce, entertainment, and tourism promotion, showcasing the economic potential of these events.</w:t>
      </w:r>
      <w:r/>
    </w:p>
    <w:p>
      <w:pPr>
        <w:pStyle w:val="ListNumber"/>
        <w:spacing w:line="240" w:lineRule="auto"/>
        <w:ind w:left="720"/>
      </w:pPr>
      <w:r/>
      <w:hyperlink r:id="rId12">
        <w:r>
          <w:rPr>
            <w:color w:val="0000EE"/>
            <w:u w:val="single"/>
          </w:rPr>
          <w:t>https://www.gayguidevallarta.com/calendar/event/10999</w:t>
        </w:r>
      </w:hyperlink>
      <w:r>
        <w:t xml:space="preserve"> - GayGuide Vallarta provides details about Duckathon 2026, an annual fundraiser supporting the Vallarta Gay+ Community Center. The event, titled 'Duckathon 2026: Making Waves,' took place on May 27, 2026, at Casa Cupula's Pool Club. Attendees enjoyed live performances from local artists, a curated food tasting experience, and the 'Duckathon Donation Game,' where guests selected floating ducks for a chance to win prizes while supporting the centre's programmes and services. The funds raised during Duckathon directly benefit the centre's initiatives, including mental health services, community education, and wellness programmes for the LGBTQ+ community.</w:t>
      </w:r>
      <w:r/>
    </w:p>
    <w:p>
      <w:pPr>
        <w:pStyle w:val="ListNumber"/>
        <w:spacing w:line="240" w:lineRule="auto"/>
        <w:ind w:left="720"/>
      </w:pPr>
      <w:r/>
      <w:hyperlink r:id="rId14">
        <w:r>
          <w:rPr>
            <w:color w:val="0000EE"/>
            <w:u w:val="single"/>
          </w:rPr>
          <w:t>https://mexicodailypost.news/2026/05/20/vallarta-pride-2026-kicks-off-up-to-35000-visitors-expected/</w:t>
        </w:r>
      </w:hyperlink>
      <w:r>
        <w:t xml:space="preserve"> - Mexico Daily Post reports that Vallarta Pride 2026 kicked off in Puerto Vallarta with cultural, artistic, sporting, and entertainment activities from May 17 to 24, under the theme 'The New Era: A Truly Mexican Pride.' The event attracted between 30,000 and 35,000 national and international tourists, primarily from the United States, Canada, and Colombia. Organisers and municipal and state authorities highlighted the economic and tourism impact of this event for the destination, with the LGBTQ+ community representing 40% of the economic impact in Vallarta.</w:t>
      </w:r>
      <w:r/>
    </w:p>
    <w:p>
      <w:pPr>
        <w:pStyle w:val="ListNumber"/>
        <w:spacing w:line="240" w:lineRule="auto"/>
        <w:ind w:left="720"/>
      </w:pPr>
      <w:r/>
      <w:hyperlink r:id="rId15">
        <w:r>
          <w:rPr>
            <w:color w:val="0000EE"/>
            <w:u w:val="single"/>
          </w:rPr>
          <w:t>https://zeromagazine.mx/index.php/2026/06/07/historia-vallarta-pride-2026-puerto-vallarta/</w:t>
        </w:r>
      </w:hyperlink>
      <w:r>
        <w:t xml:space="preserve"> - Zero Magazine discusses the significant impact of Vallarta Pride 2026 on Puerto Vallarta, noting that the LGBTQ+ community, along with the business sector and tourism, has been instrumental in the city's transformation. The article highlights that LGBTQ+ tourism accounts for nearly 40% of the city's economic impact, benefiting hotels, restaurants, bars, galleries, tour operators, local businesses, and workers. Vallarta Pride is seen as more than just a week-long celebration; it is the result of decades of community work, business organisation, and the creation of safe spaces that have established Puerto Vallarta as one of the world's most important LGBTQ+ destinations.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pv.com/blog/fundraiserscharity-events/vallarta-gay-community-center-expanding-after-pride-duckathon-donations/" TargetMode="External"/><Relationship Id="rId10" Type="http://schemas.openxmlformats.org/officeDocument/2006/relationships/hyperlink" Target="https://forbes.com.mx/turismo-lgb-en-puerto-vallarta-genera-derrama-de-2000-mdp-durante-pride/" TargetMode="External"/><Relationship Id="rId11" Type="http://schemas.openxmlformats.org/officeDocument/2006/relationships/hyperlink" Target="https://www.eleconomista.com.mx/los-especiales/pride-convierte-celebracion-en-derrama-economica-mexico-20260627-820550.html" TargetMode="External"/><Relationship Id="rId12" Type="http://schemas.openxmlformats.org/officeDocument/2006/relationships/hyperlink" Target="https://www.gayguidevallarta.com/calendar/event/10999" TargetMode="External"/><Relationship Id="rId13" Type="http://schemas.openxmlformats.org/officeDocument/2006/relationships/hyperlink" Target="https://vallartagaycc.org/" TargetMode="External"/><Relationship Id="rId14" Type="http://schemas.openxmlformats.org/officeDocument/2006/relationships/hyperlink" Target="https://mexicodailypost.news/2026/05/20/vallarta-pride-2026-kicks-off-up-to-35000-visitors-expected/" TargetMode="External"/><Relationship Id="rId15" Type="http://schemas.openxmlformats.org/officeDocument/2006/relationships/hyperlink" Target="https://zeromagazine.mx/index.php/2026/06/07/historia-vallarta-pride-2026-puerto-vallar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