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Things to Do in Houston This July 3–5: Pride-Ready Picks and Free Concerts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revelers are flocking to Montrose and beyond for a long weekend of drag, live theatre and free patriotic concerts , here’s what queer Houstonians and visitors should know, where to go and why these picks matter for a fun, safe Fourth of July.</w:t>
      </w:r>
      <w:r/>
    </w:p>
    <w:p>
      <w:r/>
      <w:r>
        <w:t>Essential Takeaways</w:t>
      </w:r>
      <w:r/>
      <w:r/>
    </w:p>
    <w:p>
      <w:pPr>
        <w:pStyle w:val="ListBullet"/>
        <w:spacing w:line="240" w:lineRule="auto"/>
        <w:ind w:left="720"/>
      </w:pPr>
      <w:r/>
      <w:r>
        <w:rPr>
          <w:b/>
        </w:rPr>
        <w:t>Free highlight:</w:t>
      </w:r>
      <w:r>
        <w:t xml:space="preserve"> Ben Chavez joins the Houston Symphony for two free Star-Spangled Salute concerts with fireworks at Miller Outdoor Theatre. </w:t>
      </w:r>
      <w:r/>
    </w:p>
    <w:p>
      <w:pPr>
        <w:pStyle w:val="ListBullet"/>
        <w:spacing w:line="240" w:lineRule="auto"/>
        <w:ind w:left="720"/>
      </w:pPr>
      <w:r/>
      <w:r>
        <w:rPr>
          <w:b/>
        </w:rPr>
        <w:t>Campy theatre:</w:t>
      </w:r>
      <w:r>
        <w:t xml:space="preserve"> Spamilton plays its final weekend at Stages , a cheeky Hamilton parody with a mini-musical double bill. </w:t>
      </w:r>
      <w:r/>
    </w:p>
    <w:p>
      <w:pPr>
        <w:pStyle w:val="ListBullet"/>
        <w:spacing w:line="240" w:lineRule="auto"/>
        <w:ind w:left="720"/>
      </w:pPr>
      <w:r/>
      <w:r>
        <w:rPr>
          <w:b/>
        </w:rPr>
        <w:t>Club energy:</w:t>
      </w:r>
      <w:r>
        <w:t xml:space="preserve"> South Beach hosts a red-white-and-blue dance night with DJ Joe Ross, promising a packed, high-energy floor. </w:t>
      </w:r>
      <w:r/>
    </w:p>
    <w:p>
      <w:pPr>
        <w:pStyle w:val="ListBullet"/>
        <w:spacing w:line="240" w:lineRule="auto"/>
        <w:ind w:left="720"/>
      </w:pPr>
      <w:r/>
      <w:r>
        <w:rPr>
          <w:b/>
        </w:rPr>
        <w:t>Community vibes:</w:t>
      </w:r>
      <w:r>
        <w:t xml:space="preserve"> The Culture Cookout’s Era edition is a midday drag-and-food celebration that's family-style and culture-forward. </w:t>
      </w:r>
      <w:r/>
    </w:p>
    <w:p>
      <w:pPr>
        <w:pStyle w:val="ListBullet"/>
        <w:spacing w:line="240" w:lineRule="auto"/>
        <w:ind w:left="720"/>
      </w:pPr>
      <w:r/>
      <w:r>
        <w:rPr>
          <w:b/>
        </w:rPr>
        <w:t>Brunch + sport:</w:t>
      </w:r>
      <w:r>
        <w:t xml:space="preserve"> Gristworkz brings back a brunch buffet to watch the Great Britain Grand Prix live , casual, queer-friendly and tasty.</w:t>
      </w:r>
      <w:r/>
      <w:r/>
    </w:p>
    <w:p>
      <w:pPr>
        <w:pStyle w:val="Heading2"/>
      </w:pPr>
      <w:r>
        <w:t>Free music and fireworks: Ben Chavez and the Houston Symphony worth an evening out</w:t>
      </w:r>
      <w:r/>
    </w:p>
    <w:p>
      <w:r/>
      <w:r>
        <w:t>If you like your holiday with a side of orchestral pomp, this is the one to pencil in, because Ben Chavez teams with the Houston Symphony for two Star-Spangled Salute shows. The Miller Outdoor Theatre performance on July 4 ends with fireworks , that crack and glow on the skyline is hard to beat. Covered seats can be reserved and hillside seating is first-come, first-served, so get there early if you want a grassy perch. According to the symphony listings, Chavez has a history on stage in musical theatre, so expect showmanship as well as big, familiar patriotic tunes. Bring a picnic blanket, dress for warm evenings, and remember insect repellent.</w:t>
      </w:r>
      <w:r/>
    </w:p>
    <w:p>
      <w:pPr>
        <w:pStyle w:val="Heading2"/>
      </w:pPr>
      <w:r>
        <w:t>Laugh-out-loud camp: Spamilton’s last weekend at Stages</w:t>
      </w:r>
      <w:r/>
    </w:p>
    <w:p>
      <w:r/>
      <w:r>
        <w:t>Spamilton has been roasting Hamilton with affectionate savagery, and July 3 is your last chance to catch the double bill that includes 21 Chump Street, a bite-sized Lin-Manuel Miranda mini-musical. Reviews around town call it a funny, loving send-up, the kind of show that’s loud, fast and deliberately silly , perfect for a post-parade energy swing. Stages’ production plays up parody and pop culture, so go expecting quick costume gags, sharp punchlines and a room that enjoys itself. Tickets have been available through venue and ticketing sites; snag seats early on nights like this.</w:t>
      </w:r>
      <w:r/>
    </w:p>
    <w:p>
      <w:pPr>
        <w:pStyle w:val="Heading2"/>
      </w:pPr>
      <w:r>
        <w:t>Dancefloor politics: South Beach’s Fourth of July party with DJ Joe Ross</w:t>
      </w:r>
      <w:r/>
    </w:p>
    <w:p>
      <w:r/>
      <w:r>
        <w:t>Montrose nightlife turns up on the holiday with South Beach’s Independence Day weekend party. Joe Ross, a local favourite and multiple winner in community polls, has a reputation for keeping the dancefloor packed. The crowd is 21+ and the vibe is high-energy , wear your themed outfit if you want to stand out. If you prefer a quieter celebration, note the nightclubs will be loud and packed; if you love people-watching and queerness on full display, this is exactly the scene.</w:t>
      </w:r>
      <w:r/>
    </w:p>
    <w:p>
      <w:pPr>
        <w:pStyle w:val="Heading2"/>
      </w:pPr>
      <w:r>
        <w:t>Drag, food and culture: The Culture Cookout’s Era edition keeps it community-first</w:t>
      </w:r>
      <w:r/>
    </w:p>
    <w:p>
      <w:r/>
      <w:r>
        <w:t>The Culture Cookout continues its drag brunch-style tradition with an "Era" theme that celebrates the cultures and music that knit the city together. With Biconic hosting and familiar drag names on the bill, it’s less about spectacle and more about heritage, community references and shared food. Expect cameos, DJs and a friendly, daytime atmosphere , a great option if you want a social, nourishing midday event rather than a late-night queue.</w:t>
      </w:r>
      <w:r/>
    </w:p>
    <w:p>
      <w:pPr>
        <w:pStyle w:val="Heading2"/>
      </w:pPr>
      <w:r>
        <w:t>Brunch, racing and queer-friendly cafes: Gristworkz Buffets returns for the Grand Prix</w:t>
      </w:r>
      <w:r/>
    </w:p>
    <w:p>
      <w:r/>
      <w:r>
        <w:t>If your idea of July 5th is eggs and engines, Gristworkz combines a brunch buffet with a live broadcast of the Great Britain Grand Prix. It’s a casual, welcoming spot for LGBTQ patrons and allies, and a booked brunch can be a nice reset after the holiday. The event is ticketed at a set buffet price, so you know what to expect; get there early to nab a screen-side table and brunch with friends.</w:t>
      </w:r>
      <w:r/>
    </w:p>
    <w:p>
      <w:pPr>
        <w:pStyle w:val="Heading2"/>
      </w:pPr>
      <w:r>
        <w:t>Tips for navigating the long weekend safely and happily</w:t>
      </w:r>
      <w:r/>
    </w:p>
    <w:p>
      <w:r/>
      <w:r>
        <w:t>Plan transport in advance: rideshares will surge and parking gets scarce in Montrose and near city parks. Pack a compact rain jacket , July evenings can surprise you. If you’re attending free outdoor concerts, bring water, sunscreen and a low chair. For theatre nights, double-check run times and whether there’s a same-night curtain to catch both shows. And finally, if you’re new to local queer spaces, remember most venues are welcoming; a little friendly eye contact and a "Hi, is this seat taken?" goes a long way.</w:t>
      </w:r>
      <w:r/>
    </w:p>
    <w:p>
      <w:r/>
      <w:r>
        <w:t>It's a small change to your weekend plans that can make the Fourth feel like a proper neighbourhood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https://www.outsmartmagazine.com/2026/07/queer-tthings-to-do-houston-july-3-5-2026/</w:t>
        </w:r>
      </w:hyperlink>
      <w:r>
        <w:t xml:space="preserve"> - Please view link - unable to able to access data</w:t>
      </w:r>
      <w:r/>
    </w:p>
    <w:p>
      <w:pPr>
        <w:pStyle w:val="ListNumber"/>
        <w:spacing w:line="240" w:lineRule="auto"/>
        <w:ind w:left="720"/>
      </w:pPr>
      <w:r/>
      <w:hyperlink r:id="rId10">
        <w:r>
          <w:rPr>
            <w:color w:val="0000EE"/>
            <w:u w:val="single"/>
          </w:rPr>
          <w:t>https://stageshouston.com/event/spamilton-an-american-parody/</w:t>
        </w:r>
      </w:hyperlink>
      <w:r>
        <w:t xml:space="preserve"> - Stages Houston presents 'Spamilton: An American Parody,' a musical comedy that humorously chronicles Lin-Manuel Miranda's rise to fame following his success with 'Hamilton.' The production also features '21 Chump Street,' a rarely performed mini-musical by Miranda that offers comedic commentary on the pressures teenagers face while navigating the 'War on Drugs.' The double-feature runs through July 5, 2026, at Stages, 800 Rosine St. For tickets and more information, visit their official website.</w:t>
      </w:r>
      <w:r/>
    </w:p>
    <w:p>
      <w:pPr>
        <w:pStyle w:val="ListNumber"/>
        <w:spacing w:line="240" w:lineRule="auto"/>
        <w:ind w:left="720"/>
      </w:pPr>
      <w:r/>
      <w:hyperlink r:id="rId11">
        <w:r>
          <w:rPr>
            <w:color w:val="0000EE"/>
            <w:u w:val="single"/>
          </w:rPr>
          <w:t>https://www.houstonpress.com/arts/spamilton-roasts-hamilton-in-a-funny-but-loving-way-at-stages/</w:t>
        </w:r>
      </w:hyperlink>
      <w:r>
        <w:t xml:space="preserve"> - 'Spamilton: An American Parody' at Stages Houston offers a witty and affectionate spoof of 'Hamilton.' The production, created by Tony Award-winner Gerard Alessandrini, uses characters from 'Hamilton' to satirise various Broadway tropes and musical styles. The show has been extended through July 5, 2026, due to its popularity. For more details, refer to the Houston Press article.</w:t>
      </w:r>
      <w:r/>
    </w:p>
    <w:p>
      <w:pPr>
        <w:pStyle w:val="ListNumber"/>
        <w:spacing w:line="240" w:lineRule="auto"/>
        <w:ind w:left="720"/>
      </w:pPr>
      <w:r/>
      <w:hyperlink r:id="rId14">
        <w:r>
          <w:rPr>
            <w:color w:val="0000EE"/>
            <w:u w:val="single"/>
          </w:rPr>
          <w:t>https://365thingsinhouston.com/stages-presents-spamilton-an-american-parody-at-the-gordy/</w:t>
        </w:r>
      </w:hyperlink>
      <w:r>
        <w:t xml:space="preserve"> - Stages Houston is hosting 'Spamilton: An American Parody' at The Gordy theatre. This musical parody, created by Gerard Alessandrini, features a versatile cast of six and offers a humorous take on Broadway history. The production also includes '21 Chump Street,' a rarely performed mini-musical by Miranda. The show runs through July 5, 2026. For tickets and more information, visit 365 Things in Houston.</w:t>
      </w:r>
      <w:r/>
    </w:p>
    <w:p>
      <w:pPr>
        <w:pStyle w:val="ListNumber"/>
        <w:spacing w:line="240" w:lineRule="auto"/>
        <w:ind w:left="720"/>
      </w:pPr>
      <w:r/>
      <w:hyperlink r:id="rId12">
        <w:r>
          <w:rPr>
            <w:color w:val="0000EE"/>
            <w:u w:val="single"/>
          </w:rPr>
          <w:t>https://www.ticketmaster.com/spamilton-an-american-parody-houston-06-14-2026/event/Z7r9jZ1A7_z7A</w:t>
        </w:r>
      </w:hyperlink>
      <w:r>
        <w:t xml:space="preserve"> - Ticketmaster provides ticketing services for 'Spamilton: An American Parody' at Stages Houston. The event is scheduled for June 14, 2026, at 2:00 PM at the Sterling Stage. For ticket availability and pricing, visit the Ticketmaster event page.</w:t>
      </w:r>
      <w:r/>
    </w:p>
    <w:p>
      <w:pPr>
        <w:pStyle w:val="ListNumber"/>
        <w:spacing w:line="240" w:lineRule="auto"/>
        <w:ind w:left="720"/>
      </w:pPr>
      <w:r/>
      <w:hyperlink r:id="rId13">
        <w:r>
          <w:rPr>
            <w:color w:val="0000EE"/>
            <w:u w:val="single"/>
          </w:rPr>
          <w:t>https://www.ticketmaster.com/spamilton-an-american-parody-houston-06-03-2026/event/Z7r9jZ1A7_zea</w:t>
        </w:r>
      </w:hyperlink>
      <w:r>
        <w:t xml:space="preserve"> - Ticketmaster offers tickets for 'Spamilton: An American Parody' at Stages Houston on June 3, 2026, at 7:00 PM at the Sterling Stage. For ticket details and availability, visit the Ticketmaster event page.</w:t>
      </w:r>
      <w:r/>
    </w:p>
    <w:p>
      <w:pPr>
        <w:pStyle w:val="ListNumber"/>
        <w:spacing w:line="240" w:lineRule="auto"/>
        <w:ind w:left="720"/>
      </w:pPr>
      <w:r/>
      <w:hyperlink r:id="rId15">
        <w:r>
          <w:rPr>
            <w:color w:val="0000EE"/>
            <w:u w:val="single"/>
          </w:rPr>
          <w:t>https://www.houstonstageguide.com/</w:t>
        </w:r>
      </w:hyperlink>
      <w:r>
        <w:t xml:space="preserve"> - Houston Stage Guide is a comprehensive resource for theatre productions in Houston. It features listings of current and upcoming shows, including 'Spamilton: An American Parody' at Stages Houston. For more information on this and other performances, visit their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martmagazine.com/2026/07/queer-tthings-to-do-houston-july-3-5-2026/" TargetMode="External"/><Relationship Id="rId10" Type="http://schemas.openxmlformats.org/officeDocument/2006/relationships/hyperlink" Target="https://stageshouston.com/event/spamilton-an-american-parody/" TargetMode="External"/><Relationship Id="rId11" Type="http://schemas.openxmlformats.org/officeDocument/2006/relationships/hyperlink" Target="https://www.houstonpress.com/arts/spamilton-roasts-hamilton-in-a-funny-but-loving-way-at-stages/" TargetMode="External"/><Relationship Id="rId12" Type="http://schemas.openxmlformats.org/officeDocument/2006/relationships/hyperlink" Target="https://www.ticketmaster.com/spamilton-an-american-parody-houston-06-14-2026/event/Z7r9jZ1A7_z7A" TargetMode="External"/><Relationship Id="rId13" Type="http://schemas.openxmlformats.org/officeDocument/2006/relationships/hyperlink" Target="https://www.ticketmaster.com/spamilton-an-american-parody-houston-06-03-2026/event/Z7r9jZ1A7_zea" TargetMode="External"/><Relationship Id="rId14" Type="http://schemas.openxmlformats.org/officeDocument/2006/relationships/hyperlink" Target="https://365thingsinhouston.com/stages-presents-spamilton-an-american-parody-at-the-gordy/" TargetMode="External"/><Relationship Id="rId15" Type="http://schemas.openxmlformats.org/officeDocument/2006/relationships/hyperlink" Target="https://www.houstonstageguid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