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Summer Market Phoenix 2026: A Celebration of Community and Small Business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up to Phoenix’s Queer Summer Market, where makers, vendors and entrepreneurs gathered on June 14th to sell, connect and celebrate , and where the Greater Phoenix Equality Chamber of Commerce’s work to create economic opportunity for LGBTQ+ business owners was on clear display.</w:t>
      </w:r>
      <w:r/>
    </w:p>
    <w:p>
      <w:r/>
      <w:r>
        <w:t>Essential Takeaways</w:t>
      </w:r>
      <w:r/>
      <w:r/>
    </w:p>
    <w:p>
      <w:pPr>
        <w:pStyle w:val="ListBullet"/>
        <w:spacing w:line="240" w:lineRule="auto"/>
        <w:ind w:left="720"/>
      </w:pPr>
      <w:r/>
      <w:r>
        <w:rPr>
          <w:b/>
        </w:rPr>
        <w:t>Vibrant marketplace:</w:t>
      </w:r>
      <w:r>
        <w:t xml:space="preserve"> Local queer-owned and allied small businesses showcased creative, handmade and service offerings in a welcoming outdoor space.</w:t>
      </w:r>
      <w:r/>
    </w:p>
    <w:p>
      <w:pPr>
        <w:pStyle w:val="ListBullet"/>
        <w:spacing w:line="240" w:lineRule="auto"/>
        <w:ind w:left="720"/>
      </w:pPr>
      <w:r/>
      <w:r>
        <w:rPr>
          <w:b/>
        </w:rPr>
        <w:t>Community-first energy:</w:t>
      </w:r>
      <w:r>
        <w:t xml:space="preserve"> The market prioritised connection over pure commerce, with conversations and collaborations sparking long after transactions.</w:t>
      </w:r>
      <w:r/>
    </w:p>
    <w:p>
      <w:pPr>
        <w:pStyle w:val="ListBullet"/>
        <w:spacing w:line="240" w:lineRule="auto"/>
        <w:ind w:left="720"/>
      </w:pPr>
      <w:r/>
      <w:r>
        <w:rPr>
          <w:b/>
        </w:rPr>
        <w:t>Organisational backbone:</w:t>
      </w:r>
      <w:r>
        <w:t xml:space="preserve"> The Greater Phoenix Equality Chamber of Commerce organised the event to boost visibility and economic opportunity for LGBTQ+ entrepreneurs.</w:t>
      </w:r>
      <w:r/>
    </w:p>
    <w:p>
      <w:pPr>
        <w:pStyle w:val="ListBullet"/>
        <w:spacing w:line="240" w:lineRule="auto"/>
        <w:ind w:left="720"/>
      </w:pPr>
      <w:r/>
      <w:r>
        <w:rPr>
          <w:b/>
        </w:rPr>
        <w:t>Practical support:</w:t>
      </w:r>
      <w:r>
        <w:t xml:space="preserve"> Vendors and attendees benefited from member resources and networking opportunities designed to turn chance chats into referrals.</w:t>
      </w:r>
      <w:r/>
    </w:p>
    <w:p>
      <w:pPr>
        <w:pStyle w:val="ListBullet"/>
        <w:spacing w:line="240" w:lineRule="auto"/>
        <w:ind w:left="720"/>
      </w:pPr>
      <w:r/>
      <w:r>
        <w:rPr>
          <w:b/>
        </w:rPr>
        <w:t>Photography and storytelling:</w:t>
      </w:r>
      <w:r>
        <w:t xml:space="preserve"> Event photographers documented goods and faces beautifully, helping vendors lift their brands with authentic imagery.</w:t>
      </w:r>
      <w:r/>
      <w:r/>
    </w:p>
    <w:p>
      <w:pPr>
        <w:pStyle w:val="Heading2"/>
      </w:pPr>
      <w:r>
        <w:t>A room that feels like home , and why that matters to small businesses</w:t>
      </w:r>
      <w:r/>
    </w:p>
    <w:p>
      <w:r/>
      <w:r>
        <w:t>Walk into the Queer Summer Market and the first thing you notice is how easy it is to breathe , the mood is casual, warm and oddly restorative. Photographers and shoppers alike remarked on the sense of belonging that day, a feeling that’s part social balm and part business advantage for vendors. When customers feel seen, they’re more likely to linger, ask questions and buy.</w:t>
      </w:r>
      <w:r/>
    </w:p>
    <w:p>
      <w:r/>
      <w:r>
        <w:t>The event was staged as more than a market; it was curated to help queer entrepreneurs meet buyers, collaborators and allies in a space built for them. According to the Greater Phoenix Equality Chamber of Commerce, creating these kinds of intentional gatherings is central to expanding economic opportunity for LGBTQ+ business owners across the metro area.</w:t>
      </w:r>
      <w:r/>
    </w:p>
    <w:p>
      <w:pPr>
        <w:pStyle w:val="Heading2"/>
      </w:pPr>
      <w:r>
        <w:t>Behind the scenes: the Chamber’s quiet, steady work</w:t>
      </w:r>
      <w:r/>
    </w:p>
    <w:p>
      <w:r/>
      <w:r>
        <w:t>This market didn’t spring up by accident. The Greater Phoenix Equality Chamber of Commerce organises events, offers member benefits and channels resources so queer-owned businesses can grow intentionally. Their work includes networking, advocacy and practical business supports that matter when you’re starting out or scaling up.</w:t>
      </w:r>
      <w:r/>
    </w:p>
    <w:p>
      <w:r/>
      <w:r>
        <w:t>Vendors at the market said the Chamber’s role is often the difference between being seen once and being able to build ongoing relationships. For many small operators, that infrastructure , a place to be visible and a pipeline to potential customers , is invaluable.</w:t>
      </w:r>
      <w:r/>
    </w:p>
    <w:p>
      <w:pPr>
        <w:pStyle w:val="Heading2"/>
      </w:pPr>
      <w:r>
        <w:t>Why in-person still wins: connections you can’t manufacture online</w:t>
      </w:r>
      <w:r/>
    </w:p>
    <w:p>
      <w:r/>
      <w:r>
        <w:t>There’s been a lot of talk about digital storefronts and social reach, but markets like this prove that face-to-face moments still convert in ways algorithms can’t. Conversations at a stall, the texture of a product in hand, a knowing laugh with the person behind the table , those micro-experiences turn into referrals, collaborations and long-term customers.</w:t>
      </w:r>
      <w:r/>
    </w:p>
    <w:p>
      <w:r/>
      <w:r>
        <w:t>Organisers and attendees found deals and contacts that felt serendipitous, but were really the fruit of careful curation. If you’re a maker thinking of selling at future markets, prioritise a simple, tactile display and a short, human story about your work , buyers respond to authenticity.</w:t>
      </w:r>
      <w:r/>
    </w:p>
    <w:p>
      <w:pPr>
        <w:pStyle w:val="Heading2"/>
      </w:pPr>
      <w:r>
        <w:t>How vendors can make the most of events like this</w:t>
      </w:r>
      <w:r/>
    </w:p>
    <w:p>
      <w:r/>
      <w:r>
        <w:t>Treat a market like a mini investment rather than a one-off sale. Bring printed cards, a mailing-list sign-up, and a few well-shot images that tell your brand’s story. Photographers at the event offered personal-branding sessions to help vendors capture professional visuals; consider booking a session after a market when momentum is high.</w:t>
      </w:r>
      <w:r/>
    </w:p>
    <w:p>
      <w:r/>
      <w:r>
        <w:t>Also, follow up. A friendly email or social post tagging new contacts keeps the conversation alive and turns passing interest into paying customers. The Chamber provides member benefits that include promotion and learning opportunities; joining can amplify your presence beyond a single weekend.</w:t>
      </w:r>
      <w:r/>
    </w:p>
    <w:p>
      <w:pPr>
        <w:pStyle w:val="Heading2"/>
      </w:pPr>
      <w:r>
        <w:t>What to expect next , and how to join in</w:t>
      </w:r>
      <w:r/>
    </w:p>
    <w:p>
      <w:r/>
      <w:r>
        <w:t>Community-led events in Phoenix are growing in scale and frequency, from curated markets to Pride-area festivals and day events that bring local audiences together. Keep an eye on event listings and the Chamber’s calendar for upcoming markets and workshops. For visitors, arrive curious, bring cash and an open mind , you’ll likely leave with more than you planned to buy.</w:t>
      </w:r>
      <w:r/>
    </w:p>
    <w:p>
      <w:r/>
      <w:r>
        <w:t>It’s a small change that can make every market moment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[5]</w:t>
        </w:r>
      </w:hyperlink>
      <w:r>
        <w:t xml:space="preserve">- Paragraph 5: </w:t>
      </w:r>
      <w:hyperlink r:id="rId13">
        <w:r>
          <w:rPr>
            <w:color w:val="0000EE"/>
            <w:u w:val="single"/>
          </w:rPr>
          <w:t>[4]</w:t>
        </w:r>
      </w:hyperlink>
      <w:r>
        <w:t xml:space="preserve">, </w:t>
      </w:r>
      <w:hyperlink r:id="rId9">
        <w:r>
          <w:rPr>
            <w:color w:val="0000EE"/>
            <w:u w:val="single"/>
          </w:rPr>
          <w:t>[1]</w:t>
        </w:r>
      </w:hyperlink>
      <w:r>
        <w:t xml:space="preserve">- Paragraph 6: </w:t>
      </w:r>
      <w:hyperlink r:id="rId11">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https://sandishipleyphotography.com/queer-summer-market-phoenix-2026/?utm_source=rss&amp;utm_medium=rss&amp;utm_campaign=queer-summer-market-phoenix-2026</w:t>
        </w:r>
      </w:hyperlink>
      <w:r>
        <w:t xml:space="preserve"> - Please view link - unable to able to access data</w:t>
      </w:r>
      <w:r/>
    </w:p>
    <w:p>
      <w:pPr>
        <w:pStyle w:val="ListNumber"/>
        <w:spacing w:line="240" w:lineRule="auto"/>
        <w:ind w:left="720"/>
      </w:pPr>
      <w:r/>
      <w:hyperlink r:id="rId10">
        <w:r>
          <w:rPr>
            <w:color w:val="0000EE"/>
            <w:u w:val="single"/>
          </w:rPr>
          <w:t>https://www.equalitychamber.org/</w:t>
        </w:r>
      </w:hyperlink>
      <w:r>
        <w:t xml:space="preserve"> - The Greater Phoenix Equality Chamber of Commerce (GPECC) is Arizona's LGBTQ+ and allied chamber of commerce, dedicated to supporting, connecting, and advocating for LGBTQ+ owned businesses, professionals, and inclusive companies throughout the region. Their mission is to promote business equality, economic growth, and community engagement by creating opportunities for LGBTQ+ businesses and professionals to thrive. Membership is open to LGBTQ+ owned businesses, allied businesses, nonprofits, entrepreneurs, and individuals who support diversity, equity, inclusion, and economic empowerment. GPECC offers various member benefits, including networking opportunities, professional development, and access to resources that help businesses succeed.</w:t>
      </w:r>
      <w:r/>
    </w:p>
    <w:p>
      <w:pPr>
        <w:pStyle w:val="ListNumber"/>
        <w:spacing w:line="240" w:lineRule="auto"/>
        <w:ind w:left="720"/>
      </w:pPr>
      <w:r/>
      <w:hyperlink r:id="rId12">
        <w:r>
          <w:rPr>
            <w:color w:val="0000EE"/>
            <w:u w:val="single"/>
          </w:rPr>
          <w:t>https://www.equalitychamber.org/about-gpecc</w:t>
        </w:r>
      </w:hyperlink>
      <w:r>
        <w:t xml:space="preserve"> - Founded in 1980, the Greater Phoenix Equality Chamber of Commerce (GPECC) is one of the oldest non-profit LGBTQ+ Chambers of Commerce in the United States. The Chamber's mission is to provide opportunities for LGBTQ+ business owners and their allies to form enduring relationships through professional programming, mixers, networking events, business activism, and by supporting Phoenix charitable organizations. GPECC envisions a vibrant business environment where LGBTQ+ businesses are a thriving and integral part of the economy, and the LGBTQ+ community is respected, valued, and celebrated.</w:t>
      </w:r>
      <w:r/>
    </w:p>
    <w:p>
      <w:pPr>
        <w:pStyle w:val="ListNumber"/>
        <w:spacing w:line="240" w:lineRule="auto"/>
        <w:ind w:left="720"/>
      </w:pPr>
      <w:r/>
      <w:hyperlink r:id="rId13">
        <w:r>
          <w:rPr>
            <w:color w:val="0000EE"/>
            <w:u w:val="single"/>
          </w:rPr>
          <w:t>https://www.equalitychamber.org/member-benefits</w:t>
        </w:r>
      </w:hyperlink>
      <w:r>
        <w:t xml:space="preserve"> - Membership in the Greater Phoenix Equality Chamber of Commerce (GPECC) offers access to Arizona's largest network dedicated to supporting LGBTQ+ and allied businesses, professionals, and entrepreneurs. Members benefit from networking opportunities, professional development, and resources that help businesses thrive. GPECC is committed to creating a stronger, more inclusive economy where every business has the opportunity to succeed, fostering an environment where businesses can grow and connect with the community.</w:t>
      </w:r>
      <w:r/>
    </w:p>
    <w:p>
      <w:pPr>
        <w:pStyle w:val="ListNumber"/>
        <w:spacing w:line="240" w:lineRule="auto"/>
        <w:ind w:left="720"/>
      </w:pPr>
      <w:r/>
      <w:hyperlink r:id="rId11">
        <w:r>
          <w:rPr>
            <w:color w:val="0000EE"/>
            <w:u w:val="single"/>
          </w:rPr>
          <w:t>https://www.eventeny.com/events/2nd-annual-queer-summer-market-25296/</w:t>
        </w:r>
      </w:hyperlink>
      <w:r>
        <w:t xml:space="preserve"> - The 2nd Annual Queer Summer Market, hosted by the Greater Phoenix Equality Chamber of Commerce, is a vibrant celebration of creativity, community, and commerce. The event showcases LGBTQ+ artisans, entrepreneurs, and small businesses, providing a platform for local makers to connect with the community and promote economic empowerment within the LGBTQ+ community. Attendees can browse a diverse range of vendors, enjoy live entertainment, and participate in interactive experiences, all in an inclusive and welcoming environment.</w:t>
      </w:r>
      <w:r/>
    </w:p>
    <w:p>
      <w:pPr>
        <w:pStyle w:val="ListNumber"/>
        <w:spacing w:line="240" w:lineRule="auto"/>
        <w:ind w:left="720"/>
      </w:pPr>
      <w:r/>
      <w:hyperlink r:id="rId15">
        <w:r>
          <w:rPr>
            <w:color w:val="0000EE"/>
            <w:u w:val="single"/>
          </w:rPr>
          <w:t>https://www.sponsormyevent.com/colorz-pride-day-phoenix</w:t>
        </w:r>
      </w:hyperlink>
      <w:r>
        <w:t xml:space="preserve"> - COLORZ is an annual Pride celebration hosted by Survival Social Club in Phoenix, centred on queer joy, community, and self-expression. Now in its 5th year, the event brings together over 500 attendees for a high-energy daytime experience blending music, culture, and connection. Guests can expect a vibrant atmosphere featuring live DJs, dance floor moments inspired by ballroom culture, interactive experiences like tattoos and tooth gems, a photobooth, and curated brand activations. The event is designed to create an inclusive space for LGBTQ+ individuals and allies to celebrate identity and community in a safe, expressive environment.</w:t>
      </w:r>
      <w:r/>
    </w:p>
    <w:p>
      <w:pPr>
        <w:pStyle w:val="ListNumber"/>
        <w:spacing w:line="240" w:lineRule="auto"/>
        <w:ind w:left="720"/>
      </w:pPr>
      <w:r/>
      <w:hyperlink r:id="rId14">
        <w:r>
          <w:rPr>
            <w:color w:val="0000EE"/>
            <w:u w:val="single"/>
          </w:rPr>
          <w:t>https://www.simpletix.com/e/pride-fest-az-presents-pride-month-experie-tickets-271175</w:t>
        </w:r>
      </w:hyperlink>
      <w:r>
        <w:t xml:space="preserve"> - PRIDE FEST AZ PRESENTS: PRIDE MONTH EXPERIENCE is a full-scale nightlife and performance event featuring live music, drag, DJs, and community talent, all in one unforgettable night. The event includes headline entertainers such as Morphine Love Dion and Lucky Starzzz, along with live singers, a drag show, and various experiences. Scheduled for June 27, 2026, at The Pemberton in Phoenix, Arizona, the event aims to celebrate Pride Month with a vibrant and inclusive atmosphere for the LGBTQ+ community and allies.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andishipleyphotography.com/queer-summer-market-phoenix-2026/?utm_source=rss&amp;utm_medium=rss&amp;utm_campaign=queer-summer-market-phoenix-2026" TargetMode="External"/><Relationship Id="rId10" Type="http://schemas.openxmlformats.org/officeDocument/2006/relationships/hyperlink" Target="https://www.equalitychamber.org/" TargetMode="External"/><Relationship Id="rId11" Type="http://schemas.openxmlformats.org/officeDocument/2006/relationships/hyperlink" Target="https://www.eventeny.com/events/2nd-annual-queer-summer-market-25296/" TargetMode="External"/><Relationship Id="rId12" Type="http://schemas.openxmlformats.org/officeDocument/2006/relationships/hyperlink" Target="https://www.equalitychamber.org/about-gpecc" TargetMode="External"/><Relationship Id="rId13" Type="http://schemas.openxmlformats.org/officeDocument/2006/relationships/hyperlink" Target="https://www.equalitychamber.org/member-benefits" TargetMode="External"/><Relationship Id="rId14" Type="http://schemas.openxmlformats.org/officeDocument/2006/relationships/hyperlink" Target="https://www.simpletix.com/e/pride-fest-az-presents-pride-month-experie-tickets-271175" TargetMode="External"/><Relationship Id="rId15" Type="http://schemas.openxmlformats.org/officeDocument/2006/relationships/hyperlink" Target="https://www.sponsormyevent.com/colorz-pride-day-phoeni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