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Shakespeare film to stream: why Private Romeo still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Watchers are rediscovering Private Romeo, a queer spin on Romeo and Juliet set in a US military cadet school, and it's worth a look for its boldness, chemistry and strange, tender blend of camp and seriousness. Here's why this 2008 reworking still resonates and where to find it.</w:t>
      </w:r>
      <w:r/>
    </w:p>
    <w:p>
      <w:r/>
      <w:r>
        <w:t>Essential Takeaways</w:t>
      </w:r>
      <w:r/>
      <w:r/>
    </w:p>
    <w:p>
      <w:pPr>
        <w:pStyle w:val="ListBullet"/>
        <w:spacing w:line="240" w:lineRule="auto"/>
        <w:ind w:left="720"/>
      </w:pPr>
      <w:r/>
      <w:r>
        <w:rPr>
          <w:b/>
        </w:rPr>
        <w:t>Bold concept:</w:t>
      </w:r>
      <w:r>
        <w:t xml:space="preserve"> Private Romeo transposes Shakespeare's text to a modern-day military academy, letting cadets' private feelings mirror the Bard's lines in a close, intimate way. </w:t>
      </w:r>
      <w:r/>
    </w:p>
    <w:p>
      <w:pPr>
        <w:pStyle w:val="ListBullet"/>
        <w:spacing w:line="240" w:lineRule="auto"/>
        <w:ind w:left="720"/>
      </w:pPr>
      <w:r/>
      <w:r>
        <w:rPr>
          <w:b/>
        </w:rPr>
        <w:t>Standout performances:</w:t>
      </w:r>
      <w:r>
        <w:t xml:space="preserve"> Seth Numrich and Matt Doyle share palpable chemistry, while Hale Appleman's Mercutio steals scenes with combustible energy. </w:t>
      </w:r>
      <w:r/>
    </w:p>
    <w:p>
      <w:pPr>
        <w:pStyle w:val="ListBullet"/>
        <w:spacing w:line="240" w:lineRule="auto"/>
        <w:ind w:left="720"/>
      </w:pPr>
      <w:r/>
      <w:r>
        <w:rPr>
          <w:b/>
        </w:rPr>
        <w:t>Tone mix:</w:t>
      </w:r>
      <w:r>
        <w:t xml:space="preserve"> The film shifts between earnest iambic pentameter, indie-rock stylings and high-camp moments, so expect tonal surprises. </w:t>
      </w:r>
      <w:r/>
    </w:p>
    <w:p>
      <w:pPr>
        <w:pStyle w:val="ListBullet"/>
        <w:spacing w:line="240" w:lineRule="auto"/>
        <w:ind w:left="720"/>
      </w:pPr>
      <w:r/>
      <w:r>
        <w:rPr>
          <w:b/>
        </w:rPr>
        <w:t>Practical note:</w:t>
      </w:r>
      <w:r>
        <w:t xml:space="preserve"> It's not widely streamed, but can be purchased on Apple TV+ and appears in film databases and festival circuits. </w:t>
      </w:r>
      <w:r/>
    </w:p>
    <w:p>
      <w:pPr>
        <w:pStyle w:val="ListBullet"/>
        <w:spacing w:line="240" w:lineRule="auto"/>
        <w:ind w:left="720"/>
      </w:pPr>
      <w:r/>
      <w:r>
        <w:rPr>
          <w:b/>
        </w:rPr>
        <w:t>Viewer tip:</w:t>
      </w:r>
      <w:r>
        <w:t xml:space="preserve"> The pared-down cast and uniform haircuts make some characters hard to tell apart; watching with subtitles helps follow which Shakespearean lines map to which cadet.</w:t>
      </w:r>
      <w:r/>
      <w:r/>
    </w:p>
    <w:p>
      <w:pPr>
        <w:pStyle w:val="Heading2"/>
      </w:pPr>
      <w:r>
        <w:t>A queer Romeo and Juliet that feels both tender and cheeky</w:t>
      </w:r>
      <w:r/>
    </w:p>
    <w:p>
      <w:r/>
      <w:r>
        <w:t>Private Romeo leaps out because it lets the cadets inhabit Shakespeare’s words bodily; you can almost feel the dry, heated air of the barracks and the friction of skin against uniform. According to contemporary coverage, director Alan Brown deliberately used the military setting to make a political point about policies that once barred openly gay service members. The result is a film that feels like a private rehearsal of desire, part classroom drama, part gritty romance.</w:t>
      </w:r>
      <w:r/>
    </w:p>
    <w:p>
      <w:pPr>
        <w:pStyle w:val="Heading2"/>
      </w:pPr>
      <w:r>
        <w:t>Why the military academy setting sharpens the story</w:t>
      </w:r>
      <w:r/>
    </w:p>
    <w:p>
      <w:r/>
      <w:r>
        <w:t>Setting the play at SUNY Maritime College gives the movie a striking backdrop: rigid rules, shared living spaces and enforced masculinity make every small gesture freighted. Critics noted that without faculty around the boys are freer to play and perform, turning a literature class into a rehearsal for life. That claustrophobic energy amplifies the emotional stakes without needing big-budget trappings.</w:t>
      </w:r>
      <w:r/>
    </w:p>
    <w:p>
      <w:pPr>
        <w:pStyle w:val="Heading2"/>
      </w:pPr>
      <w:r>
        <w:t>Performances carry both the iambic and the intimacy</w:t>
      </w:r>
      <w:r/>
    </w:p>
    <w:p>
      <w:r/>
      <w:r>
        <w:t>The casting is a major win , Matt Doyle and Seth Numrich bring a believable tenderness, while Hale Appleman’s Mercutio provides the necessary spark and mischief. Reviewers have praised how the young actors handle Shakespeare’s language and transform it into contemporary longing. Even when the script trims major plot beats, the actors' chemistry helps the film land emotionally.</w:t>
      </w:r>
      <w:r/>
    </w:p>
    <w:p>
      <w:pPr>
        <w:pStyle w:val="Heading2"/>
      </w:pPr>
      <w:r>
        <w:t>Tone shifts and odd detours: embrace the weird bits</w:t>
      </w:r>
      <w:r/>
    </w:p>
    <w:p>
      <w:r/>
      <w:r>
        <w:t>Private Romeo isn't a straight-laced adaptation. It mixes verbatim Shakespeare with modern music moments, a late-night gagging scene shot like an indie promo, and campy direct-to-camera serenades. Some viewers love the stylistic leaps; others wish for clearer narrative through-lines. Either way, the tonal variety keeps the film unpredictable and, for many, oddly moving.</w:t>
      </w:r>
      <w:r/>
    </w:p>
    <w:p>
      <w:pPr>
        <w:pStyle w:val="Heading2"/>
      </w:pPr>
      <w:r>
        <w:t>Where to watch and why it still matters</w:t>
      </w:r>
      <w:r/>
    </w:p>
    <w:p>
      <w:r/>
      <w:r>
        <w:t>The film isn't in heavy rotation on streamers, but, for instance, it can be bought on Apple TV+. Film platforms and festival listings keep it alive for curious viewers and students of queer cinema. With renewed interest in reimagined classics and queer storytelling, Private Romeo stands as a memorable example of how radical casting and a bold location can reframe a familiar tale.</w:t>
      </w:r>
      <w:r/>
    </w:p>
    <w:p>
      <w:r/>
      <w:r>
        <w:t>It's a small, surprising film that asks you to listen closely, both to Shakespeare and to the silences between the cadets.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[6]</w:t>
        </w:r>
      </w:hyperlink>
      <w:r>
        <w:t xml:space="preserve">- Paragraph 2: </w:t>
      </w:r>
      <w:hyperlink r:id="rId9">
        <w:r>
          <w:rPr>
            <w:color w:val="0000EE"/>
            <w:u w:val="single"/>
          </w:rPr>
          <w:t>[2]</w:t>
        </w:r>
      </w:hyperlink>
      <w:r>
        <w:t xml:space="preserve">, </w:t>
      </w:r>
      <w:hyperlink r:id="rId11">
        <w:r>
          <w:rPr>
            <w:color w:val="0000EE"/>
            <w:u w:val="single"/>
          </w:rPr>
          <w:t>[3]</w:t>
        </w:r>
      </w:hyperlink>
      <w:r>
        <w:t xml:space="preserve">- Paragraph 3: </w:t>
      </w:r>
      <w:hyperlink r:id="rId9">
        <w:r>
          <w:rPr>
            <w:color w:val="0000EE"/>
            <w:u w:val="single"/>
          </w:rPr>
          <w:t>[2]</w:t>
        </w:r>
      </w:hyperlink>
      <w:r>
        <w:t xml:space="preserve">, </w:t>
      </w:r>
      <w:hyperlink r:id="rId10">
        <w:r>
          <w:rPr>
            <w:color w:val="0000EE"/>
            <w:u w:val="single"/>
          </w:rPr>
          <w:t>[6]</w:t>
        </w:r>
      </w:hyperlink>
      <w:r>
        <w:t xml:space="preserve">- Paragraph 4: </w:t>
      </w:r>
      <w:hyperlink r:id="rId9">
        <w:r>
          <w:rPr>
            <w:color w:val="0000EE"/>
            <w:u w:val="single"/>
          </w:rPr>
          <w:t>[2]</w:t>
        </w:r>
      </w:hyperlink>
      <w:r>
        <w:t xml:space="preserve">, </w:t>
      </w:r>
      <w:hyperlink r:id="rId10">
        <w:r>
          <w:rPr>
            <w:color w:val="0000EE"/>
            <w:u w:val="single"/>
          </w:rPr>
          <w:t>[6]</w:t>
        </w:r>
      </w:hyperlink>
      <w:r>
        <w:t xml:space="preserve">- Paragraph 5: </w:t>
      </w:r>
      <w:hyperlink r:id="rId9">
        <w:r>
          <w:rPr>
            <w:color w:val="0000EE"/>
            <w:u w:val="single"/>
          </w:rPr>
          <w:t>[2]</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https://www.queerty.com/military-cadets-become-star-crossed-lovers-in-this-queer-spin-on-romeo-juliet-20260703/</w:t>
        </w:r>
      </w:hyperlink>
      <w:r>
        <w:t xml:space="preserve"> - Please view link - unable to able to access data</w:t>
      </w:r>
      <w:r/>
    </w:p>
    <w:p>
      <w:pPr>
        <w:pStyle w:val="ListNumber"/>
        <w:spacing w:line="240" w:lineRule="auto"/>
        <w:ind w:left="720"/>
      </w:pPr>
      <w:r/>
      <w:hyperlink r:id="rId9">
        <w:r>
          <w:rPr>
            <w:color w:val="0000EE"/>
            <w:u w:val="single"/>
          </w:rPr>
          <w:t>https://www.queerty.com/military-cadets-become-star-crossed-lovers-in-this-queer-spin-on-romeo-juliet-20260703/</w:t>
        </w:r>
      </w:hyperlink>
      <w:r>
        <w:t xml:space="preserve"> - An article discussing director Alan Brown's adaptation of Shakespeare's 'Romeo and Juliet' into 'Private Romeo', set in a modern-day military academy. The film explores themes of LGBTQ+ rights and the 'Don't Ask, Don't Tell' policy, featuring cadets Sam and Glenn as star-crossed lovers. The adaptation allows characters to fully express their physical impulses, diverging from traditional portrayals. The film was released 15 years ago and is noted for its unique take on the classic tale.</w:t>
      </w:r>
      <w:r/>
    </w:p>
    <w:p>
      <w:pPr>
        <w:pStyle w:val="ListNumber"/>
        <w:spacing w:line="240" w:lineRule="auto"/>
        <w:ind w:left="720"/>
      </w:pPr>
      <w:r/>
      <w:hyperlink r:id="rId11">
        <w:r>
          <w:rPr>
            <w:color w:val="0000EE"/>
            <w:u w:val="single"/>
          </w:rPr>
          <w:t>https://en.wikipedia.org/wiki/Private_Romeo</w:t>
        </w:r>
      </w:hyperlink>
      <w:r>
        <w:t xml:space="preserve"> - 'Private Romeo' is a 2011 film directed by Alan Brown, adapting Shakespeare's 'Romeo and Juliet' within a modern-day military academy setting. The story follows cadets Sam Singleton (Romeo) and Glenn Mangan (Juliet) as they develop a romantic relationship. The film addresses themes of LGBTQ+ rights and the 'Don't Ask, Don't Tell' policy. It features performances by Seth Numrich, Matt Doyle, and Hale Appleman. The film received mixed reviews, with a 55% rating on Rotten Tomatoes and a Metacritic score of 53.</w:t>
      </w:r>
      <w:r/>
    </w:p>
    <w:p>
      <w:pPr>
        <w:pStyle w:val="ListNumber"/>
        <w:spacing w:line="240" w:lineRule="auto"/>
        <w:ind w:left="720"/>
      </w:pPr>
      <w:r/>
      <w:hyperlink r:id="rId13">
        <w:r>
          <w:rPr>
            <w:color w:val="0000EE"/>
            <w:u w:val="single"/>
          </w:rPr>
          <w:t>https://mubi.com/en/us/films/private-romeo</w:t>
        </w:r>
      </w:hyperlink>
      <w:r>
        <w:t xml:space="preserve"> - A page on MUBI detailing the 2011 film 'Private Romeo', directed by Alan Brown. The film is described as a suspenseful and sensual retelling of Shakespeare's 'Romeo and Juliet', set in an all-boys military academy. The synopsis highlights the challenges of same-sex attraction in a strict environment, with eight cadets left behind from a training exercise, leading to love and trouble at McKinley Academy. The film has a rating of 5.3/10 based on 38 ratings.</w:t>
      </w:r>
      <w:r/>
    </w:p>
    <w:p>
      <w:pPr>
        <w:pStyle w:val="ListNumber"/>
        <w:spacing w:line="240" w:lineRule="auto"/>
        <w:ind w:left="720"/>
      </w:pPr>
      <w:r/>
      <w:hyperlink r:id="rId12">
        <w:r>
          <w:rPr>
            <w:color w:val="0000EE"/>
            <w:u w:val="single"/>
          </w:rPr>
          <w:t>https://www.justwatch.com/us/movie/private-romeo/</w:t>
        </w:r>
      </w:hyperlink>
      <w:r>
        <w:t xml:space="preserve"> - A page on JustWatch providing information about the availability of 'Private Romeo' for streaming. The film is not available for streaming in the United States but can be purchased or rented in the United Kingdom. The page includes details about the film's runtime, genres, and cast, as well as links to purchase or rent the film in the UK.</w:t>
      </w:r>
      <w:r/>
    </w:p>
    <w:p>
      <w:pPr>
        <w:pStyle w:val="ListNumber"/>
        <w:spacing w:line="240" w:lineRule="auto"/>
        <w:ind w:left="720"/>
      </w:pPr>
      <w:r/>
      <w:hyperlink r:id="rId10">
        <w:r>
          <w:rPr>
            <w:color w:val="0000EE"/>
            <w:u w:val="single"/>
          </w:rPr>
          <w:t>https://www.theguardian.com/film/movie/146861/private-romeo</w:t>
        </w:r>
      </w:hyperlink>
      <w:r>
        <w:t xml:space="preserve"> - A brief entry on The Guardian's website listing 'Private Romeo' as a 2011 film directed by Alan Brown, with a runtime of 98 minutes. The page includes the director's name and the main cast members: Charlie Barnett, Hale Appleman, and Matt Doyle.</w:t>
      </w:r>
      <w:r/>
    </w:p>
    <w:p>
      <w:pPr>
        <w:pStyle w:val="ListNumber"/>
        <w:spacing w:line="240" w:lineRule="auto"/>
        <w:ind w:left="720"/>
      </w:pPr>
      <w:r/>
      <w:hyperlink r:id="rId14">
        <w:r>
          <w:rPr>
            <w:color w:val="0000EE"/>
            <w:u w:val="single"/>
          </w:rPr>
          <w:t>https://www.filmvandaag.nl/film/85114-private-romeo</w:t>
        </w:r>
      </w:hyperlink>
      <w:r>
        <w:t xml:space="preserve"> - A page on FilmVandaag.nl providing information about the 2011 film 'Private Romeo'. The page includes details about the film's genre, director, cast, and runtime. It also mentions that the film is available for purchase on DVD or Blu-ray and has an IMDb rating of 6.0 based on 2,521 votes.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military-cadets-become-star-crossed-lovers-in-this-queer-spin-on-romeo-juliet-20260703/" TargetMode="External"/><Relationship Id="rId10" Type="http://schemas.openxmlformats.org/officeDocument/2006/relationships/hyperlink" Target="https://www.theguardian.com/film/movie/146861/private-romeo" TargetMode="External"/><Relationship Id="rId11" Type="http://schemas.openxmlformats.org/officeDocument/2006/relationships/hyperlink" Target="https://en.wikipedia.org/wiki/Private_Romeo" TargetMode="External"/><Relationship Id="rId12" Type="http://schemas.openxmlformats.org/officeDocument/2006/relationships/hyperlink" Target="https://www.justwatch.com/us/movie/private-romeo/" TargetMode="External"/><Relationship Id="rId13" Type="http://schemas.openxmlformats.org/officeDocument/2006/relationships/hyperlink" Target="https://mubi.com/en/us/films/private-romeo" TargetMode="External"/><Relationship Id="rId14" Type="http://schemas.openxmlformats.org/officeDocument/2006/relationships/hyperlink" Target="https://www.filmvandaag.nl/film/85114-private-rome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