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Weekend Food and Drink: Peyton Dix’s Deliciously Chaotic Diet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party-goers will recognise a familiar ritual: Pride weekend eats that rescue the hungover, fuel the dancefloor, and taste like a story. Peyton Dix’s week of ramen, bagels, mezcal and Trader Joe’s gyoza shows why practical, comforting food matters when you’re living loud in the city.</w:t>
      </w:r>
      <w:r/>
    </w:p>
    <w:p>
      <w:r/>
      <w:r>
        <w:t>Essential Takeaways</w:t>
      </w:r>
      <w:r/>
      <w:r/>
    </w:p>
    <w:p>
      <w:pPr>
        <w:pStyle w:val="ListBullet"/>
        <w:spacing w:line="240" w:lineRule="auto"/>
        <w:ind w:left="720"/>
      </w:pPr>
      <w:r/>
      <w:r>
        <w:rPr>
          <w:b/>
        </w:rPr>
        <w:t>Morning ritual:</w:t>
      </w:r>
      <w:r>
        <w:t xml:space="preserve"> Overnight oats, daily Bittersweet iced cappuccinos and a short walk set a calm tone before chaos.</w:t>
      </w:r>
      <w:r/>
    </w:p>
    <w:p>
      <w:pPr>
        <w:pStyle w:val="ListBullet"/>
        <w:spacing w:line="240" w:lineRule="auto"/>
        <w:ind w:left="720"/>
      </w:pPr>
      <w:r/>
      <w:r>
        <w:rPr>
          <w:b/>
        </w:rPr>
        <w:t>Hangover helpers:</w:t>
      </w:r>
      <w:r>
        <w:t xml:space="preserve"> Coconut water, ginger shots, Electrolit and magnesium are Pride essentials for recovery.</w:t>
      </w:r>
      <w:r/>
    </w:p>
    <w:p>
      <w:pPr>
        <w:pStyle w:val="ListBullet"/>
        <w:spacing w:line="240" w:lineRule="auto"/>
        <w:ind w:left="720"/>
      </w:pPr>
      <w:r/>
      <w:r>
        <w:rPr>
          <w:b/>
        </w:rPr>
        <w:t>Late-night staples:</w:t>
      </w:r>
      <w:r>
        <w:t xml:space="preserve"> Trader Joe’s gyoza, 4 a.m. ramen and Taco Bell Enchirito make for truly memorable comedowns.</w:t>
      </w:r>
      <w:r/>
    </w:p>
    <w:p>
      <w:pPr>
        <w:pStyle w:val="ListBullet"/>
        <w:spacing w:line="240" w:lineRule="auto"/>
        <w:ind w:left="720"/>
      </w:pPr>
      <w:r/>
      <w:r>
        <w:rPr>
          <w:b/>
        </w:rPr>
        <w:t>Social dining:</w:t>
      </w:r>
      <w:r>
        <w:t xml:space="preserve"> From Greenberg’s bagels to Menkoi Sao’s spicy miso, shared plates and quick bites fuel long days.</w:t>
      </w:r>
      <w:r/>
    </w:p>
    <w:p>
      <w:pPr>
        <w:pStyle w:val="ListBullet"/>
        <w:spacing w:line="240" w:lineRule="auto"/>
        <w:ind w:left="720"/>
      </w:pPr>
      <w:r/>
      <w:r>
        <w:rPr>
          <w:b/>
        </w:rPr>
        <w:t>Drink pick:</w:t>
      </w:r>
      <w:r>
        <w:t xml:space="preserve"> Mezcal negronis and mezcal with ginger beer are Peyton’s go-to cocktails , smoky, slightly bitter and portable.</w:t>
      </w:r>
      <w:r/>
      <w:r/>
    </w:p>
    <w:p>
      <w:pPr>
        <w:pStyle w:val="Heading2"/>
      </w:pPr>
      <w:r>
        <w:t>Morning routines that actually reset your day</w:t>
      </w:r>
      <w:r/>
    </w:p>
    <w:p>
      <w:r/>
      <w:r>
        <w:t>Peyton treats mornings as sacred: a bowl of overnight oats, a short walk and a Bittersweet iced cappuccino give the day structure and a little luxury. According to her, spending those seven quid on coffee and steps is a small mental-health ritual that changes everything. If you crave a portable reset, pack high-protein oats, a spoonful of chia and fresh berries for steady energy. For late nights ahead, add magnesium to your bedtime routine , she credits it with better sleep.</w:t>
      </w:r>
      <w:r/>
    </w:p>
    <w:p>
      <w:pPr>
        <w:pStyle w:val="Heading2"/>
      </w:pPr>
      <w:r>
        <w:t>Hangover kit: what to keep in your bag</w:t>
      </w:r>
      <w:r/>
    </w:p>
    <w:p>
      <w:r/>
      <w:r>
        <w:t>Coconut water, ginger immunity shots, a Siggi’s yogurt and a pocketed RXBAR are the sort of emergency ration Peyton swears by. She stocks up on Electrolit and electrolyte mixes before long weekends, and keeps Tylenol and magnesium handy. Practical tip: assemble a “Pride weekend” pouch , one sachet of electrolyte powder, a travel-size painkiller, a protein bar and some rehydration tablets , so you can bounce back fast without hunting pharmacies.</w:t>
      </w:r>
      <w:r/>
    </w:p>
    <w:p>
      <w:pPr>
        <w:pStyle w:val="Heading2"/>
      </w:pPr>
      <w:r>
        <w:t>The late-night food hierarchy: cheap, greasy, perfect</w:t>
      </w:r>
      <w:r/>
    </w:p>
    <w:p>
      <w:r/>
      <w:r>
        <w:t>When the clubs close, the food choices are very specific: Trader Joe’s chicken gyoza and ramen at 4 a.m. are not just convenience, they’re ritual. She also celebrated the Taco Bell Enchirito’s return with unabashed joy , comfort food with theatrical nostalgia. If you want food that holds up under booze and exhaustion, choose something warm, salty and shareable: dumplings, a big ramen bowl or a saucy burrito will always feel like triumph.</w:t>
      </w:r>
      <w:r/>
    </w:p>
    <w:p>
      <w:pPr>
        <w:pStyle w:val="Heading2"/>
      </w:pPr>
      <w:r>
        <w:t>Dining through Pride: communal plates and member-club dinners</w:t>
      </w:r>
      <w:r/>
    </w:p>
    <w:p>
      <w:r/>
      <w:r>
        <w:t>Peyton navigates everything from a membership-club roast chicken at Moss to shrimp tacos in a backyard. Shared dishes , oysters, shrimp cocktail, tacos , let you graze while you chat, which is perfect for days when plans shift mid-meal. When organising your own Pride schedule, aim for one sit-down dinner to recharge; otherwise, keep meals portable and forgiving so you can eat standing up and still enjoy it.</w:t>
      </w:r>
      <w:r/>
    </w:p>
    <w:p>
      <w:pPr>
        <w:pStyle w:val="Heading2"/>
      </w:pPr>
      <w:r>
        <w:t>Drinks, vibes and why mezcal wins</w:t>
      </w:r>
      <w:r/>
    </w:p>
    <w:p>
      <w:r/>
      <w:r>
        <w:t>A recurring flavour in Peyton’s weekend is mezcal , in a negroni, with ginger beer or simply on the rocks. Its smoky profile cuts through sweetness and pairs well with both salty late-night food and lighter daytime snacks. If you’re discovering mezcal, start with a cocktail to soften the intensity, then explore joven expressions neat. And remember: hydration between rounds keeps both your mood and voice intact.</w:t>
      </w:r>
      <w:r/>
    </w:p>
    <w:p>
      <w:r/>
      <w:r>
        <w:t>It's a small change that can make every Pride weekend feel more manageable and a lot more tasty.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9">
        <w:r>
          <w:rPr>
            <w:color w:val="0000EE"/>
            <w:u w:val="single"/>
          </w:rPr>
          <w:t>[2]</w:t>
        </w:r>
      </w:hyperlink>
      <w:r>
        <w:t xml:space="preserve">, </w:t>
      </w:r>
      <w:hyperlink r:id="rId11">
        <w:r>
          <w:rPr>
            <w:color w:val="0000EE"/>
            <w:u w:val="single"/>
          </w:rPr>
          <w:t>[3]</w:t>
        </w:r>
      </w:hyperlink>
      <w:r>
        <w:t xml:space="preserve">- Paragraph 3: </w:t>
      </w:r>
      <w:hyperlink r:id="rId9">
        <w:r>
          <w:rPr>
            <w:color w:val="0000EE"/>
            <w:u w:val="single"/>
          </w:rPr>
          <w:t>[2]</w:t>
        </w:r>
      </w:hyperlink>
      <w:r>
        <w:t xml:space="preserve">, </w:t>
      </w:r>
      <w:hyperlink r:id="rId12">
        <w:r>
          <w:rPr>
            <w:color w:val="0000EE"/>
            <w:u w:val="single"/>
          </w:rPr>
          <w:t>[5]</w:t>
        </w:r>
      </w:hyperlink>
      <w:r>
        <w:t xml:space="preserve">- Paragraph 4: </w:t>
      </w:r>
      <w:hyperlink r:id="rId9">
        <w:r>
          <w:rPr>
            <w:color w:val="0000EE"/>
            <w:u w:val="single"/>
          </w:rPr>
          <w:t>[2]</w:t>
        </w:r>
      </w:hyperlink>
      <w:r>
        <w:t xml:space="preserve">, </w:t>
      </w:r>
      <w:hyperlink r:id="rId13">
        <w:r>
          <w:rPr>
            <w:color w:val="0000EE"/>
            <w:u w:val="single"/>
          </w:rPr>
          <w:t>[6]</w:t>
        </w:r>
      </w:hyperlink>
      <w:r>
        <w:t xml:space="preserve">- Paragraph 5: </w:t>
      </w:r>
      <w:hyperlink r:id="rId9">
        <w:r>
          <w:rPr>
            <w:color w:val="0000EE"/>
            <w:u w:val="single"/>
          </w:rPr>
          <w:t>[2]</w:t>
        </w:r>
      </w:hyperlink>
      <w:r>
        <w:t xml:space="preserve">, </w:t>
      </w:r>
      <w:hyperlink r:id="rId12">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https://www.grubstreet.com/article/peyton-dix-grub-street-diet.html</w:t>
        </w:r>
      </w:hyperlink>
      <w:r>
        <w:t xml:space="preserve"> - Please view link - unable to able to access data</w:t>
      </w:r>
      <w:r/>
    </w:p>
    <w:p>
      <w:pPr>
        <w:pStyle w:val="ListNumber"/>
        <w:spacing w:line="240" w:lineRule="auto"/>
        <w:ind w:left="720"/>
      </w:pPr>
      <w:r/>
      <w:hyperlink r:id="rId9">
        <w:r>
          <w:rPr>
            <w:color w:val="0000EE"/>
            <w:u w:val="single"/>
          </w:rPr>
          <w:t>https://www.grubstreet.com/article/peyton-dix-grub-street-diet.html</w:t>
        </w:r>
      </w:hyperlink>
      <w:r>
        <w:t xml:space="preserve"> - In this Grub Street Diet article, Peyton Dix, co-host of the 'Lemme Say This' podcast, shares her daily routines and experiences during Pride Month. She discusses her morning rituals, including preparing overnight oats and enjoying an iced cappuccino from Bittersweet, a local café she frequents. Dix also reflects on her weekend in Fire Island and her interactions with friends, highlighting the importance of self-care and community during Pride celebrations.</w:t>
      </w:r>
      <w:r/>
    </w:p>
    <w:p>
      <w:pPr>
        <w:pStyle w:val="ListNumber"/>
        <w:spacing w:line="240" w:lineRule="auto"/>
        <w:ind w:left="720"/>
      </w:pPr>
      <w:r/>
      <w:hyperlink r:id="rId11">
        <w:r>
          <w:rPr>
            <w:color w:val="0000EE"/>
            <w:u w:val="single"/>
          </w:rPr>
          <w:t>https://podcasts.apple.com/gb/podcast/lemme-say-this/id1745170415</w:t>
        </w:r>
      </w:hyperlink>
      <w:r>
        <w:t xml:space="preserve"> - The 'Lemme Say This' podcast, co-hosted by Peyton Dix and Hunter Harris, offers weekly discussions on pop culture, celebrity news, and internet trends. The show is part of the Higher Ground network, founded by Barack and Michelle Obama. Episodes are available on platforms like Apple Podcasts, providing listeners with insights into the latest happenings in the entertainment industry.</w:t>
      </w:r>
      <w:r/>
    </w:p>
    <w:p>
      <w:pPr>
        <w:pStyle w:val="ListNumber"/>
        <w:spacing w:line="240" w:lineRule="auto"/>
        <w:ind w:left="720"/>
      </w:pPr>
      <w:r/>
      <w:hyperlink r:id="rId10">
        <w:r>
          <w:rPr>
            <w:color w:val="0000EE"/>
            <w:u w:val="single"/>
          </w:rPr>
          <w:t>https://shinemycrown.com/podcast-lemme-say-this-relaunches-under-obama-founded-higher-ground/</w:t>
        </w:r>
      </w:hyperlink>
      <w:r>
        <w:t xml:space="preserve"> - This article reports on the relaunch of the 'Lemme Say This' podcast under the Obama-founded Higher Ground Productions. The podcast, hosted by Hunter Harris and Peyton Dix, is set to return with weekly episodes starting April 30, 2026, across major platforms including YouTube, Spotify, and Apple Podcasts. The relaunch signifies Higher Ground's expansion into a more independent and multi-platform content model.</w:t>
      </w:r>
      <w:r/>
    </w:p>
    <w:p>
      <w:pPr>
        <w:pStyle w:val="ListNumber"/>
        <w:spacing w:line="240" w:lineRule="auto"/>
        <w:ind w:left="720"/>
      </w:pPr>
      <w:r/>
      <w:hyperlink r:id="rId12">
        <w:r>
          <w:rPr>
            <w:color w:val="0000EE"/>
            <w:u w:val="single"/>
          </w:rPr>
          <w:t>https://www.podengine.ai/podcasts/lemme-say-this</w:t>
        </w:r>
      </w:hyperlink>
      <w:r>
        <w:t xml:space="preserve"> - Pod Engine provides analytics and insights into the 'Lemme Say This' podcast, highlighting its popularity and engagement. The podcast, hosted by Peyton Dix and Hunter Harris, is praised for its quality content and social media presence. With over 90 episodes, it offers listeners a deep dive into pop culture news and discussions, reflecting its strong position in the podcasting landscape.</w:t>
      </w:r>
      <w:r/>
    </w:p>
    <w:p>
      <w:pPr>
        <w:pStyle w:val="ListNumber"/>
        <w:spacing w:line="240" w:lineRule="auto"/>
        <w:ind w:left="720"/>
      </w:pPr>
      <w:r/>
      <w:hyperlink r:id="rId13">
        <w:r>
          <w:rPr>
            <w:color w:val="0000EE"/>
            <w:u w:val="single"/>
          </w:rPr>
          <w:t>https://www.podtail.com/en/podcast/lemme-say-this/</w:t>
        </w:r>
      </w:hyperlink>
      <w:r>
        <w:t xml:space="preserve"> - Podtail features the 'Lemme Say This' podcast, co-hosted by Peyton Dix and Hunter Harris. The podcast delves into the latest pop culture news, celebrity gossip, and online discussions. Available on platforms like Podtail, it provides listeners with a comprehensive view of current entertainment trends and discussions.</w:t>
      </w:r>
      <w:r/>
    </w:p>
    <w:p>
      <w:pPr>
        <w:pStyle w:val="ListNumber"/>
        <w:spacing w:line="240" w:lineRule="auto"/>
        <w:ind w:left="720"/>
      </w:pPr>
      <w:r/>
      <w:hyperlink r:id="rId12">
        <w:r>
          <w:rPr>
            <w:color w:val="0000EE"/>
            <w:u w:val="single"/>
          </w:rPr>
          <w:t>https://www.podengine.ai/podcasts/lemme-say-this</w:t>
        </w:r>
      </w:hyperlink>
      <w:r>
        <w:t xml:space="preserve"> - Pod Engine offers detailed analytics and insights into the 'Lemme Say This' podcast, hosted by Peyton Dix and Hunter Harris. The podcast is noted for its high-quality content and strong social media presence, with over 90 episodes covering a wide range of topics from pop culture to internet trends.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grubstreet.com/article/peyton-dix-grub-street-diet.html" TargetMode="External"/><Relationship Id="rId10" Type="http://schemas.openxmlformats.org/officeDocument/2006/relationships/hyperlink" Target="https://shinemycrown.com/podcast-lemme-say-this-relaunches-under-obama-founded-higher-ground/" TargetMode="External"/><Relationship Id="rId11" Type="http://schemas.openxmlformats.org/officeDocument/2006/relationships/hyperlink" Target="https://podcasts.apple.com/gb/podcast/lemme-say-this/id1745170415" TargetMode="External"/><Relationship Id="rId12" Type="http://schemas.openxmlformats.org/officeDocument/2006/relationships/hyperlink" Target="https://www.podengine.ai/podcasts/lemme-say-this" TargetMode="External"/><Relationship Id="rId13" Type="http://schemas.openxmlformats.org/officeDocument/2006/relationships/hyperlink" Target="https://www.podtail.com/en/podcast/lemme-say-thi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