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Run in Luxembourg: Why This Year Felt Bigger and Brighter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families and athletes alike poured into Luxembourg City for a colourful Pride Run that mixed sport, celebration and a clear message about inclusion , and it mattered because nearly 4,000 people turned the streets into a parade of support for the LGBTIQ+ community.</w:t>
      </w:r>
      <w:r/>
    </w:p>
    <w:p>
      <w:r/>
      <w:r>
        <w:t>Essential Takeaways</w:t>
      </w:r>
      <w:r/>
      <w:r/>
    </w:p>
    <w:p>
      <w:pPr>
        <w:pStyle w:val="ListBullet"/>
        <w:spacing w:line="240" w:lineRule="auto"/>
        <w:ind w:left="720"/>
      </w:pPr>
      <w:r/>
      <w:r>
        <w:rPr>
          <w:b/>
        </w:rPr>
        <w:t>Big turnout:</w:t>
      </w:r>
      <w:r>
        <w:t xml:space="preserve"> Around 3,500–4,000 people joined the Pride Run, from joggers to families with prams, creating a warm, communal atmosphere.</w:t>
      </w:r>
      <w:r/>
    </w:p>
    <w:p>
      <w:pPr>
        <w:pStyle w:val="ListBullet"/>
        <w:spacing w:line="240" w:lineRule="auto"/>
        <w:ind w:left="720"/>
      </w:pPr>
      <w:r/>
      <w:r>
        <w:rPr>
          <w:b/>
        </w:rPr>
        <w:t>Two route choices:</w:t>
      </w:r>
      <w:r>
        <w:t xml:space="preserve"> Participants could tackle a 5 km route walking or running, or opt for a tougher 10 km loop for more serious runners.</w:t>
      </w:r>
      <w:r/>
    </w:p>
    <w:p>
      <w:pPr>
        <w:pStyle w:val="ListBullet"/>
        <w:spacing w:line="240" w:lineRule="auto"/>
        <w:ind w:left="720"/>
      </w:pPr>
      <w:r/>
      <w:r>
        <w:rPr>
          <w:b/>
        </w:rPr>
        <w:t>Festival feel:</w:t>
      </w:r>
      <w:r>
        <w:t xml:space="preserve"> Live music, cheering spectators and animated volunteers kept energy high; a rainbow even appeared overhead.</w:t>
      </w:r>
      <w:r/>
    </w:p>
    <w:p>
      <w:pPr>
        <w:pStyle w:val="ListBullet"/>
        <w:spacing w:line="240" w:lineRule="auto"/>
        <w:ind w:left="720"/>
      </w:pPr>
      <w:r/>
      <w:r>
        <w:rPr>
          <w:b/>
        </w:rPr>
        <w:t>Visible support:</w:t>
      </w:r>
      <w:r>
        <w:t xml:space="preserve"> The event combined activism and leisure , colourful shirts, rainbow flags and costumes made solidarity easy to spot.</w:t>
      </w:r>
      <w:r/>
    </w:p>
    <w:p>
      <w:pPr>
        <w:pStyle w:val="ListBullet"/>
        <w:spacing w:line="240" w:lineRule="auto"/>
        <w:ind w:left="720"/>
      </w:pPr>
      <w:r/>
      <w:r>
        <w:rPr>
          <w:b/>
        </w:rPr>
        <w:t>Accessible and social:</w:t>
      </w:r>
      <w:r>
        <w:t xml:space="preserve"> The mix of competitive and social options meant everyone could join, whether pacing for time or for fun.</w:t>
      </w:r>
      <w:r/>
      <w:r/>
    </w:p>
    <w:p>
      <w:pPr>
        <w:pStyle w:val="Heading2"/>
      </w:pPr>
      <w:r>
        <w:t>A joyful crowd turned the city streets into a rainbow</w:t>
      </w:r>
      <w:r/>
    </w:p>
    <w:p>
      <w:r/>
      <w:r>
        <w:t>The strongest image from the night was simple and vivid: a tide of colourful T‑shirts and flags moving through the centre, people smiling and chatting as they walked or ran. According to local coverage, nearly 4,000 participants filled the starting area at Place Guillaume‑II, creating an immediate sense of occasion. Organisers and onlookers kept mentioning how the atmosphere felt more like a festival than a race, which is exactly the point for many taking part.</w:t>
      </w:r>
      <w:r/>
    </w:p>
    <w:p>
      <w:pPr>
        <w:pStyle w:val="Heading2"/>
      </w:pPr>
      <w:r>
        <w:t>Routes for everyone , from stroller to serious runner</w:t>
      </w:r>
      <w:r/>
    </w:p>
    <w:p>
      <w:r/>
      <w:r>
        <w:t>Event organisers offered two main options: a sociable 5 km for walkers and casual runners, and a 10 km loop for those wanting more of a challenge. This dual‑route format has become popular at community running events because it broadens appeal, drawing families, office groups and club athletes alike. If you’re coming next year, pick the 5 km if you want to linger for photos and music, or the 10 km if you like a proper training run.</w:t>
      </w:r>
      <w:r/>
    </w:p>
    <w:p>
      <w:pPr>
        <w:pStyle w:val="Heading2"/>
      </w:pPr>
      <w:r>
        <w:t>Live music, cheering crowds and a symbolic rainbow</w:t>
      </w:r>
      <w:r/>
    </w:p>
    <w:p>
      <w:r/>
      <w:r>
        <w:t>Music and local supporters lined the route to keep spirits high, while volunteers handed out water and encouragement. In a touch that felt almost scripted, a real rainbow appeared over the course during the evening , a moment many described as touching and perfectly symbolic. For participants, moments like that turn a good night into a memory, and they help shift the event from race to shared celebration.</w:t>
      </w:r>
      <w:r/>
    </w:p>
    <w:p>
      <w:pPr>
        <w:pStyle w:val="Heading2"/>
      </w:pPr>
      <w:r>
        <w:t>Why the Pride Run matters beyond fitness</w:t>
      </w:r>
      <w:r/>
    </w:p>
    <w:p>
      <w:r/>
      <w:r>
        <w:t>This isn’t only about steps on a watch; it’s an act of visibility. Events like the Pride Run let allies and community members show support in public, normalising inclusion and fostering conversations across age groups. Local authorities and cultural partners have positioned Luxembourg’s Pride activities as civic events as well as celebrations, and that civic backing helps bring in more participants and observers.</w:t>
      </w:r>
      <w:r/>
    </w:p>
    <w:p>
      <w:pPr>
        <w:pStyle w:val="Heading2"/>
      </w:pPr>
      <w:r>
        <w:t>How to take part or get involved next time</w:t>
      </w:r>
      <w:r/>
    </w:p>
    <w:p>
      <w:r/>
      <w:r>
        <w:t>Want to join next year? Keep an eye on the official Pride Run site and city listings for registration details and volunteer sign‑ups. If you’d rather support from the pavement, showing up with a banner or small flag is an easy way to cheer. Practical tips: book early to secure a preferred start wave, wear a reflective layer if you’ll be there after dusk, and treat the event like a social outing , plan a meet‑up spot with friends afterwards.</w:t>
      </w:r>
      <w:r/>
    </w:p>
    <w:p>
      <w:r/>
      <w:r>
        <w:t>It's a small change that can make every step feel seen and supported.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1">
        <w:r>
          <w:rPr>
            <w:color w:val="0000EE"/>
            <w:u w:val="single"/>
          </w:rPr>
          <w:t>[4]</w:t>
        </w:r>
      </w:hyperlink>
      <w:r>
        <w:t xml:space="preserve">- Paragraph 3: </w:t>
      </w:r>
      <w:hyperlink r:id="rId10">
        <w:r>
          <w:rPr>
            <w:color w:val="0000EE"/>
            <w:u w:val="single"/>
          </w:rPr>
          <w:t>[2]</w:t>
        </w:r>
      </w:hyperlink>
      <w:r>
        <w:t xml:space="preserve">, </w:t>
      </w:r>
      <w:hyperlink r:id="rId13">
        <w:r>
          <w:rPr>
            <w:color w:val="0000EE"/>
            <w:u w:val="single"/>
          </w:rPr>
          <w:t>[5]</w:t>
        </w:r>
      </w:hyperlink>
      <w:r>
        <w:t xml:space="preserve">- Paragraph 4: </w:t>
      </w:r>
      <w:hyperlink r:id="rId14">
        <w:r>
          <w:rPr>
            <w:color w:val="0000EE"/>
            <w:u w:val="single"/>
          </w:rPr>
          <w:t>[6]</w:t>
        </w:r>
      </w:hyperlink>
      <w:r>
        <w:t xml:space="preserve">, </w:t>
      </w:r>
      <w:hyperlink r:id="rId10">
        <w:r>
          <w:rPr>
            <w:color w:val="0000EE"/>
            <w:u w:val="single"/>
          </w:rPr>
          <w:t>[2]</w:t>
        </w:r>
      </w:hyperlink>
      <w:r>
        <w:t xml:space="preserve">- Paragraph 5: </w:t>
      </w:r>
      <w:hyperlink r:id="rId12">
        <w:r>
          <w:rPr>
            <w:color w:val="0000EE"/>
            <w:u w:val="single"/>
          </w:rPr>
          <w:t>[3]</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https://lequotidien.lu/a-la-une/en-images-la-pride-run-a-fait-le-plein-a-luxembourg/</w:t>
        </w:r>
      </w:hyperlink>
      <w:r>
        <w:t xml:space="preserve"> - Please view link - unable to able to access data</w:t>
      </w:r>
      <w:r/>
    </w:p>
    <w:p>
      <w:pPr>
        <w:pStyle w:val="ListNumber"/>
        <w:spacing w:line="240" w:lineRule="auto"/>
        <w:ind w:left="720"/>
      </w:pPr>
      <w:r/>
      <w:hyperlink r:id="rId10">
        <w:r>
          <w:rPr>
            <w:color w:val="0000EE"/>
            <w:u w:val="single"/>
          </w:rPr>
          <w:t>https://today.rtl.lu/news/luxembourg/over-4-000-join-pride-run-in-luxembourg-city-1937110381</w:t>
        </w:r>
      </w:hyperlink>
      <w:r>
        <w:t xml:space="preserve"> - Over 4,000 residents and visitors participated in Luxembourg City's Pride Run on 2 July 2026, celebrating diversity and inclusion. The event featured a 5 km and 10 km route, attracting participants of all ages. The run marked the beginning of Pride Week, with the Equality March scheduled for 11 July. The event was organised by Be Proud, a social impact company, and aimed to promote solidarity with the LGBTIQ+ community. The Luxembourg Pride Run is a charity race that brings together companies, associations, friends, families, and anyone else willing to show their support for the LGBTIQ+ community and help create a more inclusive and equal world. By participating in the Luxembourg Pride Run, you also help support LGBTIQ+ associations in their projects to defend equal rights. It is important to note that all of the profits generated by the event will be donated to the associations. (</w:t>
      </w:r>
      <w:hyperlink r:id="rId16">
        <w:r>
          <w:rPr>
            <w:color w:val="0000EE"/>
            <w:u w:val="single"/>
          </w:rPr>
          <w:t>luxembourg-city.com</w:t>
        </w:r>
      </w:hyperlink>
      <w:r>
        <w:t>)</w:t>
      </w:r>
      <w:r/>
    </w:p>
    <w:p>
      <w:pPr>
        <w:pStyle w:val="ListNumber"/>
        <w:spacing w:line="240" w:lineRule="auto"/>
        <w:ind w:left="720"/>
      </w:pPr>
      <w:r/>
      <w:hyperlink r:id="rId12">
        <w:r>
          <w:rPr>
            <w:color w:val="0000EE"/>
            <w:u w:val="single"/>
          </w:rPr>
          <w:t>https://www.luxembourgpriderun.lu/</w:t>
        </w:r>
      </w:hyperlink>
      <w:r>
        <w:t xml:space="preserve"> - The Luxembourg Pride Run is an annual event that combines sport, visibility, and solidarity to celebrate diversity and affirm the importance of inclusion and equality for everyone. The event offers a 5 km or 10 km course in a warm, dynamic atmosphere open to everyone. The Luxembourg Pride Run is a charity race that brings together companies, associations, friends, families, and anyone else willing to show their support for the LGBTIQ+ community and help create a more inclusive and equal world. By participating in the Luxembourg Pride Run, you also help support LGBTIQ+ associations in their projects to defend equal rights. It is important to note that all of the profits generated by the event will be donated to the associations. (</w:t>
      </w:r>
      <w:hyperlink r:id="rId16">
        <w:r>
          <w:rPr>
            <w:color w:val="0000EE"/>
            <w:u w:val="single"/>
          </w:rPr>
          <w:t>luxembourg-city.com</w:t>
        </w:r>
      </w:hyperlink>
      <w:r>
        <w:t>)</w:t>
      </w:r>
      <w:r/>
    </w:p>
    <w:p>
      <w:pPr>
        <w:pStyle w:val="ListNumber"/>
        <w:spacing w:line="240" w:lineRule="auto"/>
        <w:ind w:left="720"/>
      </w:pPr>
      <w:r/>
      <w:hyperlink r:id="rId11">
        <w:r>
          <w:rPr>
            <w:color w:val="0000EE"/>
            <w:u w:val="single"/>
          </w:rPr>
          <w:t>https://www.luxembourg-city.com/en/what-s-on/event/luxembourg-pride-run</w:t>
        </w:r>
      </w:hyperlink>
      <w:r>
        <w:t xml:space="preserve"> - The Luxembourg Pride Run is a sporting and festive event to celebrate diversity and inclusion. It is a charity race that brings together companies, associations, friends, families, and anyone else willing to show their support for the LGBTIQ+ community and help create a more inclusive and equal world. By participating in the Luxembourg Pride Run, you also help support LGBTIQ+ associations in their projects to defend equal rights. It is important to note that all of the profits generated by the event will be donated to the associations. (</w:t>
      </w:r>
      <w:hyperlink r:id="rId16">
        <w:r>
          <w:rPr>
            <w:color w:val="0000EE"/>
            <w:u w:val="single"/>
          </w:rPr>
          <w:t>luxembourg-city.com</w:t>
        </w:r>
      </w:hyperlink>
      <w:r>
        <w:t>)</w:t>
      </w:r>
      <w:r/>
    </w:p>
    <w:p>
      <w:pPr>
        <w:pStyle w:val="ListNumber"/>
        <w:spacing w:line="240" w:lineRule="auto"/>
        <w:ind w:left="720"/>
      </w:pPr>
      <w:r/>
      <w:hyperlink r:id="rId13">
        <w:r>
          <w:rPr>
            <w:color w:val="0000EE"/>
            <w:u w:val="single"/>
          </w:rPr>
          <w:t>https://www.vdl.lu/en/news/luxembourg-pride-run-0</w:t>
        </w:r>
      </w:hyperlink>
      <w:r>
        <w:t xml:space="preserve"> - Due to the Luxembourg Pride Run, a foot race dedicated to promoting inclusion and equality, the following changes to public transport services will apply from 19:05 on Thursday, 2 July: AVL line 19 buses going to Strassen will be diverted via Boulevard Royal. The "Cathédrale", "Gruef", "Kasinosgaass" and "Badanstalt" stops will be closed and replaced by the "Hamilius Quai 1" stop. The City wishes to thank residents for their understanding and regrets any inconvenience caused. (</w:t>
      </w:r>
      <w:hyperlink r:id="rId17">
        <w:r>
          <w:rPr>
            <w:color w:val="0000EE"/>
            <w:u w:val="single"/>
          </w:rPr>
          <w:t>vdl.lu</w:t>
        </w:r>
      </w:hyperlink>
      <w:r>
        <w:t>)</w:t>
      </w:r>
      <w:r/>
    </w:p>
    <w:p>
      <w:pPr>
        <w:pStyle w:val="ListNumber"/>
        <w:spacing w:line="240" w:lineRule="auto"/>
        <w:ind w:left="720"/>
      </w:pPr>
      <w:r/>
      <w:hyperlink r:id="rId14">
        <w:r>
          <w:rPr>
            <w:color w:val="0000EE"/>
            <w:u w:val="single"/>
          </w:rPr>
          <w:t>https://www.vdl.lu/en/whats-on/luxembourg-pride</w:t>
        </w:r>
      </w:hyperlink>
      <w:r>
        <w:t xml:space="preserve"> - The Street Fest, as part of the Luxembourg Pride, which has been the highlight of Luxembourg’s LGBTIQ Community since 1999, is around the corner and will be held on two days this year: on Friday and Saturday, 10 and 11 July 2026. This year, we start on Friday, 10 July afternoon! From 16:00, a firework display of queer art and culture awaits you on the Place Guillaume II in Luxembourg City. The Equality March will really kick off the celebration of diversity and acceptance on Saturday, 11 July. On two stages, you can expect a huge variety of music, dance and other shows, as well as political contributions. (</w:t>
      </w:r>
      <w:hyperlink r:id="rId18">
        <w:r>
          <w:rPr>
            <w:color w:val="0000EE"/>
            <w:u w:val="single"/>
          </w:rPr>
          <w:t>vdl.lu</w:t>
        </w:r>
      </w:hyperlink>
      <w:r>
        <w:t>)</w:t>
      </w:r>
      <w:r/>
    </w:p>
    <w:p>
      <w:pPr>
        <w:pStyle w:val="ListNumber"/>
        <w:spacing w:line="240" w:lineRule="auto"/>
        <w:ind w:left="720"/>
      </w:pPr>
      <w:r/>
      <w:hyperlink r:id="rId15">
        <w:r>
          <w:rPr>
            <w:color w:val="0000EE"/>
            <w:u w:val="single"/>
          </w:rPr>
          <w:t>https://www.uni.lu/en/events/2026-luxembourg-pride-at-the-university/</w:t>
        </w:r>
      </w:hyperlink>
      <w:r>
        <w:t xml:space="preserve"> - Join us this July as we come together to celebrate diversity, inclusion, and love in all its forms. The University of Luxembourg is proud to support PRIDE and invites all students, staff, and allies to participate in a series of exciting events: 2 July – PRIDE Run. Lace up your running shoes and show your PRIDE spirit! The University will participate in the PRIDE Run. 7 July – PRIDE Ice cream at the University. Let’s have an ice cream and celebrate our diverse community. Location: My Caffé, Belval. Time: 13:30 – 15:50. This activity is sponsored by My Caffé. Students and staff of the University can enjoy ice cream at a discounted price. 11 July – Equality March. Join the University’s official group and march with us in solidarity and celebration. Location: Luxembourg City. (</w:t>
      </w:r>
      <w:hyperlink r:id="rId19">
        <w:r>
          <w:rPr>
            <w:color w:val="0000EE"/>
            <w:u w:val="single"/>
          </w:rPr>
          <w:t>uni.lu</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equotidien.lu/a-la-une/en-images-la-pride-run-a-fait-le-plein-a-luxembourg/" TargetMode="External"/><Relationship Id="rId10" Type="http://schemas.openxmlformats.org/officeDocument/2006/relationships/hyperlink" Target="https://today.rtl.lu/news/luxembourg/over-4-000-join-pride-run-in-luxembourg-city-1937110381" TargetMode="External"/><Relationship Id="rId11" Type="http://schemas.openxmlformats.org/officeDocument/2006/relationships/hyperlink" Target="https://www.luxembourg-city.com/en/what-s-on/event/luxembourg-pride-run" TargetMode="External"/><Relationship Id="rId12" Type="http://schemas.openxmlformats.org/officeDocument/2006/relationships/hyperlink" Target="https://www.luxembourgpriderun.lu/" TargetMode="External"/><Relationship Id="rId13" Type="http://schemas.openxmlformats.org/officeDocument/2006/relationships/hyperlink" Target="https://www.vdl.lu/en/news/luxembourg-pride-run-0" TargetMode="External"/><Relationship Id="rId14" Type="http://schemas.openxmlformats.org/officeDocument/2006/relationships/hyperlink" Target="https://www.vdl.lu/en/whats-on/luxembourg-pride" TargetMode="External"/><Relationship Id="rId15" Type="http://schemas.openxmlformats.org/officeDocument/2006/relationships/hyperlink" Target="https://www.uni.lu/en/events/2026-luxembourg-pride-at-the-university/" TargetMode="External"/><Relationship Id="rId16" Type="http://schemas.openxmlformats.org/officeDocument/2006/relationships/hyperlink" Target="https://www.luxembourg-city.com/en/what-s-on/event/luxembourg-pride-run?utm_source=openai" TargetMode="External"/><Relationship Id="rId17" Type="http://schemas.openxmlformats.org/officeDocument/2006/relationships/hyperlink" Target="https://www.vdl.lu/en/news/luxembourg-pride-run-0?utm_source=openai" TargetMode="External"/><Relationship Id="rId18" Type="http://schemas.openxmlformats.org/officeDocument/2006/relationships/hyperlink" Target="https://www.vdl.lu/en/whats-on/luxembourg-pride?utm_source=openai" TargetMode="External"/><Relationship Id="rId19" Type="http://schemas.openxmlformats.org/officeDocument/2006/relationships/hyperlink" Target="https://www.uni.lu/en/events/2026-luxembourg-pride-at-the-university/?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