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Parade Soundtrack: James Barr’s Roaring With Pride Playlist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heads as James Barr’s Roaring With Pride soundtrack powers Attitude and Peugeot’s Pride in London parade , a bold, joyful mix designed to celebrate LGBTQ+ history, lift spirits and get everyone dancing through Westminster. Here’s what to expect and why this playlist matters for Pride in London.</w:t>
      </w:r>
      <w:r/>
    </w:p>
    <w:p>
      <w:r/>
      <w:r>
        <w:t>Essential Takeaways</w:t>
      </w:r>
      <w:r/>
      <w:r/>
    </w:p>
    <w:p>
      <w:pPr>
        <w:pStyle w:val="ListBullet"/>
        <w:spacing w:line="240" w:lineRule="auto"/>
        <w:ind w:left="720"/>
      </w:pPr>
      <w:r/>
      <w:r>
        <w:rPr>
          <w:b/>
        </w:rPr>
        <w:t>Curated by James Barr:</w:t>
      </w:r>
      <w:r>
        <w:t xml:space="preserve"> A broadcaster and DJ from the Attitude family who built the playlist to balance protest, joy and singalong moments.</w:t>
      </w:r>
      <w:r/>
    </w:p>
    <w:p>
      <w:pPr>
        <w:pStyle w:val="ListBullet"/>
        <w:spacing w:line="240" w:lineRule="auto"/>
        <w:ind w:left="720"/>
      </w:pPr>
      <w:r/>
      <w:r>
        <w:rPr>
          <w:b/>
        </w:rPr>
        <w:t>Mix of anthems and deep cuts:</w:t>
      </w:r>
      <w:r>
        <w:t xml:space="preserve"> Expect staples from pop icons plus unexpected house tracks like Barbara Butch’s Muy Lesbienne.</w:t>
      </w:r>
      <w:r/>
    </w:p>
    <w:p>
      <w:pPr>
        <w:pStyle w:val="ListBullet"/>
        <w:spacing w:line="240" w:lineRule="auto"/>
        <w:ind w:left="720"/>
      </w:pPr>
      <w:r/>
      <w:r>
        <w:rPr>
          <w:b/>
        </w:rPr>
        <w:t>Designed for parade energy:</w:t>
      </w:r>
      <w:r>
        <w:t xml:space="preserve"> Songs chosen to create momentum, singalong moments and club-level bass from Peugeot sound systems.</w:t>
      </w:r>
      <w:r/>
    </w:p>
    <w:p>
      <w:pPr>
        <w:pStyle w:val="ListBullet"/>
        <w:spacing w:line="240" w:lineRule="auto"/>
        <w:ind w:left="720"/>
      </w:pPr>
      <w:r/>
      <w:r>
        <w:rPr>
          <w:b/>
        </w:rPr>
        <w:t>Tribute and celebration:</w:t>
      </w:r>
      <w:r>
        <w:t xml:space="preserve"> The set nods to LGBTQ+ history, remembrance and queer joy, including tracks that honour those lost to the epidemic.</w:t>
      </w:r>
      <w:r/>
    </w:p>
    <w:p>
      <w:pPr>
        <w:pStyle w:val="ListBullet"/>
        <w:spacing w:line="240" w:lineRule="auto"/>
        <w:ind w:left="720"/>
      </w:pPr>
      <w:r/>
      <w:r>
        <w:rPr>
          <w:b/>
        </w:rPr>
        <w:t>Inclusive and camp:</w:t>
      </w:r>
      <w:r>
        <w:t xml:space="preserve"> Tracks aimed at everyone , mums, twinks, straight dads , with humour and theatrical flair throughout.</w:t>
      </w:r>
      <w:r/>
      <w:r/>
    </w:p>
    <w:p>
      <w:pPr>
        <w:pStyle w:val="Heading2"/>
      </w:pPr>
      <w:r>
        <w:t>Why a parade soundtrack needs more than big hits</w:t>
      </w:r>
      <w:r/>
    </w:p>
    <w:p>
      <w:r/>
      <w:r>
        <w:t>You can hear Pride before you see it: the first low bass note, then a chorus of thousands singing in perfect, messy unison. James Barr told Attitude the playlist had to do heavy lifting , not just fill silence, but honour the spirit of the Attitude Pride Awards while powering a parade through central London. That means anthems that bring protest and celebration together, songs with emotional weight and pop bangers that make people wildly happy.</w:t>
      </w:r>
      <w:r/>
    </w:p>
    <w:p>
      <w:r/>
      <w:r>
        <w:t>Historically, music has been refuge and rallying cry for the LGBTQ+ community, and this soundtrack leans into that lineage. If you want your parade to feel alive, you need tracks that build momentum and invite participation. Barr’s approach shows how a well-curated set can turn a street into a dancefloor and remind listeners why those songs matter.</w:t>
      </w:r>
      <w:r/>
    </w:p>
    <w:p>
      <w:pPr>
        <w:pStyle w:val="Heading2"/>
      </w:pPr>
      <w:r>
        <w:t>The mix: Kylies, Madonnas and a few delicious curveballs</w:t>
      </w:r>
      <w:r/>
    </w:p>
    <w:p>
      <w:r/>
      <w:r>
        <w:t>Barr admits the non-negotiables are pop icons , expect Kylie and Madonna , but he’s also sprinkled in crowd-pleasing surprises. A highlight is Frankie Grande’s cover of Celine Dion’s I Drove All Night, a theatrical moment meant to keep the party going long after the march ends. Then there’s Barbara Butch’s Muy Lesbienne, a house cut with a hook so catchy Barr says it should be on every Pride playlist.</w:t>
      </w:r>
      <w:r/>
    </w:p>
    <w:p>
      <w:r/>
      <w:r>
        <w:t>This blend matters because a parade crosses generations and tastes. You want the mum who grew up on disco, the TikTok-savvy youngster, and the friend who lives for a DJ drop all to have their moment. The result is a soundtrack that feels inclusive, camp and, most importantly, impossible not to sing along to.</w:t>
      </w:r>
      <w:r/>
    </w:p>
    <w:p>
      <w:pPr>
        <w:pStyle w:val="Heading2"/>
      </w:pPr>
      <w:r>
        <w:t>How the soundtrack honours history while keeping things light</w:t>
      </w:r>
      <w:r/>
    </w:p>
    <w:p>
      <w:r/>
      <w:r>
        <w:t>Music at Pride isn’t just entertainment; it’s memory work. Barr referenced artists who used their platforms during hard times, from Diana Ross-era disco solace to Janet Jackson’s Together Again, which many recognise as a tribute to lost friends. That emotional layer sits alongside the more playful tracks, so the playlist moves between remembrance and full-throttle joy.</w:t>
      </w:r>
      <w:r/>
    </w:p>
    <w:p>
      <w:r/>
      <w:r>
        <w:t>For attendees, that balance matters: Pride is protest and party, grief and glitter. A good playlist acknowledges both. It lets you dance your heart out and, for a few tracks, catch your breath and remember why you’re there.</w:t>
      </w:r>
      <w:r/>
    </w:p>
    <w:p>
      <w:pPr>
        <w:pStyle w:val="Heading2"/>
      </w:pPr>
      <w:r>
        <w:t>Practical tips: how to enjoy the playlist on parade day</w:t>
      </w:r>
      <w:r/>
    </w:p>
    <w:p>
      <w:r/>
      <w:r>
        <w:t>If you’re marching, pick shoes that can survive confetti and several hours of dancing; go for supportive trainers with a fun sock. If you’re watching, arrive early to catch the build-up and stay late for those after-party bangers. Bring water and a portable battery , that bass will have your phone at zero by the time Padam Padam hits.</w:t>
      </w:r>
      <w:r/>
    </w:p>
    <w:p>
      <w:r/>
      <w:r>
        <w:t>If you’re making your own Pride playlist, mix well-known anthems with at least two deep cuts and a high-energy house track. Aim for momentum: open with familiarity to get people singing, insert an emotional moment mid-route, then finish with unabashed noise to keep spirits high.</w:t>
      </w:r>
      <w:r/>
    </w:p>
    <w:p>
      <w:pPr>
        <w:pStyle w:val="Heading2"/>
      </w:pPr>
      <w:r>
        <w:t>What this soundtrack means for Pride in London’s mood</w:t>
      </w:r>
      <w:r/>
    </w:p>
    <w:p>
      <w:r/>
      <w:r>
        <w:t>Attitude and Peugeot’s Roaring With Pride entry is about more than a branded float; it’s a moving celebration of community, courage and culture. Barr’s soundtrack is the auditory glue , it asks people to remember, to laugh, to sing and, yes, to twerk if so inclined. Expect moments that make strangers hug, entire streets echoing a single chorus and a few straight dads joining the chorus, bewildered and delighted.</w:t>
      </w:r>
      <w:r/>
    </w:p>
    <w:p>
      <w:r/>
      <w:r>
        <w:t>In the years ahead, playlists like this may become part of how we archive Pride , not just photos and speeches, but the exact songs that made us feel together. For now, it’s about creating a ridiculously good time on the road.</w:t>
      </w:r>
      <w:r/>
    </w:p>
    <w:p>
      <w:r/>
      <w:r>
        <w:t>It's a small change that can make every step of Pride feel louder, prouder and a lot more fun.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0">
        <w:r>
          <w:rPr>
            <w:color w:val="0000EE"/>
            <w:u w:val="single"/>
          </w:rPr>
          <w:t>[3]</w:t>
        </w:r>
      </w:hyperlink>
      <w:r>
        <w:t xml:space="preserve">- Paragraph 6: </w:t>
      </w:r>
      <w:hyperlink r:id="rId9">
        <w:r>
          <w:rPr>
            <w:color w:val="0000EE"/>
            <w:u w:val="single"/>
          </w:rPr>
          <w:t>[2]</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https://www.attitude.co.uk/pride-awards/james-barrs-roaring-with-pride-soundtrack-pride-in-london-527653/</w:t>
        </w:r>
      </w:hyperlink>
      <w:r>
        <w:t xml:space="preserve"> - Please view link - unable to able to access data</w:t>
      </w:r>
      <w:r/>
    </w:p>
    <w:p>
      <w:pPr>
        <w:pStyle w:val="ListNumber"/>
        <w:spacing w:line="240" w:lineRule="auto"/>
        <w:ind w:left="720"/>
      </w:pPr>
      <w:r/>
      <w:hyperlink r:id="rId9">
        <w:r>
          <w:rPr>
            <w:color w:val="0000EE"/>
            <w:u w:val="single"/>
          </w:rPr>
          <w:t>https://www.attitude.co.uk/pride-awards/james-barrs-roaring-with-pride-soundtrack-pride-in-london-527653/</w:t>
        </w:r>
      </w:hyperlink>
      <w:r>
        <w:t xml:space="preserve"> - James Barr, a broadcaster and DJ, has curated the 'Roaring With Pride' soundtrack for Attitude and Peugeot's Pride in London parade. The playlist combines Pride anthems, emotional moments, and dancefloor energy to energise the parade through central London. Barr emphasises the importance of queer joy and inclusivity in the selection, aiming to honour the spirit of the Attitude Pride Awards and celebrate the LGBTQ+ community. He highlights the need for a diverse range of songs to create momentum and excitement during the parade. Notable inclusions are Kylie Minogue and Madonna, with Barr also featuring Frankie Grande's cover of Celine Dion's 'I Drove All Night' as a standout track. The soundtrack reflects the essence of Pride, blending protest and celebration through music.</w:t>
      </w:r>
      <w:r/>
    </w:p>
    <w:p>
      <w:pPr>
        <w:pStyle w:val="ListNumber"/>
        <w:spacing w:line="240" w:lineRule="auto"/>
        <w:ind w:left="720"/>
      </w:pPr>
      <w:r/>
      <w:hyperlink r:id="rId10">
        <w:r>
          <w:rPr>
            <w:color w:val="0000EE"/>
            <w:u w:val="single"/>
          </w:rPr>
          <w:t>https://www.peugeot.co.uk/roaring-with-pride</w:t>
        </w:r>
      </w:hyperlink>
      <w:r>
        <w:t xml:space="preserve"> - Peugeot's 'Roaring With Pride' initiative partners with Attitude to support the LGBTQ+ community during Pride in London. The campaign includes a specially curated soundtrack designed to energise the parade and celebrate queer joy and inclusivity. Peugeot's involvement underscores its commitment to diversity and support for the LGBTQ+ community.</w:t>
      </w:r>
      <w:r/>
    </w:p>
    <w:p>
      <w:pPr>
        <w:pStyle w:val="ListNumber"/>
        <w:spacing w:line="240" w:lineRule="auto"/>
        <w:ind w:left="720"/>
      </w:pPr>
      <w:r/>
      <w:hyperlink r:id="rId11">
        <w:r>
          <w:rPr>
            <w:color w:val="0000EE"/>
            <w:u w:val="single"/>
          </w:rPr>
          <w:t>https://www.attitude.co.uk/pride-awards</w:t>
        </w:r>
      </w:hyperlink>
      <w:r>
        <w:t xml:space="preserve"> - The Attitude Pride Awards honour individuals and organisations that have demonstrated exceptional strength, resilience, and courage within the LGBTQ+ community. The awards aim to celebrate and recognise those who contribute positively to the community, fostering inclusivity and support.</w:t>
      </w:r>
      <w:r/>
    </w:p>
    <w:p>
      <w:pPr>
        <w:pStyle w:val="ListNumber"/>
        <w:spacing w:line="240" w:lineRule="auto"/>
        <w:ind w:left="720"/>
      </w:pPr>
      <w:r/>
      <w:hyperlink r:id="rId14">
        <w:r>
          <w:rPr>
            <w:color w:val="0000EE"/>
            <w:u w:val="single"/>
          </w:rPr>
          <w:t>https://www.kylie.com</w:t>
        </w:r>
      </w:hyperlink>
      <w:r>
        <w:t xml:space="preserve"> - Kylie Minogue is an Australian singer, songwriter, and actress known for her contributions to pop music and LGBTQ+ culture. Her music has been a staple in Pride celebrations, symbolising joy and inclusivity.</w:t>
      </w:r>
      <w:r/>
    </w:p>
    <w:p>
      <w:pPr>
        <w:pStyle w:val="ListNumber"/>
        <w:spacing w:line="240" w:lineRule="auto"/>
        <w:ind w:left="720"/>
      </w:pPr>
      <w:r/>
      <w:hyperlink r:id="rId13">
        <w:r>
          <w:rPr>
            <w:color w:val="0000EE"/>
            <w:u w:val="single"/>
          </w:rPr>
          <w:t>https://www.madonna.com</w:t>
        </w:r>
      </w:hyperlink>
      <w:r>
        <w:t xml:space="preserve"> - Madonna is an American singer, songwriter, and actress whose work has significantly influenced pop music and LGBTQ+ culture. Her advocacy and music have been integral to Pride events, representing empowerment and resilience.</w:t>
      </w:r>
      <w:r/>
    </w:p>
    <w:p>
      <w:pPr>
        <w:pStyle w:val="ListNumber"/>
        <w:spacing w:line="240" w:lineRule="auto"/>
        <w:ind w:left="720"/>
      </w:pPr>
      <w:r/>
      <w:hyperlink r:id="rId12">
        <w:r>
          <w:rPr>
            <w:color w:val="0000EE"/>
            <w:u w:val="single"/>
          </w:rPr>
          <w:t>https://www.frankiegrande.com</w:t>
        </w:r>
      </w:hyperlink>
      <w:r>
        <w:t xml:space="preserve"> - Frankie Grande is an American actor, singer, and dancer known for his energetic performances and LGBTQ+ advocacy. His cover of Celine Dion's 'I Drove All Night' is featured in the 'Roaring With Pride' soundtrack, adding a vibrant touch to the playlist.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pride-awards/james-barrs-roaring-with-pride-soundtrack-pride-in-london-527653/" TargetMode="External"/><Relationship Id="rId10" Type="http://schemas.openxmlformats.org/officeDocument/2006/relationships/hyperlink" Target="https://www.peugeot.co.uk/roaring-with-pride" TargetMode="External"/><Relationship Id="rId11" Type="http://schemas.openxmlformats.org/officeDocument/2006/relationships/hyperlink" Target="https://www.attitude.co.uk/pride-awards" TargetMode="External"/><Relationship Id="rId12" Type="http://schemas.openxmlformats.org/officeDocument/2006/relationships/hyperlink" Target="https://www.frankiegrande.com" TargetMode="External"/><Relationship Id="rId13" Type="http://schemas.openxmlformats.org/officeDocument/2006/relationships/hyperlink" Target="https://www.madonna.com" TargetMode="External"/><Relationship Id="rId14" Type="http://schemas.openxmlformats.org/officeDocument/2006/relationships/hyperlink" Target="https://www.kyli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