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Edition: Stonewall’s Exclusive Black Mirror San Junipero Graphic Novel</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snapping up a rare Pride tie-in: Stonewall is releasing a limited hardcover edition of the Black Mirror: San Junipero graphic novel to mark the episode’s tenth anniversary and raise funds for LGBTQ+ causes. It’s a collectible, charity-first edition available only through Stonewall in July and August.</w:t>
      </w:r>
      <w:r/>
    </w:p>
    <w:p>
      <w:r/>
      <w:r>
        <w:t>Essential Takeaways</w:t>
      </w:r>
      <w:r/>
      <w:r/>
    </w:p>
    <w:p>
      <w:pPr>
        <w:pStyle w:val="ListBullet"/>
        <w:spacing w:line="240" w:lineRule="auto"/>
        <w:ind w:left="720"/>
      </w:pPr>
      <w:r/>
      <w:r>
        <w:rPr>
          <w:b/>
        </w:rPr>
        <w:t>Limited run:</w:t>
      </w:r>
      <w:r>
        <w:t xml:space="preserve"> A colour hardcover edition priced at £35, sold only via Stonewall during July and August.</w:t>
      </w:r>
      <w:r/>
    </w:p>
    <w:p>
      <w:pPr>
        <w:pStyle w:val="ListBullet"/>
        <w:spacing w:line="240" w:lineRule="auto"/>
        <w:ind w:left="720"/>
      </w:pPr>
      <w:r/>
      <w:r>
        <w:rPr>
          <w:b/>
        </w:rPr>
        <w:t>Charity boost:</w:t>
      </w:r>
      <w:r>
        <w:t xml:space="preserve"> Stonewall takes 20% of profits to support its campaigning and community work.</w:t>
      </w:r>
      <w:r/>
    </w:p>
    <w:p>
      <w:pPr>
        <w:pStyle w:val="ListBullet"/>
        <w:spacing w:line="240" w:lineRule="auto"/>
        <w:ind w:left="720"/>
      </w:pPr>
      <w:r/>
      <w:r>
        <w:rPr>
          <w:b/>
        </w:rPr>
        <w:t>Special content:</w:t>
      </w:r>
      <w:r>
        <w:t xml:space="preserve"> Includes a new introduction by Stonewall co-founder Lisa Power and former chief executive Simon Blake.</w:t>
      </w:r>
      <w:r/>
    </w:p>
    <w:p>
      <w:pPr>
        <w:pStyle w:val="ListBullet"/>
        <w:spacing w:line="240" w:lineRule="auto"/>
        <w:ind w:left="720"/>
      </w:pPr>
      <w:r/>
      <w:r>
        <w:rPr>
          <w:b/>
        </w:rPr>
        <w:t>Official tie-in:</w:t>
      </w:r>
      <w:r>
        <w:t xml:space="preserve"> Produced by Twisted Comics under licence from Banijay Entertainment as part of the Black Mirror comics line.</w:t>
      </w:r>
      <w:r/>
    </w:p>
    <w:p>
      <w:pPr>
        <w:pStyle w:val="ListBullet"/>
        <w:spacing w:line="240" w:lineRule="auto"/>
        <w:ind w:left="720"/>
      </w:pPr>
      <w:r/>
      <w:r>
        <w:rPr>
          <w:b/>
        </w:rPr>
        <w:t>Collectible access:</w:t>
      </w:r>
      <w:r>
        <w:t xml:space="preserve"> Not sold through bookshops, comic stores, Amazon, or conventions, only direct from Stonewall.</w:t>
      </w:r>
      <w:r/>
      <w:r/>
    </w:p>
    <w:p>
      <w:pPr>
        <w:pStyle w:val="Heading2"/>
      </w:pPr>
      <w:r>
        <w:t>Why this special edition matters right now</w:t>
      </w:r>
      <w:r/>
    </w:p>
    <w:p>
      <w:r/>
      <w:r>
        <w:t>This is the sort of tie-in that feels both celebratory and purposeful, a collector’s item with a conscience. San Junipero has been one of Black Mirror’s most beloved episodes since it first aired, and marking its tenth year with an exclusive Stonewall edition turns fandom into fundraising. It’s tactile, colourful and aimed at people who want a physical keepsake that also gives back.</w:t>
      </w:r>
      <w:r/>
    </w:p>
    <w:p>
      <w:pPr>
        <w:pStyle w:val="Heading2"/>
      </w:pPr>
      <w:r>
        <w:t>What’s inside and who made it</w:t>
      </w:r>
      <w:r/>
    </w:p>
    <w:p>
      <w:r/>
      <w:r>
        <w:t>The graphic novel adapts Charlie Brooker’s acclaimed episode and brings together writers and artists from Twisted Comics’ Black Mirror line. The hardcover features full-colour art and a fresh introduction by Lisa Power and Simon Blake, adding historical and activist perspective to the story. According to licensing reports, the book is an authorised Banijay Entertainment tie-in, so it’s an official expansion of the Black Mirror universe.</w:t>
      </w:r>
      <w:r/>
    </w:p>
    <w:p>
      <w:pPr>
        <w:pStyle w:val="Heading2"/>
      </w:pPr>
      <w:r>
        <w:t>How the release works , and how to get one</w:t>
      </w:r>
      <w:r/>
    </w:p>
    <w:p>
      <w:r/>
      <w:r>
        <w:t>Stonewall will sell the edition only during July and August, with worldwide shipping scheduled for September. It won’t appear in the usual retail outlets , comic shops, bookshops, Amazon or conventions won’t carry it , so you must buy directly from Stonewall while stocks last. At £35, with 20% of profits headed to the charity, it’s pitched as both an affordable collectible and a fundraiser.</w:t>
      </w:r>
      <w:r/>
    </w:p>
    <w:p>
      <w:pPr>
        <w:pStyle w:val="Heading2"/>
      </w:pPr>
      <w:r>
        <w:t>Why Stonewall chose San Junipero for Pride fundraising</w:t>
      </w:r>
      <w:r/>
    </w:p>
    <w:p>
      <w:r/>
      <w:r>
        <w:t>San Junipero’s themes of love and identity have resonated strongly with LGBTQ+ audiences, making it a natural fit for Pride fundraising. Stonewall, founded in 1989, has decades of campaigning and community support behind it, and this partnership turns a popular culture moment into concrete support. It’s a neat crossover of entertainment and activism that feels timely for Pride and the episode’s anniversary.</w:t>
      </w:r>
      <w:r/>
    </w:p>
    <w:p>
      <w:pPr>
        <w:pStyle w:val="Heading2"/>
      </w:pPr>
      <w:r>
        <w:t>Should you buy it? Practical advice for collectors</w:t>
      </w:r>
      <w:r/>
    </w:p>
    <w:p>
      <w:r/>
      <w:r>
        <w:t>If you want a limited, charity-linked edition and a physical memento of San Junipero, this is an obvious buy. If you collect comics, check whether you prefer the regular Twisted Comics releases or exclusive editions; exclusives can gain value but are only available briefly. Remember shipping timelines and factor in worldwide postage when ordering in July or August.</w:t>
      </w:r>
      <w:r/>
    </w:p>
    <w:p>
      <w:r/>
      <w:r>
        <w:t>It’s a small change that helps fund big work , and gives readers a beautiful, tangible version of a much-loved story.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9">
        <w:r>
          <w:rPr>
            <w:color w:val="0000EE"/>
            <w:u w:val="single"/>
          </w:rPr>
          <w:t>[1]</w:t>
        </w:r>
      </w:hyperlink>
      <w:r>
        <w:t xml:space="preserve">, </w:t>
      </w:r>
      <w:hyperlink r:id="rId10">
        <w:r>
          <w:rPr>
            <w:color w:val="0000EE"/>
            <w:u w:val="single"/>
          </w:rPr>
          <w:t>[2]</w:t>
        </w:r>
      </w:hyperlink>
      <w:r>
        <w:t xml:space="preserve">- Paragraph 3: </w:t>
      </w:r>
      <w:hyperlink r:id="rId9">
        <w:r>
          <w:rPr>
            <w:color w:val="0000EE"/>
            <w:u w:val="single"/>
          </w:rPr>
          <w:t>[1]</w:t>
        </w:r>
      </w:hyperlink>
      <w:r>
        <w:t xml:space="preserve">, </w:t>
      </w:r>
      <w:hyperlink r:id="rId11">
        <w:r>
          <w:rPr>
            <w:color w:val="0000EE"/>
            <w:u w:val="single"/>
          </w:rPr>
          <w:t>[4]</w:t>
        </w:r>
      </w:hyperlink>
      <w:r>
        <w:t xml:space="preserve">- Paragraph 4: </w:t>
      </w:r>
      <w:hyperlink r:id="rId9">
        <w:r>
          <w:rPr>
            <w:color w:val="0000EE"/>
            <w:u w:val="single"/>
          </w:rPr>
          <w:t>[1]</w:t>
        </w:r>
      </w:hyperlink>
      <w:r>
        <w:t xml:space="preserve">, </w:t>
      </w:r>
      <w:hyperlink r:id="rId10">
        <w:r>
          <w:rPr>
            <w:color w:val="0000EE"/>
            <w:u w:val="single"/>
          </w:rPr>
          <w:t>[2]</w:t>
        </w:r>
      </w:hyperlink>
      <w:r>
        <w:t xml:space="preserve">- Paragraph 5: </w:t>
      </w:r>
      <w:hyperlink r:id="rId9">
        <w:r>
          <w:rPr>
            <w:color w:val="0000EE"/>
            <w:u w:val="single"/>
          </w:rPr>
          <w:t>[1]</w:t>
        </w:r>
      </w:hyperlink>
      <w:r>
        <w:t xml:space="preserve">, </w:t>
      </w:r>
      <w:hyperlink r:id="rId11">
        <w:r>
          <w:rPr>
            <w:color w:val="0000EE"/>
            <w:u w:val="single"/>
          </w:rPr>
          <w:t>[4]</w:t>
        </w:r>
      </w:hyperlink>
      <w:r>
        <w:t xml:space="preserve">- Paragraph 6: </w:t>
      </w:r>
      <w:hyperlink r:id="rId9">
        <w:r>
          <w:rPr>
            <w:color w:val="0000EE"/>
            <w:u w:val="single"/>
          </w:rPr>
          <w:t>[1]</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https://bleedingcool.com/comics/stonewalls-own-edition-of-the-black-mirror-san-junipero-graphic-novel/</w:t>
        </w:r>
      </w:hyperlink>
      <w:r>
        <w:t xml:space="preserve"> - Please view link - unable to able to access data</w:t>
      </w:r>
      <w:r/>
    </w:p>
    <w:p>
      <w:pPr>
        <w:pStyle w:val="ListNumber"/>
        <w:spacing w:line="240" w:lineRule="auto"/>
        <w:ind w:left="720"/>
      </w:pPr>
      <w:r/>
      <w:hyperlink r:id="rId10">
        <w:r>
          <w:rPr>
            <w:color w:val="0000EE"/>
            <w:u w:val="single"/>
          </w:rPr>
          <w:t>https://www.licenseglobal.com/publishing/-black-mirror-san-junipero-comic-launches</w:t>
        </w:r>
      </w:hyperlink>
      <w:r>
        <w:t xml:space="preserve"> - This article announces the launch of the 'Black Mirror: San Junipero' graphic novel, following the success of the 'USS Callister' adaptation. The pre-order window has opened, offering fans the chance to engage with the 'Black Mirror' universe through a collectible format. The adaptation features artwork by Phil Buckenham and a new cover by Butcher Billy. Fans can also be drawn into the comic as characters through select pre-order tiers. (</w:t>
      </w:r>
      <w:hyperlink r:id="rId12">
        <w:r>
          <w:rPr>
            <w:color w:val="0000EE"/>
            <w:u w:val="single"/>
          </w:rPr>
          <w:t>licenseglobal.com</w:t>
        </w:r>
      </w:hyperlink>
      <w:r>
        <w:t>)</w:t>
      </w:r>
      <w:r/>
    </w:p>
    <w:p>
      <w:pPr>
        <w:pStyle w:val="ListNumber"/>
        <w:spacing w:line="240" w:lineRule="auto"/>
        <w:ind w:left="720"/>
      </w:pPr>
      <w:r/>
      <w:hyperlink r:id="rId13">
        <w:r>
          <w:rPr>
            <w:color w:val="0000EE"/>
            <w:u w:val="single"/>
          </w:rPr>
          <w:t>https://www.comicbookyeti.com/post/black-mirror-the-graphic-novel-s-uss-callister-san-junipero-advanced-review</w:t>
        </w:r>
      </w:hyperlink>
      <w:r>
        <w:t xml:space="preserve"> - This advanced review discusses the official graphic novel adaptations of 'Black Mirror' episodes 'USS Callister' and 'San Junipero'. The review highlights the storytelling choices, art styles, and the unique approach to translating the episodes into graphic novel format. It also mentions the involvement of Twisted Comics and the use of Kickstarter to invite fans into the project. (</w:t>
      </w:r>
      <w:hyperlink r:id="rId14">
        <w:r>
          <w:rPr>
            <w:color w:val="0000EE"/>
            <w:u w:val="single"/>
          </w:rPr>
          <w:t>comicbookyeti.com</w:t>
        </w:r>
      </w:hyperlink>
      <w:r>
        <w:t>)</w:t>
      </w:r>
      <w:r/>
    </w:p>
    <w:p>
      <w:pPr>
        <w:pStyle w:val="ListNumber"/>
        <w:spacing w:line="240" w:lineRule="auto"/>
        <w:ind w:left="720"/>
      </w:pPr>
      <w:r/>
      <w:hyperlink r:id="rId11">
        <w:r>
          <w:rPr>
            <w:color w:val="0000EE"/>
            <w:u w:val="single"/>
          </w:rPr>
          <w:t>https://senalnews.com/en/content/banijays-san-junipero-expands-the-black-mirror-universe-in-comic-form</w:t>
        </w:r>
      </w:hyperlink>
      <w:r>
        <w:t xml:space="preserve"> - This article details the expansion of the 'Black Mirror' universe with the 'San Junipero' graphic novel adaptation. It mentions the collaboration between Twisted Comics and Banijay Rights, the global distribution arm of Banijay Entertainment. The adaptation features artwork by Phil Buckenham and a new cover by Butcher Billy. Fans have the opportunity to be illustrated as characters within the comic through select pre-order tiers. (</w:t>
      </w:r>
      <w:hyperlink r:id="rId15">
        <w:r>
          <w:rPr>
            <w:color w:val="0000EE"/>
            <w:u w:val="single"/>
          </w:rPr>
          <w:t>senalnews.com</w:t>
        </w:r>
      </w:hyperlink>
      <w:r>
        <w:t>)</w:t>
      </w:r>
      <w:r/>
    </w:p>
    <w:p>
      <w:pPr>
        <w:pStyle w:val="ListNumber"/>
        <w:spacing w:line="240" w:lineRule="auto"/>
        <w:ind w:left="720"/>
      </w:pPr>
      <w:r/>
      <w:hyperlink r:id="rId16">
        <w:r>
          <w:rPr>
            <w:color w:val="0000EE"/>
            <w:u w:val="single"/>
          </w:rPr>
          <w:t>https://www.comicbooknews.co.uk/article/inkypen-debuts-exclusive-black-mirror-comic-adaptation-of-uss-callister.html</w:t>
        </w:r>
      </w:hyperlink>
      <w:r>
        <w:t xml:space="preserve"> - This article announces the exclusive debut of the 'Black Mirror' comic adaptation of 'USS Callister' on InkyPen. It highlights the partnership between Twisted Comics and InkyPen, offering readers a sneak peek of the first 20 pages of the graphic novel. The adaptation is written by Neil Gibson and illustrated by Silvano Beltramo. The article also mentions the use of Kickstarter to invite fans into the project. (</w:t>
      </w:r>
      <w:hyperlink r:id="rId17">
        <w:r>
          <w:rPr>
            <w:color w:val="0000EE"/>
            <w:u w:val="single"/>
          </w:rPr>
          <w:t>comicbooknews.co.uk</w:t>
        </w:r>
      </w:hyperlink>
      <w:r>
        <w:t>)</w:t>
      </w:r>
      <w:r/>
    </w:p>
    <w:p>
      <w:pPr>
        <w:pStyle w:val="ListNumber"/>
        <w:spacing w:line="240" w:lineRule="auto"/>
        <w:ind w:left="720"/>
      </w:pPr>
      <w:r/>
      <w:hyperlink r:id="rId18">
        <w:r>
          <w:rPr>
            <w:color w:val="0000EE"/>
            <w:u w:val="single"/>
          </w:rPr>
          <w:t>https://atomicbooks.com/products/black-mirror-uss-callister</w:t>
        </w:r>
      </w:hyperlink>
      <w:r>
        <w:t xml:space="preserve"> - This product page offers the 'Black Mirror: USS Callister' graphic novel for sale. The novel is described as the official adaptation of one of the most popular episodes of the Emmy Award-winning series. It is beautifully illustrated and presented in a high-quality edition, appealing to fans of science fiction, graphic novels, and contemporary pop culture phenomena. (</w:t>
      </w:r>
      <w:hyperlink r:id="rId19">
        <w:r>
          <w:rPr>
            <w:color w:val="0000EE"/>
            <w:u w:val="single"/>
          </w:rPr>
          <w:t>atomicbooks.com</w:t>
        </w:r>
      </w:hyperlink>
      <w:r>
        <w:t>)</w:t>
      </w:r>
      <w:r/>
    </w:p>
    <w:p>
      <w:pPr>
        <w:pStyle w:val="ListNumber"/>
        <w:spacing w:line="240" w:lineRule="auto"/>
        <w:ind w:left="720"/>
      </w:pPr>
      <w:r/>
      <w:hyperlink r:id="rId9">
        <w:r>
          <w:rPr>
            <w:color w:val="0000EE"/>
            <w:u w:val="single"/>
          </w:rPr>
          <w:t>https://bleedingcool.com/comics/stonewalls-own-edition-of-the-black-mirror-san-junipero-graphic-novel/</w:t>
        </w:r>
      </w:hyperlink>
      <w:r>
        <w:t xml:space="preserve"> - This article announces Stonewall's exclusive limited hardcover edition of the 'Black Mirror: San Junipero' graphic novel. The edition is available only in July and August, priced at £35, with worldwide shipping in September. Stonewall will receive 20% of the profits. The edition includes an introduction by Lisa Power, co-founder of Stonewall, and Simon Blake, former Chief Executive of Stonewall. The graphic novel is written by Charlie Brooker, Neil Gibson, Phil Buckenham, Agnese Pozza, and Rob Jones, and published by Twisted Comics.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bleedingcool.com/comics/stonewalls-own-edition-of-the-black-mirror-san-junipero-graphic-novel/" TargetMode="External"/><Relationship Id="rId10" Type="http://schemas.openxmlformats.org/officeDocument/2006/relationships/hyperlink" Target="https://www.licenseglobal.com/publishing/-black-mirror-san-junipero-comic-launches" TargetMode="External"/><Relationship Id="rId11" Type="http://schemas.openxmlformats.org/officeDocument/2006/relationships/hyperlink" Target="https://senalnews.com/en/content/banijays-san-junipero-expands-the-black-mirror-universe-in-comic-form" TargetMode="External"/><Relationship Id="rId12" Type="http://schemas.openxmlformats.org/officeDocument/2006/relationships/hyperlink" Target="https://www.licenseglobal.com/publishing/-black-mirror-san-junipero-comic-launches?utm_source=openai" TargetMode="External"/><Relationship Id="rId13" Type="http://schemas.openxmlformats.org/officeDocument/2006/relationships/hyperlink" Target="https://www.comicbookyeti.com/post/black-mirror-the-graphic-novel-s-uss-callister-san-junipero-advanced-review" TargetMode="External"/><Relationship Id="rId14" Type="http://schemas.openxmlformats.org/officeDocument/2006/relationships/hyperlink" Target="https://www.comicbookyeti.com/post/black-mirror-the-graphic-novel-s-uss-callister-san-junipero-advanced-review?utm_source=openai" TargetMode="External"/><Relationship Id="rId15" Type="http://schemas.openxmlformats.org/officeDocument/2006/relationships/hyperlink" Target="https://senalnews.com/en/content/banijays-san-junipero-expands-the-black-mirror-universe-in-comic-form?utm_source=openai" TargetMode="External"/><Relationship Id="rId16" Type="http://schemas.openxmlformats.org/officeDocument/2006/relationships/hyperlink" Target="https://www.comicbooknews.co.uk/article/inkypen-debuts-exclusive-black-mirror-comic-adaptation-of-uss-callister.html" TargetMode="External"/><Relationship Id="rId17" Type="http://schemas.openxmlformats.org/officeDocument/2006/relationships/hyperlink" Target="https://www.comicbooknews.co.uk/article/inkypen-debuts-exclusive-black-mirror-comic-adaptation-of-uss-callister.html?utm_source=openai" TargetMode="External"/><Relationship Id="rId18" Type="http://schemas.openxmlformats.org/officeDocument/2006/relationships/hyperlink" Target="https://atomicbooks.com/products/black-mirror-uss-callister" TargetMode="External"/><Relationship Id="rId19" Type="http://schemas.openxmlformats.org/officeDocument/2006/relationships/hyperlink" Target="https://atomicbooks.com/products/black-mirror-uss-callister?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