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Photos and Moments from New York City Pride March 2023</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parade-goers and queer New Yorkers poured into Manhattan for a jubilant, defiant Pride , here's a roundup of the most joyful scenes, who led the march, and why this year's "For All Of Us" theme felt especially vital.</w:t>
      </w:r>
      <w:r/>
    </w:p>
    <w:p>
      <w:r/>
      <w:r>
        <w:t>Essential Takeaways</w:t>
      </w:r>
      <w:r/>
      <w:r/>
    </w:p>
    <w:p>
      <w:pPr>
        <w:pStyle w:val="ListBullet"/>
        <w:spacing w:line="240" w:lineRule="auto"/>
        <w:ind w:left="720"/>
      </w:pPr>
      <w:r/>
      <w:r>
        <w:rPr>
          <w:b/>
        </w:rPr>
        <w:t>Massive turnout:</w:t>
      </w:r>
      <w:r>
        <w:t xml:space="preserve"> Over two million people lined the approximately two-mile route, with roughly 75,000 marchers joining the parade.</w:t>
      </w:r>
      <w:r/>
    </w:p>
    <w:p>
      <w:pPr>
        <w:pStyle w:val="ListBullet"/>
        <w:spacing w:line="240" w:lineRule="auto"/>
        <w:ind w:left="720"/>
      </w:pPr>
      <w:r/>
      <w:r>
        <w:rPr>
          <w:b/>
        </w:rPr>
        <w:t>Historic grand marshals:</w:t>
      </w:r>
      <w:r>
        <w:t xml:space="preserve"> Bowen Yang, Dominique Jackson, Peppermint, Bernie Wagenblast and Gays Against Guns led the march, nominated by the community.</w:t>
      </w:r>
      <w:r/>
    </w:p>
    <w:p>
      <w:pPr>
        <w:pStyle w:val="ListBullet"/>
        <w:spacing w:line="240" w:lineRule="auto"/>
        <w:ind w:left="720"/>
      </w:pPr>
      <w:r/>
      <w:r>
        <w:rPr>
          <w:b/>
        </w:rPr>
        <w:t>Festival atmosphere:</w:t>
      </w:r>
      <w:r>
        <w:t xml:space="preserve"> Confetti, colourful costumes and a celebratory citywide energy mixed with a sharper message about rights and inclusion.</w:t>
      </w:r>
      <w:r/>
    </w:p>
    <w:p>
      <w:pPr>
        <w:pStyle w:val="ListBullet"/>
        <w:spacing w:line="240" w:lineRule="auto"/>
        <w:ind w:left="720"/>
      </w:pPr>
      <w:r/>
      <w:r>
        <w:rPr>
          <w:b/>
        </w:rPr>
        <w:t>Logistics note:</w:t>
      </w:r>
      <w:r>
        <w:t xml:space="preserve"> Expect street closures and transport changes when planning to attend; the event shuts down big swathes of Manhattan.</w:t>
      </w:r>
      <w:r/>
    </w:p>
    <w:p>
      <w:pPr>
        <w:pStyle w:val="ListBullet"/>
        <w:spacing w:line="240" w:lineRule="auto"/>
        <w:ind w:left="720"/>
      </w:pPr>
      <w:r/>
      <w:r>
        <w:rPr>
          <w:b/>
        </w:rPr>
        <w:t>Emotional high:</w:t>
      </w:r>
      <w:r>
        <w:t xml:space="preserve"> Organisers and participants described the day as a mix of pure joy and renewed commitment to LGBTQ+ liberation.</w:t>
      </w:r>
      <w:r/>
      <w:r/>
    </w:p>
    <w:p>
      <w:pPr>
        <w:pStyle w:val="Heading2"/>
      </w:pPr>
      <w:r>
        <w:t>A sea of colour and confetti , the mood on the route</w:t>
      </w:r>
      <w:r/>
    </w:p>
    <w:p>
      <w:r/>
      <w:r>
        <w:t>Walk the route in your head and you can almost hear the cheers and fizz of cans , the march had that buzzy, carnival warmth, with confetti clinging to the pavements and costumes that ranged from sleek to gloriously over-the-top. CBS News and Vogue both captured the layered energy: celebration and protest, side by side. It mattered because the visuals carried the politics; Pride has always been both party and petition, and this year the joyous scenes helped make the message accessible to everyone watching.</w:t>
      </w:r>
      <w:r/>
    </w:p>
    <w:p>
      <w:pPr>
        <w:pStyle w:val="Heading2"/>
      </w:pPr>
      <w:r>
        <w:t>Grand marshals who told a story</w:t>
      </w:r>
      <w:r/>
    </w:p>
    <w:p>
      <w:r/>
      <w:r>
        <w:t>Having Bowen Yang, Dominique Jackson, Peppermint, Bernie Wagenblast and Gays Against Guns up front felt deliberate , a mix of entertainment stars, community leaders and activists. NYC Pride announced the slate in advance, and the choice underscored inclusivity: folks from trans and performance communities alongside organisers fighting gun violence. Their presence gave photographers great moments, but more importantly it gave the march a clear, lived-through narrative about who Pride is for.</w:t>
      </w:r>
      <w:r/>
    </w:p>
    <w:p>
      <w:pPr>
        <w:pStyle w:val="Heading2"/>
      </w:pPr>
      <w:r>
        <w:t>Numbers that matter , turnout, routes and real-life impact</w:t>
      </w:r>
      <w:r/>
    </w:p>
    <w:p>
      <w:r/>
      <w:r>
        <w:t>More than two million people turned out, which is as much an urban logistics feat as a cultural one. CBS News and NYC Pride noted the roughly two-mile route and the attendant street closures that ripple across the day. If you plan to attend future marches, arrive early, wear comfortable shoes and expect transport detours; the city becomes a moving party and the crowds can be overwhelming if you’re not prepared.</w:t>
      </w:r>
      <w:r/>
    </w:p>
    <w:p>
      <w:pPr>
        <w:pStyle w:val="Heading2"/>
      </w:pPr>
      <w:r>
        <w:t>Joy and fight , why the theme "For All Of Us" landed</w:t>
      </w:r>
      <w:r/>
    </w:p>
    <w:p>
      <w:r/>
      <w:r>
        <w:t>“For All Of Us” wasn’t just a line on a banner , it framed the day as both celebration and a continuation of activism. Vogue and CBS photographers caught faces that were laughing, crying, chanting and dancing, often in the same frame. That combination is what gives Pride its staying power: it’s a space to reclaim public joy while also pushing for policy change, visibility and safety for marginalised members of the community.</w:t>
      </w:r>
      <w:r/>
    </w:p>
    <w:p>
      <w:pPr>
        <w:pStyle w:val="Heading2"/>
      </w:pPr>
      <w:r>
        <w:t>Practical tips for people who want to join next time</w:t>
      </w:r>
      <w:r/>
    </w:p>
    <w:p>
      <w:r/>
      <w:r>
        <w:t>If you want to be part of the parade rather than just watch, nominate or volunteer early; community groups often fill slots fast. For spectators, pack light, carry water, and scope out quieter vantage points off the main drag if sensory overload is a risk. And bring a small bag for confetti and flyers , you’ll want a keepsake or two from a day this colourful.</w:t>
      </w:r>
      <w:r/>
    </w:p>
    <w:p>
      <w:r/>
      <w:r>
        <w:t>It's a small change that can make every Pride experience safer and more joyful.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[5]</w:t>
        </w:r>
      </w:hyperlink>
      <w:r>
        <w:t xml:space="preserve">- Paragraph 2: </w:t>
      </w:r>
      <w:hyperlink r:id="rId12">
        <w:r>
          <w:rPr>
            <w:color w:val="0000EE"/>
            <w:u w:val="single"/>
          </w:rPr>
          <w:t>[2]</w:t>
        </w:r>
      </w:hyperlink>
      <w:r>
        <w:t xml:space="preserve">, </w:t>
      </w:r>
      <w:hyperlink r:id="rId13">
        <w:r>
          <w:rPr>
            <w:color w:val="0000EE"/>
            <w:u w:val="single"/>
          </w:rPr>
          <w:t>[3]</w:t>
        </w:r>
      </w:hyperlink>
      <w:r>
        <w:t xml:space="preserve">- Paragraph 3: </w:t>
      </w:r>
      <w:hyperlink r:id="rId13">
        <w:r>
          <w:rPr>
            <w:color w:val="0000EE"/>
            <w:u w:val="single"/>
          </w:rPr>
          <w:t>[3]</w:t>
        </w:r>
      </w:hyperlink>
      <w:r>
        <w:t xml:space="preserve">, </w:t>
      </w:r>
      <w:hyperlink r:id="rId14">
        <w:r>
          <w:rPr>
            <w:color w:val="0000EE"/>
            <w:u w:val="single"/>
          </w:rPr>
          <w:t>[6]</w:t>
        </w:r>
      </w:hyperlink>
      <w:r>
        <w:t xml:space="preserve">- Paragraph 4: </w:t>
      </w:r>
      <w:hyperlink r:id="rId11">
        <w:r>
          <w:rPr>
            <w:color w:val="0000EE"/>
            <w:u w:val="single"/>
          </w:rPr>
          <w:t>[5]</w:t>
        </w:r>
      </w:hyperlink>
      <w:r>
        <w:t xml:space="preserve">, </w:t>
      </w:r>
      <w:hyperlink r:id="rId15">
        <w:r>
          <w:rPr>
            <w:color w:val="0000EE"/>
            <w:u w:val="single"/>
          </w:rPr>
          <w:t>[7]</w:t>
        </w:r>
      </w:hyperlink>
      <w:r>
        <w:t xml:space="preserve">- Paragraph 5: </w:t>
      </w:r>
      <w:hyperlink r:id="rId13">
        <w:r>
          <w:rPr>
            <w:color w:val="0000EE"/>
            <w:u w:val="single"/>
          </w:rPr>
          <w:t>[3]</w:t>
        </w:r>
      </w:hyperlink>
      <w:r>
        <w:t xml:space="preserve">, </w:t>
      </w:r>
      <w:hyperlink r:id="rId10">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https://www.gaycities.com/articles/106008/photos-10-of-the-most-joyful-photos-from-the-nyc-pride-march/</w:t>
        </w:r>
      </w:hyperlink>
      <w:r>
        <w:t xml:space="preserve"> - Please view link - unable to able to access data</w:t>
      </w:r>
      <w:r/>
    </w:p>
    <w:p>
      <w:pPr>
        <w:pStyle w:val="ListNumber"/>
        <w:spacing w:line="240" w:lineRule="auto"/>
        <w:ind w:left="720"/>
      </w:pPr>
      <w:r/>
      <w:hyperlink r:id="rId12">
        <w:r>
          <w:rPr>
            <w:color w:val="0000EE"/>
            <w:u w:val="single"/>
          </w:rPr>
          <w:t>https://www.nycpride.org/news-press-media/grand-marshals-announced-for-2023-nyc-pride-march</w:t>
        </w:r>
      </w:hyperlink>
      <w:r>
        <w:t xml:space="preserve"> - This official announcement from NYC Pride details the Grand Marshals for the 2023 Pride March, including Billy Porter, Yasmin Benoit, AC Dumlao, Hope Giselle, and Randolfe 'Randy' Wicker. The article highlights their contributions to the LGBTQ+ community and their roles in leading the 2023 festivities. Additionally, it mentions Angelica Ross returning as co-host and featured performer for the broadcast special on ABC-7. The announcement underscores the significance of these individuals in representing the diverse facets of the community during the Pride celebrations.</w:t>
      </w:r>
      <w:r/>
    </w:p>
    <w:p>
      <w:pPr>
        <w:pStyle w:val="ListNumber"/>
        <w:spacing w:line="240" w:lineRule="auto"/>
        <w:ind w:left="720"/>
      </w:pPr>
      <w:r/>
      <w:hyperlink r:id="rId13">
        <w:r>
          <w:rPr>
            <w:color w:val="0000EE"/>
            <w:u w:val="single"/>
          </w:rPr>
          <w:t>https://www.cbsnews.com/newyork/news/nyc-pride-march-2023/</w:t>
        </w:r>
      </w:hyperlink>
      <w:r>
        <w:t xml:space="preserve"> - CBS News provides coverage of the 2023 New York City Pride March, noting that the event took place on Sunday, June 25, 2023, in Manhattan. The article describes the festivities as reflecting the national struggle for LGBTQIA+ rights, with rainbow confetti raining down in Midtown, marking one of the largest Pride parades globally. It also mentions that approximately 2 million people attended the event, celebrating alongside 75,000 marchers, including Mayor Zohran Mamdani, highlighting the city's vibrant support for the LGBTQ+ community.</w:t>
      </w:r>
      <w:r/>
    </w:p>
    <w:p>
      <w:pPr>
        <w:pStyle w:val="ListNumber"/>
        <w:spacing w:line="240" w:lineRule="auto"/>
        <w:ind w:left="720"/>
      </w:pPr>
      <w:r/>
      <w:hyperlink r:id="rId10">
        <w:r>
          <w:rPr>
            <w:color w:val="0000EE"/>
            <w:u w:val="single"/>
          </w:rPr>
          <w:t>https://www.cbsnews.com/newyork/news/nyc-pride-march-2023-photos/</w:t>
        </w:r>
      </w:hyperlink>
      <w:r>
        <w:t xml:space="preserve"> - CBS News presents a photo gallery capturing moments from the 2023 New York City Pride March. The images showcase participants, including Governor Kathy Hochul and Reverend Al Sharpton, highlighting the diverse and inclusive nature of the event. The gallery provides visual insights into the celebrations, emphasizing the community's unity and the significance of the Pride March in New York City.</w:t>
      </w:r>
      <w:r/>
    </w:p>
    <w:p>
      <w:pPr>
        <w:pStyle w:val="ListNumber"/>
        <w:spacing w:line="240" w:lineRule="auto"/>
        <w:ind w:left="720"/>
      </w:pPr>
      <w:r/>
      <w:hyperlink r:id="rId11">
        <w:r>
          <w:rPr>
            <w:color w:val="0000EE"/>
            <w:u w:val="single"/>
          </w:rPr>
          <w:t>https://www.vogue.co.uk/article/pride-march-new-york-2023</w:t>
        </w:r>
      </w:hyperlink>
      <w:r>
        <w:t xml:space="preserve"> - British Vogue features photographer Ryan McGinley's coverage of New York City's Drag and Dyke Marches in 2023. The article highlights the vibrant and spirited atmosphere of these events, capturing crowds, colours, and the spirit of resistance as participants turned looks and wielded signs. It notes that the Drag March focused on protesting against drag bans, while the Dyke March emphasised bodily autonomy, coinciding with the one-year anniversary of the fall of Roe v. Wade.</w:t>
      </w:r>
      <w:r/>
    </w:p>
    <w:p>
      <w:pPr>
        <w:pStyle w:val="ListNumber"/>
        <w:spacing w:line="240" w:lineRule="auto"/>
        <w:ind w:left="720"/>
      </w:pPr>
      <w:r/>
      <w:hyperlink r:id="rId14">
        <w:r>
          <w:rPr>
            <w:color w:val="0000EE"/>
            <w:u w:val="single"/>
          </w:rPr>
          <w:t>https://www.cbsnews.com/newyork/news/new-york-city-pride-guide-2023-street-closures/</w:t>
        </w:r>
      </w:hyperlink>
      <w:r>
        <w:t xml:space="preserve"> - CBS News provides a comprehensive guide to the 2023 New York City Pride March, detailing when and where to line up, street closures, and other essential information. The article offers practical advice for attendees, ensuring they are well-prepared to participate in the annual celebration of the LGBTQ+ community. It serves as a valuable resource for both first-time and returning participants, highlighting the significance of the event and the city's commitment to inclusivity.</w:t>
      </w:r>
      <w:r/>
    </w:p>
    <w:p>
      <w:pPr>
        <w:pStyle w:val="ListNumber"/>
        <w:spacing w:line="240" w:lineRule="auto"/>
        <w:ind w:left="720"/>
      </w:pPr>
      <w:r/>
      <w:hyperlink r:id="rId15">
        <w:r>
          <w:rPr>
            <w:color w:val="0000EE"/>
            <w:u w:val="single"/>
          </w:rPr>
          <w:t>https://www.cbsnews.com/newyork/pictures/2023-new-york-city-pride-march-photos/</w:t>
        </w:r>
      </w:hyperlink>
      <w:r>
        <w:t xml:space="preserve"> - CBS News presents a photo gallery capturing moments from the 2023 New York City Pride March. The images showcase participants, including Governor Kathy Hochul and Reverend Al Sharpton, highlighting the diverse and inclusive nature of the event. The gallery provides visual insights into the celebrations, emphasizing the community's unity and the significance of the Pride March in New York City.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gaycities.com/articles/106008/photos-10-of-the-most-joyful-photos-from-the-nyc-pride-march/" TargetMode="External"/><Relationship Id="rId10" Type="http://schemas.openxmlformats.org/officeDocument/2006/relationships/hyperlink" Target="https://www.cbsnews.com/newyork/news/nyc-pride-march-2023-photos/" TargetMode="External"/><Relationship Id="rId11" Type="http://schemas.openxmlformats.org/officeDocument/2006/relationships/hyperlink" Target="https://www.vogue.co.uk/article/pride-march-new-york-2023" TargetMode="External"/><Relationship Id="rId12" Type="http://schemas.openxmlformats.org/officeDocument/2006/relationships/hyperlink" Target="https://www.nycpride.org/news-press-media/grand-marshals-announced-for-2023-nyc-pride-march" TargetMode="External"/><Relationship Id="rId13" Type="http://schemas.openxmlformats.org/officeDocument/2006/relationships/hyperlink" Target="https://www.cbsnews.com/newyork/news/nyc-pride-march-2023/" TargetMode="External"/><Relationship Id="rId14" Type="http://schemas.openxmlformats.org/officeDocument/2006/relationships/hyperlink" Target="https://www.cbsnews.com/newyork/news/new-york-city-pride-guide-2023-street-closures/" TargetMode="External"/><Relationship Id="rId15" Type="http://schemas.openxmlformats.org/officeDocument/2006/relationships/hyperlink" Target="https://www.cbsnews.com/newyork/pictures/2023-new-york-city-pride-march-photo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