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Palm Springs Fourth of July Guide for LGBTQ+ Visitors and Locals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flocking to Palm Springs for a Pride‑friendly Fourth: a lively, local alternative to the national hoopla with fireworks, pool parties, neon dance events and family options across the Coachella Valley , here’s what to see, where to go and how to make the weekend yours.</w:t>
      </w:r>
      <w:r/>
    </w:p>
    <w:p>
      <w:r/>
      <w:r>
        <w:t>Essential Takeaways</w:t>
      </w:r>
      <w:r/>
      <w:r/>
    </w:p>
    <w:p>
      <w:pPr>
        <w:pStyle w:val="ListBullet"/>
        <w:spacing w:line="240" w:lineRule="auto"/>
        <w:ind w:left="720"/>
      </w:pPr>
      <w:r/>
      <w:r>
        <w:rPr>
          <w:b/>
        </w:rPr>
        <w:t>Packed weekend:</w:t>
      </w:r>
      <w:r>
        <w:t xml:space="preserve"> Multiple cities across the Coachella Valley offer staggered events from July 2–5, so you can pace yourself between pool parties, fireworks and evening shows.</w:t>
      </w:r>
      <w:r/>
    </w:p>
    <w:p>
      <w:pPr>
        <w:pStyle w:val="ListBullet"/>
        <w:spacing w:line="240" w:lineRule="auto"/>
        <w:ind w:left="720"/>
      </w:pPr>
      <w:r/>
      <w:r>
        <w:rPr>
          <w:b/>
        </w:rPr>
        <w:t>Family and calm options:</w:t>
      </w:r>
      <w:r>
        <w:t xml:space="preserve"> Sensory‑friendly spaces, daytime parks and tram nature walks mean the weekend isn’t just loud parties , it’s easy to find quieter celebrations.</w:t>
      </w:r>
      <w:r/>
    </w:p>
    <w:p>
      <w:pPr>
        <w:pStyle w:val="ListBullet"/>
        <w:spacing w:line="240" w:lineRule="auto"/>
        <w:ind w:left="720"/>
      </w:pPr>
      <w:r/>
      <w:r>
        <w:rPr>
          <w:b/>
        </w:rPr>
        <w:t>Late‑night scene:</w:t>
      </w:r>
      <w:r>
        <w:t xml:space="preserve"> After‑hours leather and neon events deliver high‑energy adult entertainment for those chasing community vibes.</w:t>
      </w:r>
      <w:r/>
    </w:p>
    <w:p>
      <w:pPr>
        <w:pStyle w:val="ListBullet"/>
        <w:spacing w:line="240" w:lineRule="auto"/>
        <w:ind w:left="720"/>
      </w:pPr>
      <w:r/>
      <w:r>
        <w:rPr>
          <w:b/>
        </w:rPr>
        <w:t>World Cup on big screens:</w:t>
      </w:r>
      <w:r>
        <w:t xml:space="preserve"> Agua Caliente Casinos host large‑screen match viewing with food and cocktails, combining sport with holiday atmosphere.</w:t>
      </w:r>
      <w:r/>
    </w:p>
    <w:p>
      <w:pPr>
        <w:pStyle w:val="ListBullet"/>
        <w:spacing w:line="240" w:lineRule="auto"/>
        <w:ind w:left="720"/>
      </w:pPr>
      <w:r/>
      <w:r>
        <w:rPr>
          <w:b/>
        </w:rPr>
        <w:t>Practical tip:</w:t>
      </w:r>
      <w:r>
        <w:t xml:space="preserve"> Book pool parties, concerts and specialty events early , many are ticketed or limited and the desert heats up quickly.</w:t>
      </w:r>
      <w:r/>
      <w:r/>
    </w:p>
    <w:p>
      <w:pPr>
        <w:pStyle w:val="Heading2"/>
      </w:pPr>
      <w:r>
        <w:t>Where the real Fourth is happening , local grassroots beats national spectacle</w:t>
      </w:r>
      <w:r/>
    </w:p>
    <w:p>
      <w:r/>
      <w:r>
        <w:t>If the national birthday pageant feels overproduced or politically tangled, Palm Springs offers something more immediate and human, with neighbourhood parks, town centres and casinos hosting parallel celebrations. According to city listings, Palm Springs and surrounding towns have staggered schedules so you’re rarely far from a parade of food trucks, a midday pool bash or a patriotic fireworks finale. Pack sunscreen and a light jacket for cooler evenings up in the tramway , and expect music and laughter rather than political theatre.</w:t>
      </w:r>
      <w:r/>
    </w:p>
    <w:p>
      <w:pPr>
        <w:pStyle w:val="Heading2"/>
      </w:pPr>
      <w:r>
        <w:t>Family‑friendly and sensory‑safe options to keep everyone smiling</w:t>
      </w:r>
      <w:r/>
    </w:p>
    <w:p>
      <w:r/>
      <w:r>
        <w:t>Not every holiday moment needs to be blaring and crowded. Civic Centre Park and Sunrise Park programmes include arts and crafts, face painting and a designated sensory safe space during key evening events, which is great if you’re bringing children or prefer a gentler pace. The Palm Springs Swim Center runs family swim events and a dive‑in movie screening , that’s a relaxed way to cap a busy day without missing the fun. Tip: arrive early for the kids’ activities to beat the heat and the queues.</w:t>
      </w:r>
      <w:r/>
    </w:p>
    <w:p>
      <w:pPr>
        <w:pStyle w:val="Heading2"/>
      </w:pPr>
      <w:r>
        <w:t>Pool parties, neon nights and leather culture , your nightlife map</w:t>
      </w:r>
      <w:r/>
    </w:p>
    <w:p>
      <w:r/>
      <w:r>
        <w:t>If you’re planning a late night, the Sonoran and Hotel Zoso have become go‑to spots for July 4 weekend: glow dance parties, disco pool events and after‑hours leather gatherings offer a range of scenes. Depth Charge 2 continues a tradition of community‑centred leather events with structured play spaces, while WILD and WET at The Sonoran lean into neon and poolside DJs. These are ticketed, adult‑focused affairs, so check age restrictions and door policies before you go.</w:t>
      </w:r>
      <w:r/>
    </w:p>
    <w:p>
      <w:pPr>
        <w:pStyle w:val="Heading2"/>
      </w:pPr>
      <w:r>
        <w:t>Fireworks, drones and drive‑in options , where to watch the sky</w:t>
      </w:r>
      <w:r/>
    </w:p>
    <w:p>
      <w:r/>
      <w:r>
        <w:t>Firework displays and drone shows are the headline acts through Saturday night across Rancho Mirage, Indio, Palm Desert and Palm Springs, with some communities offering drive‑in experiences, giveaways and family games. If you want a view without the crush, consider the Agua Caliente drive‑in setup or one of the smaller municipal parks; local press and the city’s events page list exact times and access notes. Pro tip: map your exit route before the finale , traffic dispersal can be slow.</w:t>
      </w:r>
      <w:r/>
    </w:p>
    <w:p>
      <w:pPr>
        <w:pStyle w:val="Heading2"/>
      </w:pPr>
      <w:r>
        <w:t>Sport, concerts and extra distractions , mix and match your weekend</w:t>
      </w:r>
      <w:r/>
    </w:p>
    <w:p>
      <w:r/>
      <w:r>
        <w:t>Beyond parties and pyrotechnics, there’s plenty to fill your weekend. Agua Caliente Casinos double as World Cup venues with wrap‑around screens and food specials, while the Commodores roll into town for a Motown night that’s ideal if you want a proper concert vibe. The Palm Springs Aerial Tramway stretches hours for sunset rides and guided nature walks, a refreshing alternative if you need a break from the desert heat. Check event pages for tickets and start times; some pop‑ups are free, others require booking.</w:t>
      </w:r>
      <w:r/>
    </w:p>
    <w:p>
      <w:r/>
      <w:r>
        <w:t>It's a small change that can make your Fourth feel worth celebrating.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https://kgaypalmsprings.com/gay-desert-guide-for-independence-day-weekend-july-2-5-2026/?utm_source=rss&amp;utm_medium=rss&amp;utm_campaign=gay-desert-guide-for-independence-day-weekend-july-2-5-2026</w:t>
        </w:r>
      </w:hyperlink>
      <w:r>
        <w:t xml:space="preserve"> - Please view link - unable to able to access data</w:t>
      </w:r>
      <w:r/>
    </w:p>
    <w:p>
      <w:pPr>
        <w:pStyle w:val="ListNumber"/>
        <w:spacing w:line="240" w:lineRule="auto"/>
        <w:ind w:left="720"/>
      </w:pPr>
      <w:r/>
      <w:hyperlink r:id="rId14">
        <w:r>
          <w:rPr>
            <w:color w:val="0000EE"/>
            <w:u w:val="single"/>
          </w:rPr>
          <w:t>https://www.theguardian.com/us-news/2026/jul/02/trump-hijacked-250-anniversary</w:t>
        </w:r>
      </w:hyperlink>
      <w:r>
        <w:t xml:space="preserve"> - An article from The Guardian reports that a congressional investigation has found that the Trump administration hijacked the United States' 250th anniversary celebrations to serve political ideology and personal projects. The investigation outlines alleged corruption, wire fraud, and pay-to-play schemes orchestrated through a shadow corporation within the National Park Foundation. The report suggests that the celebrations were converted into an apparatus for raising and spending money in service of the President's ego, political ideology, and pet projects.</w:t>
      </w:r>
      <w:r/>
    </w:p>
    <w:p>
      <w:pPr>
        <w:pStyle w:val="ListNumber"/>
        <w:spacing w:line="240" w:lineRule="auto"/>
        <w:ind w:left="720"/>
      </w:pPr>
      <w:r/>
      <w:hyperlink r:id="rId15">
        <w:r>
          <w:rPr>
            <w:color w:val="0000EE"/>
            <w:u w:val="single"/>
          </w:rPr>
          <w:t>https://www.thedailybeast.com/trump-allies-behind-empty-state-fair-rocked-by-bombshell-allegations/</w:t>
        </w:r>
      </w:hyperlink>
      <w:r>
        <w:t xml:space="preserve"> - A report from The Daily Beast details allegations against Freedom 250, a group associated with Trump, accusing them of misleading donors who intended to support the bipartisan America250 initiative. The allegations include providing fabricated wire instructions that redirected funds to Freedom 250's accounts and pressuring donors to contribute to their cause instead. The Democrats claim this conduct may constitute wire and charitable solicitation fraud.</w:t>
      </w:r>
      <w:r/>
    </w:p>
    <w:p>
      <w:pPr>
        <w:pStyle w:val="ListNumber"/>
        <w:spacing w:line="240" w:lineRule="auto"/>
        <w:ind w:left="720"/>
      </w:pPr>
      <w:r/>
      <w:hyperlink r:id="rId11">
        <w:r>
          <w:rPr>
            <w:color w:val="0000EE"/>
            <w:u w:val="single"/>
          </w:rPr>
          <w:t>https://www.palmspringsca.gov/Home/Components/News/News/8770/551</w:t>
        </w:r>
      </w:hyperlink>
      <w:r>
        <w:t xml:space="preserve"> - The City of Palm Springs has announced a three-day All-American Fourth of July Celebration from July 2–4, 2026, to honour America's 250th birthday. The festivities include a Kick-Off Party at VillageFest on July 2, featuring free games, crafts, live music, and complimentary snow cones. On July 3, a Dive-In Movie Night at the Swim Center will showcase 'The Sandlot'. The celebration culminates on July 4 with various events, including a pool party, baseball game, concert, and fireworks display.</w:t>
      </w:r>
      <w:r/>
    </w:p>
    <w:p>
      <w:pPr>
        <w:pStyle w:val="ListNumber"/>
        <w:spacing w:line="240" w:lineRule="auto"/>
        <w:ind w:left="720"/>
      </w:pPr>
      <w:r/>
      <w:hyperlink r:id="rId12">
        <w:r>
          <w:rPr>
            <w:color w:val="0000EE"/>
            <w:u w:val="single"/>
          </w:rPr>
          <w:t>https://www.palmspringsca.gov/connect/get-involved-informed/event-calendar/-curm-7/-cury-2026</w:t>
        </w:r>
      </w:hyperlink>
      <w:r>
        <w:t xml:space="preserve"> - The City of Palm Springs has released its event calendar for July 2026, featuring a range of activities throughout the month. Notably, from July 2–4, the city will host a series of free family-friendly events to celebrate America's 250th birthday. These include a Kick-Off Party at VillageFest on July 2, a Dive-In Movie Night at the Swim Center on July 3, and a pool party, baseball game, concert, and fireworks display on July 4.</w:t>
      </w:r>
      <w:r/>
    </w:p>
    <w:p>
      <w:pPr>
        <w:pStyle w:val="ListNumber"/>
        <w:spacing w:line="240" w:lineRule="auto"/>
        <w:ind w:left="720"/>
      </w:pPr>
      <w:r/>
      <w:hyperlink r:id="rId10">
        <w:r>
          <w:rPr>
            <w:color w:val="0000EE"/>
            <w:u w:val="single"/>
          </w:rPr>
          <w:t>https://www.nbcpalmsprings.com/2026/06/01/palm-springs-plans-three-days-of-free-fourth-of-july-events</w:t>
        </w:r>
      </w:hyperlink>
      <w:r>
        <w:t xml:space="preserve"> - NBC Palm Springs reports that the City of Palm Springs is hosting a three-day Fourth of July celebration from July 2 through 4, 2026, with most events free to the public. The weekend kicks off on July 2 with a party at VillageFest in downtown Palm Springs, featuring games, crafts, live music, and snow cones. On July 3, the Palm Springs Swim Center opens for free swim, followed by a showing of 'The Sandlot'. The main event on July 4 includes a pool party, arts and crafts at Sunrise Park, a baseball game, a concert, and a fireworks display.</w:t>
      </w:r>
      <w:r/>
    </w:p>
    <w:p>
      <w:pPr>
        <w:pStyle w:val="ListNumber"/>
        <w:spacing w:line="240" w:lineRule="auto"/>
        <w:ind w:left="720"/>
      </w:pPr>
      <w:r/>
      <w:hyperlink r:id="rId13">
        <w:r>
          <w:rPr>
            <w:color w:val="0000EE"/>
            <w:u w:val="single"/>
          </w:rPr>
          <w:t>https://www.palmsprings.com/event/4th-of-july-palm-springs/</w:t>
        </w:r>
      </w:hyperlink>
      <w:r>
        <w:t xml:space="preserve"> - An event listing for Palm Springs' 4th of July celebrations in 2026, detailing the schedule of activities. The festivities include a pool party at the Palm Springs Swim Center from 3:00 pm to 9:30 pm, a baseball game featuring the Palm Springs Power at 6:00 pm, a free concert in the park at Sunrise Park starting at 7:00 pm, and a fireworks display at 9:30 pm. The event is part of the city's All-American Fourth of July Celebration.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gaypalmsprings.com/gay-desert-guide-for-independence-day-weekend-july-2-5-2026/?utm_source=rss&amp;utm_medium=rss&amp;utm_campaign=gay-desert-guide-for-independence-day-weekend-july-2-5-2026" TargetMode="External"/><Relationship Id="rId10" Type="http://schemas.openxmlformats.org/officeDocument/2006/relationships/hyperlink" Target="https://www.nbcpalmsprings.com/2026/06/01/palm-springs-plans-three-days-of-free-fourth-of-july-events" TargetMode="External"/><Relationship Id="rId11" Type="http://schemas.openxmlformats.org/officeDocument/2006/relationships/hyperlink" Target="https://www.palmspringsca.gov/Home/Components/News/News/8770/551" TargetMode="External"/><Relationship Id="rId12" Type="http://schemas.openxmlformats.org/officeDocument/2006/relationships/hyperlink" Target="https://www.palmspringsca.gov/connect/get-involved-informed/event-calendar/-curm-7/-cury-2026" TargetMode="External"/><Relationship Id="rId13" Type="http://schemas.openxmlformats.org/officeDocument/2006/relationships/hyperlink" Target="https://www.palmsprings.com/event/4th-of-july-palm-springs/" TargetMode="External"/><Relationship Id="rId14" Type="http://schemas.openxmlformats.org/officeDocument/2006/relationships/hyperlink" Target="https://www.theguardian.com/us-news/2026/jul/02/trump-hijacked-250-anniversary" TargetMode="External"/><Relationship Id="rId15" Type="http://schemas.openxmlformats.org/officeDocument/2006/relationships/hyperlink" Target="https://www.thedailybeast.com/trump-allies-behind-empty-state-fair-rocked-by-bombshell-alleg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