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London Pride 2026 Guide: Route, Headliners, Road Closures and After-Parties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revellers are gearing up for London Pride 2026, a six-hour celebration of colour, music and protest on Saturday 4 July; here’s who’s performing, where the parade goes, which streets shut and the best after-parties so you can plan a seamless, joyful day out.</w:t>
      </w:r>
      <w:r/>
    </w:p>
    <w:p>
      <w:r/>
      <w:r>
        <w:t>Essential Takeaways</w:t>
      </w:r>
      <w:r/>
      <w:r/>
    </w:p>
    <w:p>
      <w:pPr>
        <w:pStyle w:val="ListBullet"/>
        <w:spacing w:line="240" w:lineRule="auto"/>
        <w:ind w:left="720"/>
      </w:pPr>
      <w:r/>
      <w:r>
        <w:rPr>
          <w:b/>
        </w:rPr>
        <w:t>Start time and route:</w:t>
      </w:r>
      <w:r>
        <w:t xml:space="preserve"> Parade begins at 12pm from Hyde Park Corner, marches through Piccadilly and Haymarket, finishing at Trafalgar Square/Whitehall Place. </w:t>
      </w:r>
      <w:r/>
    </w:p>
    <w:p>
      <w:pPr>
        <w:pStyle w:val="ListBullet"/>
        <w:spacing w:line="240" w:lineRule="auto"/>
        <w:ind w:left="720"/>
      </w:pPr>
      <w:r/>
      <w:r>
        <w:rPr>
          <w:b/>
        </w:rPr>
        <w:t>Headliners to know:</w:t>
      </w:r>
      <w:r>
        <w:t xml:space="preserve"> MNEK headlines the main stage, joined by Beth Ditto and rising rapper Meek, plus over 100 performers across five stages. </w:t>
      </w:r>
      <w:r/>
    </w:p>
    <w:p>
      <w:pPr>
        <w:pStyle w:val="ListBullet"/>
        <w:spacing w:line="240" w:lineRule="auto"/>
        <w:ind w:left="720"/>
      </w:pPr>
      <w:r/>
      <w:r>
        <w:rPr>
          <w:b/>
        </w:rPr>
        <w:t>Travel impact:</w:t>
      </w:r>
      <w:r>
        <w:t xml:space="preserve"> Expect major central London road closures, bus diversions and very busy Tube stations , arrive early and check TfL for live updates. </w:t>
      </w:r>
      <w:r/>
    </w:p>
    <w:p>
      <w:pPr>
        <w:pStyle w:val="ListBullet"/>
        <w:spacing w:line="240" w:lineRule="auto"/>
        <w:ind w:left="720"/>
      </w:pPr>
      <w:r/>
      <w:r>
        <w:rPr>
          <w:b/>
        </w:rPr>
        <w:t>After-party options:</w:t>
      </w:r>
      <w:r>
        <w:t xml:space="preserve"> Clapham Grand, Fire in Vauxhall and Howl Pride in Hackney Wick host big post-parade events with DJs and headline acts. </w:t>
      </w:r>
      <w:r/>
    </w:p>
    <w:p>
      <w:pPr>
        <w:pStyle w:val="ListBullet"/>
        <w:spacing w:line="240" w:lineRule="auto"/>
        <w:ind w:left="720"/>
      </w:pPr>
      <w:r/>
      <w:r>
        <w:rPr>
          <w:b/>
        </w:rPr>
        <w:t>History and scale:</w:t>
      </w:r>
      <w:r>
        <w:t xml:space="preserve"> Pride in London started in 1972 and now attracts around 1.5 million spectators with roughly 30–35,000 marchers.</w:t>
      </w:r>
      <w:r/>
      <w:r/>
    </w:p>
    <w:p>
      <w:pPr>
        <w:pStyle w:val="Heading2"/>
      </w:pPr>
      <w:r>
        <w:t>Where the parade goes and when to arrive</w:t>
      </w:r>
      <w:r/>
    </w:p>
    <w:p>
      <w:r/>
      <w:r>
        <w:t>The parade kicks off at 12pm from Hyde Park Corner and follows the familiar summer route through Piccadilly Circus and Haymarket before turning down Cockspur Street to Trafalgar Square, with a mass gathering at Whitehall Place. The route’s route-map is identical to last year, so locals and regulars will recognise the rhythm of the day, from the noisy cheers to the scent of street food and glitter in the air. Arrive early if you want a good viewing spot; organisers and TfL suggest Marble Arch or Bond Street for marshalled procession entry, while spectators can use Bond Street, Tottenham Court Road, Waterloo or Embankment stations.</w:t>
      </w:r>
      <w:r/>
    </w:p>
    <w:p>
      <w:pPr>
        <w:pStyle w:val="Heading2"/>
      </w:pPr>
      <w:r>
        <w:t>Who’s on the Trafalgar Square bill and why it matters</w:t>
      </w:r>
      <w:r/>
    </w:p>
    <w:p>
      <w:r/>
      <w:r>
        <w:t>MNEK tops the bill on the Trafalgar Square main stage, bringing pop-sensibility and club-ready energy that often bottles the upbeat, defiant mood of Pride. Beth Ditto will be a special guest, offering her distinctive, brassy vocals, and Meek represents the newer, genre-fluid generation that’s become a Pride favourite. Beyond the headliners, expect drag stars, choirs and DJs across five stages , the programme mixes entertainment with activism, with speeches from community leaders and talks that keep Pride rooted in political purpose.</w:t>
      </w:r>
      <w:r/>
    </w:p>
    <w:p>
      <w:pPr>
        <w:pStyle w:val="Heading2"/>
      </w:pPr>
      <w:r>
        <w:t>Travel, closures and how to avoid the stress</w:t>
      </w:r>
      <w:r/>
    </w:p>
    <w:p>
      <w:r/>
      <w:r>
        <w:t>Central London becomes extremely busy and dozens of roads will close as the parade passes, with bus routes often diverted or ending early. TfL recommends checking the TfL website or the TfL Go app before you set off, and to allow extra journey time , mobile networks can be unreliable in large crowds, so arrange clear meet-up points and consider paper-backups like printed addresses. If you can, walk or cycle to nearby stations rather than driving; expect the stretch around Trafalgar Square and Whitehall Place to be particularly congested.</w:t>
      </w:r>
      <w:r/>
    </w:p>
    <w:p>
      <w:pPr>
        <w:pStyle w:val="Heading2"/>
      </w:pPr>
      <w:r>
        <w:t>After-parties and late-night options worth booking</w:t>
      </w:r>
      <w:r/>
    </w:p>
    <w:p>
      <w:r/>
      <w:r>
        <w:t>If your day doesn’t end with the rally, there are three very different late-night plans. Clapham Grand hosts a glamorous after-party from 10pm to 3am featuring Liberty X and club DJs for a pop-heavy singalong. Fire nightclub in Vauxhall runs Beyond Pride from late Saturday to midday Sunday across several neon-lit rooms for a marathon club experience. For something more local and artsy, Howl Pride in Hackney Wick stages more than 80 performers across multiple venues from afternoon into the small hours. Tickets and guest lists fill up fast, so book ahead if you plan to carry on the party.</w:t>
      </w:r>
      <w:r/>
    </w:p>
    <w:p>
      <w:pPr>
        <w:pStyle w:val="Heading2"/>
      </w:pPr>
      <w:r>
        <w:t>A quick look back: how Pride in London became huge</w:t>
      </w:r>
      <w:r/>
    </w:p>
    <w:p>
      <w:r/>
      <w:r>
        <w:t>Pride in London dates to 1972, when a few hundred people marched to mark the Stonewall anniversary. Over decades it moved from protest to carnival and back again, with organisational ups and downs in the 1990s and a rebirth in the 2000s as Pride London reformed and the event expanded. Today’s festival blends celebration and campaigning , the parade includes police, armed forces, charities and grassroots groups, a reminder that Pride remains both joyful and politically meaningful.</w:t>
      </w:r>
      <w:r/>
    </w:p>
    <w:p>
      <w:r/>
      <w:r>
        <w:t>It’s a small change of plans or transport that can make the difference between a stressful day and a brilliant Pride , plan early, pack for sun or rain, and enjoy the music.</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3">
        <w:r>
          <w:rPr>
            <w:color w:val="0000EE"/>
            <w:u w:val="single"/>
          </w:rPr>
          <w:t>[7]</w:t>
        </w:r>
      </w:hyperlink>
      <w:r>
        <w:t xml:space="preserve">- Paragraph 5: </w:t>
      </w:r>
      <w:hyperlink r:id="rId9">
        <w:r>
          <w:rPr>
            <w:color w:val="0000EE"/>
            <w:u w:val="single"/>
          </w:rPr>
          <w:t>[1]</w:t>
        </w:r>
      </w:hyperlink>
      <w:r>
        <w:t xml:space="preserve">, </w:t>
      </w:r>
      <w:hyperlink r:id="rId14">
        <w:r>
          <w:rPr>
            <w:color w:val="0000EE"/>
            <w:u w:val="single"/>
          </w:rPr>
          <w:t>[4]</w:t>
        </w:r>
      </w:hyperlink>
      <w:r>
        <w:t xml:space="preserve">- Paragraph 6: </w:t>
      </w:r>
      <w:hyperlink r:id="rId9">
        <w:r>
          <w:rPr>
            <w:color w:val="0000EE"/>
            <w:u w:val="single"/>
          </w:rPr>
          <w:t>[1]</w:t>
        </w:r>
      </w:hyperlink>
      <w:r>
        <w:t xml:space="preserve">, </w:t>
      </w:r>
      <w:hyperlink r:id="rId15">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https://www.mylondon.news/whats-on/whats-on-news/london-pride-2026-performers-parade-34216503</w:t>
        </w:r>
      </w:hyperlink>
      <w:r>
        <w:t xml:space="preserve"> - Please view link - unable to able to access data</w:t>
      </w:r>
      <w:r/>
    </w:p>
    <w:p>
      <w:pPr>
        <w:pStyle w:val="ListNumber"/>
        <w:spacing w:line="240" w:lineRule="auto"/>
        <w:ind w:left="720"/>
      </w:pPr>
      <w:r/>
      <w:hyperlink r:id="rId10">
        <w:r>
          <w:rPr>
            <w:color w:val="0000EE"/>
            <w:u w:val="single"/>
          </w:rPr>
          <w:t>https://www.london.gov.uk/events/pride-parade-2026</w:t>
        </w:r>
      </w:hyperlink>
      <w:r>
        <w:t xml:space="preserve"> - The official London Pride 2026 event page provides key information about the parade, including its date, time, and route. The parade is scheduled for Saturday, 4 July 2026, from 12:00 pm to 6:00 pm. It will commence at Hyde Park Corner, proceed along Piccadilly towards Piccadilly Circus, turn south down Haymarket, pass Trafalgar Square, and conclude at Whitehall. The event aims to honour the LGBTQIA+ movement's history while celebrating the community's vibrant present, promoting visibility, unity, and equality.</w:t>
      </w:r>
      <w:r/>
    </w:p>
    <w:p>
      <w:pPr>
        <w:pStyle w:val="ListNumber"/>
        <w:spacing w:line="240" w:lineRule="auto"/>
        <w:ind w:left="720"/>
      </w:pPr>
      <w:r/>
      <w:hyperlink r:id="rId15">
        <w:r>
          <w:rPr>
            <w:color w:val="0000EE"/>
            <w:u w:val="single"/>
          </w:rPr>
          <w:t>https://www.westminster.gov.uk/pride-london-2026-information-businesses-and-residents</w:t>
        </w:r>
      </w:hyperlink>
      <w:r>
        <w:t xml:space="preserve"> - Westminster City Council's page offers detailed information for businesses and residents regarding Pride in London 2026. It outlines road closures, resident parking arrangements, and event areas. The parade route is highlighted, starting near Hyde Park Corner, moving along Piccadilly, crossing Piccadilly Circus, turning into Haymarket, and dispersing on Whitehall Place. Event areas include Trafalgar Square (Main Stage), Golden Square (Global Majority Stage), Leicester Square (LGBTQI+ Women's Stage), Dean Street (Cabaret Stage), Soho Square (Trans and Non-Binary Stage), and Victoria Embankment Gardens (Family Area).</w:t>
      </w:r>
      <w:r/>
    </w:p>
    <w:p>
      <w:pPr>
        <w:pStyle w:val="ListNumber"/>
        <w:spacing w:line="240" w:lineRule="auto"/>
        <w:ind w:left="720"/>
      </w:pPr>
      <w:r/>
      <w:hyperlink r:id="rId14">
        <w:r>
          <w:rPr>
            <w:color w:val="0000EE"/>
            <w:u w:val="single"/>
          </w:rPr>
          <w:t>https://www.londonxlondon.com/pride-london/</w:t>
        </w:r>
      </w:hyperlink>
      <w:r>
        <w:t xml:space="preserve"> - London x London's comprehensive guide to Pride in London 2026 provides insights into the parade route, stages, and essential information. The parade starts at Hyde Park Corner at midday, heading east along Piccadilly towards Piccadilly Circus, then south down Haymarket, passing Trafalgar Square, and finishing on Whitehall. The guide also details the six stages: Trafalgar Square Main Stage, Golden Square World Stage, Leicester Square LGBTQIA+ Women's Stage, Dean Street Cabaret Stage, Soho Square Trans and Non-Binary Community Stage, and Victoria Embankment Gardens Family Space and Youth Zone.</w:t>
      </w:r>
      <w:r/>
    </w:p>
    <w:p>
      <w:pPr>
        <w:pStyle w:val="ListNumber"/>
        <w:spacing w:line="240" w:lineRule="auto"/>
        <w:ind w:left="720"/>
      </w:pPr>
      <w:r/>
      <w:hyperlink r:id="rId12">
        <w:r>
          <w:rPr>
            <w:color w:val="0000EE"/>
            <w:u w:val="single"/>
          </w:rPr>
          <w:t>https://londonist.com/london/things-to-do/pride-in-london-when-where</w:t>
        </w:r>
      </w:hyperlink>
      <w:r>
        <w:t xml:space="preserve"> - Londonist's guide to Pride in London 2026 offers information on the parade, parties, and LGBTQ+ events. The parade, attracting around 1.5 million people, takes place on Saturday, 4 July 2026. The route includes Hyde Park Corner, Park Lane, Piccadilly, Piccadilly Circus, Haymarket, Trafalgar Square, and Whitehall. The guide also mentions stages with live performances in Golden Square, Trafalgar Square, Leicester Square, and Dean Street in Soho, plus a family area at Victoria Embankment Gardens. LGBTQ+ bars in Soho will be open during the day.</w:t>
      </w:r>
      <w:r/>
    </w:p>
    <w:p>
      <w:pPr>
        <w:pStyle w:val="ListNumber"/>
        <w:spacing w:line="240" w:lineRule="auto"/>
        <w:ind w:left="720"/>
      </w:pPr>
      <w:r/>
      <w:hyperlink r:id="rId11">
        <w:r>
          <w:rPr>
            <w:color w:val="0000EE"/>
            <w:u w:val="single"/>
          </w:rPr>
          <w:t>https://www.timeout.com/london/news/london-pride-2026-parade-route-map-070126</w:t>
        </w:r>
      </w:hyperlink>
      <w:r>
        <w:t xml:space="preserve"> - Time Out London's article provides a detailed map and information about the Pride in London 2026 parade route. The parade begins at Hyde Park Corner at midday, moving along Piccadilly towards Piccadilly Circus, then south down Haymarket, passing Trafalgar Square, and finishing on Whitehall. The article also highlights the six stages: Trafalgar Square Main Stage, Golden Square World Stage, Leicester Square LGBTQIA+ Women's Stage, Dean Street Cabaret Stage, Soho Square Trans and Non-Binary Community Stage, and Victoria Embankment Gardens Family Space and Youth Zone.</w:t>
      </w:r>
      <w:r/>
    </w:p>
    <w:p>
      <w:pPr>
        <w:pStyle w:val="ListNumber"/>
        <w:spacing w:line="240" w:lineRule="auto"/>
        <w:ind w:left="720"/>
      </w:pPr>
      <w:r/>
      <w:hyperlink r:id="rId13">
        <w:r>
          <w:rPr>
            <w:color w:val="0000EE"/>
            <w:u w:val="single"/>
          </w:rPr>
          <w:t>https://www.timeout.com/london/news/london-pride-2026-start-time-lineup-070226</w:t>
        </w:r>
      </w:hyperlink>
      <w:r>
        <w:t xml:space="preserve"> - Time Out London's article details the start time and full lineup of performers for Pride in London 2026. The parade starts at midday on Saturday, 4 July 2026, with over 1.5 million people expected to attend. The main event is the Pride parade, which starts at Hyde Park Corner and finishes at Whitehall. The article also provides information about the lineup of performers, including drag queens, DJs, artists, activists, and headliners like MNEK, Jordan Gray, Kate O'Donnell, and others.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mylondon.news/whats-on/whats-on-news/london-pride-2026-performers-parade-34216503" TargetMode="External"/><Relationship Id="rId10" Type="http://schemas.openxmlformats.org/officeDocument/2006/relationships/hyperlink" Target="https://www.london.gov.uk/events/pride-parade-2026" TargetMode="External"/><Relationship Id="rId11" Type="http://schemas.openxmlformats.org/officeDocument/2006/relationships/hyperlink" Target="https://www.timeout.com/london/news/london-pride-2026-parade-route-map-070126" TargetMode="External"/><Relationship Id="rId12" Type="http://schemas.openxmlformats.org/officeDocument/2006/relationships/hyperlink" Target="https://londonist.com/london/things-to-do/pride-in-london-when-where" TargetMode="External"/><Relationship Id="rId13" Type="http://schemas.openxmlformats.org/officeDocument/2006/relationships/hyperlink" Target="https://www.timeout.com/london/news/london-pride-2026-start-time-lineup-070226" TargetMode="External"/><Relationship Id="rId14" Type="http://schemas.openxmlformats.org/officeDocument/2006/relationships/hyperlink" Target="https://www.londonxlondon.com/pride-london/" TargetMode="External"/><Relationship Id="rId15" Type="http://schemas.openxmlformats.org/officeDocument/2006/relationships/hyperlink" Target="https://www.westminster.gov.uk/pride-london-2026-information-businesses-and-reside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