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Lesbian-Owned Sports Bar in Nashville: Chapstick Brings Love and Loud Games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 a neon sign, grab a sticky wings basket, and settle into Chapstick , Nashville’s loud, proud lesbian-owned sports bar where women’s sports, drag and pool mix with a fond, rowdy sense of community; locals say it’s a rare, joyful mash-up of fandom and queer culture that really matters.</w:t>
      </w:r>
      <w:r/>
    </w:p>
    <w:p>
      <w:r/>
      <w:r>
        <w:t xml:space="preserve">Essential Takeaways - </w:t>
      </w:r>
      <w:r>
        <w:rPr>
          <w:b/>
        </w:rPr>
        <w:t>Only-one-of-its-kind:</w:t>
      </w:r>
      <w:r>
        <w:t xml:space="preserve"> Chapstick is Nashville’s officially recognised lesbian-owned sports bar, created as the upstairs sibling to The Lipstick Lounge. - </w:t>
      </w:r>
      <w:r>
        <w:rPr>
          <w:b/>
        </w:rPr>
        <w:t>Full sensory scene:</w:t>
      </w:r>
      <w:r>
        <w:t xml:space="preserve"> Expect 39 TVs, a Tiffany-style billiards chandelier, vinyl race-flag floors, and the smell of fried food in the air. - </w:t>
      </w:r>
      <w:r>
        <w:rPr>
          <w:b/>
        </w:rPr>
        <w:t>Vibe and visuals:</w:t>
      </w:r>
      <w:r>
        <w:t xml:space="preserve"> Bartenders in mermaid Hawaiian shirts, cheeky tee slogans, and LGBTQIA+ talismans give the place a warm, unapologetic personality. - </w:t>
      </w:r>
      <w:r>
        <w:rPr>
          <w:b/>
        </w:rPr>
        <w:t>Community hub:</w:t>
      </w:r>
      <w:r>
        <w:t xml:space="preserve"> The venue celebrates women’s sports and drag culture side-by-side, creating a welcoming space for queer fans and allies. - </w:t>
      </w:r>
      <w:r>
        <w:rPr>
          <w:b/>
        </w:rPr>
        <w:t>Practical note:</w:t>
      </w:r>
      <w:r>
        <w:t xml:space="preserve"> Upstairs and downstairs patios are popular spots for smokers; it’s a good call to pick your spot based on crowd and sound preferences.</w:t>
      </w:r>
      <w:r/>
    </w:p>
    <w:p>
      <w:pPr>
        <w:pStyle w:val="Heading2"/>
      </w:pPr>
      <w:r>
        <w:t>A sports bar that actually makes you feel seen</w:t>
      </w:r>
      <w:r/>
    </w:p>
    <w:p>
      <w:r/>
      <w:r>
        <w:t>Walk in and your first sense is noise , cheers, commentary, clinking glasses , but it’s a friendly kind of chaos, the kind that makes you grin. Chapstick leans into the sports-bar tropes: baskets of sauced chicken tenders, pool tables, and a wall of TVs showing everything from NHL playoff action to WNBA games. But the décor and the soundtrack make it unmistakably queer in its heartbeat. Owners wanted a place where queer women could be fans without having to explain themselves, and that warmth is audible in every shout at a screen.</w:t>
      </w:r>
      <w:r/>
    </w:p>
    <w:p>
      <w:pPr>
        <w:pStyle w:val="Heading2"/>
      </w:pPr>
      <w:r>
        <w:t>How Chapstick grew from a Nashville institution</w:t>
      </w:r>
      <w:r/>
    </w:p>
    <w:p>
      <w:r/>
      <w:r>
        <w:t>Chapstick sits above The Lipstick Lounge, the city’s original lesbian-owned bar opened in 2002, and together they form a two-level queer anchor. The pairing is part cultural inheritance and part clever hospitality: Lipstick has long hosted live music and community nights, while Chapstick expands that into sports and late-night revelry. The co-owners, who started one venue and added the other, have effectively broadened a small but vital corner of Nashville nightlife, preserving a local queer lineage in a city that’s seen many bar closures over the decades.</w:t>
      </w:r>
      <w:r/>
    </w:p>
    <w:p>
      <w:pPr>
        <w:pStyle w:val="Heading2"/>
      </w:pPr>
      <w:r>
        <w:t>Women’s sports, drag and fandom , all side by side</w:t>
      </w:r>
      <w:r/>
    </w:p>
    <w:p>
      <w:r/>
      <w:r>
        <w:t>Don’t be surprised if a WNBA game gets prime volume while RuPaul’s Drag Race takes over another screen; Chapstick makes room for both without apology. That blend reflects a cultural shift , queer bars are reclaiming public spaces where sports fandom and queer joy coexist. For fans of women’s sports, this is practical: you’ll find matches actually shown and cheered. For people drawn to drag and queer performance, there’s equal space to celebrate. It’s an inclusive programming choice that keeps regulars coming back.</w:t>
      </w:r>
      <w:r/>
    </w:p>
    <w:p>
      <w:pPr>
        <w:pStyle w:val="Heading2"/>
      </w:pPr>
      <w:r>
        <w:t>Small touches that make the experience authentic</w:t>
      </w:r>
      <w:r/>
    </w:p>
    <w:p>
      <w:r/>
      <w:r>
        <w:t>The bar’s visual jokes , mermaid pin-up shirts, tees with blunt proverbs, cartoon shark pool chandeliers , do more than amuse; they signal the bar’s personality. Patrons say the feel is authentic rather than curated, which matters when community is the point. If you’re planning a visit, think about where you want to sit: upstairs for the rowdier sports atmosphere, downstairs for Lipstick’s longstanding music and shot-friendly energy, or one of the patios if you smoke or want a quieter breath of air.</w:t>
      </w:r>
      <w:r/>
    </w:p>
    <w:p>
      <w:pPr>
        <w:pStyle w:val="Heading2"/>
      </w:pPr>
      <w:r>
        <w:t>Why places like Chapstick still matter</w:t>
      </w:r>
      <w:r/>
    </w:p>
    <w:p>
      <w:r/>
      <w:r>
        <w:t>Lesbian bars have dwindled nationally, and each surviving spot carries cultural weight. Chapstick’s existence is both a celebration and a form of preservation: it keeps a queer social life visible and varied in Nashville. For visitors exploring LGBTQIA+ travel, it’s a reminder that the best discoveries can be simple , a good game, a great playlist, and a room where you feel you belong. Expect loud TVs, friendly bartenders, and the comforting hum of people who know each other’s names.</w:t>
      </w:r>
      <w:r/>
    </w:p>
    <w:p>
      <w:r/>
      <w:r>
        <w:t>It's a small, loud, brilliant oasis , go for the game, stay for the welcome.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1">
        <w:r>
          <w:rPr>
            <w:color w:val="0000EE"/>
            <w:u w:val="single"/>
          </w:rPr>
          <w:t>[4]</w:t>
        </w:r>
      </w:hyperlink>
      <w:r>
        <w:t xml:space="preserve">- Paragraph 3: </w:t>
      </w:r>
      <w:hyperlink r:id="rId9">
        <w:r>
          <w:rPr>
            <w:color w:val="0000EE"/>
            <w:u w:val="single"/>
          </w:rPr>
          <w:t>[2]</w:t>
        </w:r>
      </w:hyperlink>
      <w:r>
        <w:t xml:space="preserve">, </w:t>
      </w:r>
      <w:hyperlink r:id="rId12">
        <w:r>
          <w:rPr>
            <w:color w:val="0000EE"/>
            <w:u w:val="single"/>
          </w:rPr>
          <w:t>[6]</w:t>
        </w:r>
      </w:hyperlink>
      <w:r>
        <w:t xml:space="preserve">- Paragraph 4: </w:t>
      </w:r>
      <w:hyperlink r:id="rId9">
        <w:r>
          <w:rPr>
            <w:color w:val="0000EE"/>
            <w:u w:val="single"/>
          </w:rPr>
          <w:t>[2]</w:t>
        </w:r>
      </w:hyperlink>
      <w:r>
        <w:t xml:space="preserve">, </w:t>
      </w:r>
      <w:hyperlink r:id="rId13">
        <w:r>
          <w:rPr>
            <w:color w:val="0000EE"/>
            <w:u w:val="single"/>
          </w:rPr>
          <w:t>[5]</w:t>
        </w:r>
      </w:hyperlink>
      <w:r>
        <w:t xml:space="preserve">- Paragraph 5: </w:t>
      </w:r>
      <w:hyperlink r:id="rId9">
        <w:r>
          <w:rPr>
            <w:color w:val="0000EE"/>
            <w:u w:val="single"/>
          </w:rPr>
          <w:t>[2]</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https://www.cntraveler.com/story/at-nashvilles-only-lesbian-owned-sports-bar-its-all-about-the-love</w:t>
        </w:r>
      </w:hyperlink>
      <w:r>
        <w:t xml:space="preserve"> - Please view link - unable to able to access data</w:t>
      </w:r>
      <w:r/>
    </w:p>
    <w:p>
      <w:pPr>
        <w:pStyle w:val="ListNumber"/>
        <w:spacing w:line="240" w:lineRule="auto"/>
        <w:ind w:left="720"/>
      </w:pPr>
      <w:r/>
      <w:hyperlink r:id="rId9">
        <w:r>
          <w:rPr>
            <w:color w:val="0000EE"/>
            <w:u w:val="single"/>
          </w:rPr>
          <w:t>https://www.cntraveler.com/story/at-nashvilles-only-lesbian-owned-sports-bar-its-all-about-the-love</w:t>
        </w:r>
      </w:hyperlink>
      <w:r>
        <w:t xml:space="preserve"> - This article from Condé Nast Traveler highlights Chapstick, Nashville's only lesbian-owned sports bar, which opened in September 2025. The venue features 39 TVs broadcasting various sports events, including women's sports, and offers a vibrant atmosphere with unique décor and a diverse menu. Co-owned by Jonda Valentine and Christa Suppan, Chapstick complements the existing Lipstick Lounge, the city's first lesbian-owned bar established in 2002, both contributing to Nashville's LGBTQIA+ community.</w:t>
      </w:r>
      <w:r/>
    </w:p>
    <w:p>
      <w:pPr>
        <w:pStyle w:val="ListNumber"/>
        <w:spacing w:line="240" w:lineRule="auto"/>
        <w:ind w:left="720"/>
      </w:pPr>
      <w:r/>
      <w:hyperlink r:id="rId10">
        <w:r>
          <w:rPr>
            <w:color w:val="0000EE"/>
            <w:u w:val="single"/>
          </w:rPr>
          <w:t>https://www.gay-location.com/nashville/bars-cafes/the-lipstick-lounge.html</w:t>
        </w:r>
      </w:hyperlink>
      <w:r>
        <w:t xml:space="preserve"> - The Lipstick Lounge, located at 1400 Woodland St, Nashville, TN 37206, is a renowned lesbian-owned bar in East Nashville. Housed in a historic 1896 building, it boasts a vibrant purple, red, and green exterior. The venue offers exceptional karaoke with over 135,000 songs, regular drag performances, and community-focused initiatives like a local food pantry. Open Monday to Friday from 6:00 PM to 1:00 AM, and weekends from 12:00 PM to 3:00 AM, it serves as a gathering place rooted in inclusivity and Southern warmth.</w:t>
      </w:r>
      <w:r/>
    </w:p>
    <w:p>
      <w:pPr>
        <w:pStyle w:val="ListNumber"/>
        <w:spacing w:line="240" w:lineRule="auto"/>
        <w:ind w:left="720"/>
      </w:pPr>
      <w:r/>
      <w:hyperlink r:id="rId11">
        <w:r>
          <w:rPr>
            <w:color w:val="0000EE"/>
            <w:u w:val="single"/>
          </w:rPr>
          <w:t>https://en.wikipedia.org/wiki/Lipstick_Lounge</w:t>
        </w:r>
      </w:hyperlink>
      <w:r>
        <w:t xml:space="preserve"> - Lipstick Lounge, also known as The Lip, is a bar in East Nashville, Tennessee, co-owned by Christa Suppan and Jonda Valentine. Opened in September 2002, it is one of fewer than twenty remaining lesbian bars in the United States. The venue is welcoming to all and offers a variety of events and entertainment options. The article provides detailed information about the bar's history, ownership, and significance within the LGBTQIA+ community.</w:t>
      </w:r>
      <w:r/>
    </w:p>
    <w:p>
      <w:pPr>
        <w:pStyle w:val="ListNumber"/>
        <w:spacing w:line="240" w:lineRule="auto"/>
        <w:ind w:left="720"/>
      </w:pPr>
      <w:r/>
      <w:hyperlink r:id="rId13">
        <w:r>
          <w:rPr>
            <w:color w:val="0000EE"/>
            <w:u w:val="single"/>
          </w:rPr>
          <w:t>https://nashville.gaycities.com/bars/1096-lipstick-lounge</w:t>
        </w:r>
      </w:hyperlink>
      <w:r>
        <w:t xml:space="preserve"> - Lipstick Lounge is a lesbian-owned bar in East Nashville, Tennessee, known for its inclusive atmosphere and diverse clientele. The venue offers signature cocktails, live music, karaoke, trivia, dancing, and darts. It is open to everyone, regardless of where they fall on the LGBTQ+ spectrum, providing a safe space for all. The bar is open Monday to Friday from 6:00 PM to 1:00 AM, and weekends from 12:00 PM to 3:00 AM.</w:t>
      </w:r>
      <w:r/>
    </w:p>
    <w:p>
      <w:pPr>
        <w:pStyle w:val="ListNumber"/>
        <w:spacing w:line="240" w:lineRule="auto"/>
        <w:ind w:left="720"/>
      </w:pPr>
      <w:r/>
      <w:hyperlink r:id="rId12">
        <w:r>
          <w:rPr>
            <w:color w:val="0000EE"/>
            <w:u w:val="single"/>
          </w:rPr>
          <w:t>https://outxout.com/guides/lesbian-bars-and-safe-spaces-in-nashville-tn</w:t>
        </w:r>
      </w:hyperlink>
      <w:r>
        <w:t xml:space="preserve"> - This guide highlights lesbian bars and safe spaces in Nashville, including The Lipstick Lounge, which is described as Nashville's iconic lesbian-owned bar and one of the most celebrated queer women's spaces in the South. Known for its friendly atmosphere, eclectic decor, and packed events calendar, Lipstick Lounge offers karaoke, live music, drag shows, trivia, dancing, a full menu, and a welcoming patio. It draws a predominantly lesbian and queer women crowd but is open and welcoming to everyone.</w:t>
      </w:r>
      <w:r/>
    </w:p>
    <w:p>
      <w:pPr>
        <w:pStyle w:val="ListNumber"/>
        <w:spacing w:line="240" w:lineRule="auto"/>
        <w:ind w:left="720"/>
      </w:pPr>
      <w:r/>
      <w:hyperlink r:id="rId14">
        <w:r>
          <w:rPr>
            <w:color w:val="0000EE"/>
            <w:u w:val="single"/>
          </w:rPr>
          <w:t>https://www.misterbandb.com/gay-guide/united-states/nashville/50-bars-clubs/25036-the-lipstick-lounge</w:t>
        </w:r>
      </w:hyperlink>
      <w:r>
        <w:t xml:space="preserve"> - The Lipstick Lounge is one of Nashville’s most iconic LGBTQ+ bars and one of the standout lesbian-founded venues in the U.S. Located in East Nashville, it’s known for karaoke, live music, community events, and a welcoming 'bar for humans' vibe that attracts a broad queer and allied crowd. If you're searching for a Nashville lesbian bar or LGBTQ+ nightlife spot, this is an essential listing because it balances nightlife with neighborhood warmth.</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cntraveler.com/story/at-nashvilles-only-lesbian-owned-sports-bar-its-all-about-the-love" TargetMode="External"/><Relationship Id="rId10" Type="http://schemas.openxmlformats.org/officeDocument/2006/relationships/hyperlink" Target="https://www.gay-location.com/nashville/bars-cafes/the-lipstick-lounge.html" TargetMode="External"/><Relationship Id="rId11" Type="http://schemas.openxmlformats.org/officeDocument/2006/relationships/hyperlink" Target="https://en.wikipedia.org/wiki/Lipstick_Lounge" TargetMode="External"/><Relationship Id="rId12" Type="http://schemas.openxmlformats.org/officeDocument/2006/relationships/hyperlink" Target="https://outxout.com/guides/lesbian-bars-and-safe-spaces-in-nashville-tn" TargetMode="External"/><Relationship Id="rId13" Type="http://schemas.openxmlformats.org/officeDocument/2006/relationships/hyperlink" Target="https://nashville.gaycities.com/bars/1096-lipstick-lounge" TargetMode="External"/><Relationship Id="rId14" Type="http://schemas.openxmlformats.org/officeDocument/2006/relationships/hyperlink" Target="https://www.misterbandb.com/gay-guide/united-states/nashville/50-bars-clubs/25036-the-lipstick-loung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