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Hot Trans Guys on Instagram This Summer: Where to Thirst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Bask in the heat: proud viewers are turning to Instagram to celebrate hot trans men this summer, spotting sculpted pecs, quads and relaxed pool-side smiles , a small but potent cultural shift that matters for visibility, desire and representation.</w:t>
      </w:r>
      <w:r/>
    </w:p>
    <w:p>
      <w:r/>
      <w:r>
        <w:t>Essential takeaways</w:t>
      </w:r>
      <w:r/>
      <w:r/>
    </w:p>
    <w:p>
      <w:pPr>
        <w:pStyle w:val="ListBullet"/>
        <w:spacing w:line="240" w:lineRule="auto"/>
        <w:ind w:left="720"/>
      </w:pPr>
      <w:r/>
      <w:r>
        <w:rPr>
          <w:b/>
        </w:rPr>
        <w:t>Growing trend:</w:t>
      </w:r>
      <w:r>
        <w:t xml:space="preserve"> More trans men are sharing summertime, shirtless content on Instagram and OnlyFans, offering confident, joyful imagery.</w:t>
      </w:r>
      <w:r/>
    </w:p>
    <w:p>
      <w:pPr>
        <w:pStyle w:val="ListBullet"/>
        <w:spacing w:line="240" w:lineRule="auto"/>
        <w:ind w:left="720"/>
      </w:pPr>
      <w:r/>
      <w:r>
        <w:rPr>
          <w:b/>
        </w:rPr>
        <w:t>Visibility matters:</w:t>
      </w:r>
      <w:r>
        <w:t xml:space="preserve"> Public moments like Elliot Page’s first swim-trunks selfie spark conversations about trans joy and body positivity.</w:t>
      </w:r>
      <w:r/>
    </w:p>
    <w:p>
      <w:pPr>
        <w:pStyle w:val="ListBullet"/>
        <w:spacing w:line="240" w:lineRule="auto"/>
        <w:ind w:left="720"/>
      </w:pPr>
      <w:r/>
      <w:r>
        <w:rPr>
          <w:b/>
        </w:rPr>
        <w:t>Community energy:</w:t>
      </w:r>
      <w:r>
        <w:t xml:space="preserve"> Fans praise the authentic, celebratory tone , from beach-ready abs to casual tee looks , that counters exclusion from mainstream dating shows.</w:t>
      </w:r>
      <w:r/>
    </w:p>
    <w:p>
      <w:pPr>
        <w:pStyle w:val="ListBullet"/>
        <w:spacing w:line="240" w:lineRule="auto"/>
        <w:ind w:left="720"/>
      </w:pPr>
      <w:r/>
      <w:r>
        <w:rPr>
          <w:b/>
        </w:rPr>
        <w:t>Practical tip:</w:t>
      </w:r>
      <w:r>
        <w:t xml:space="preserve"> Follow community-focused tags and curated influencer lists to discover creators who prioritise consent, boundaries and safe interaction.</w:t>
      </w:r>
      <w:r/>
      <w:r/>
    </w:p>
    <w:p>
      <w:pPr>
        <w:pStyle w:val="Heading2"/>
      </w:pPr>
      <w:r>
        <w:t>Why summers of skin feel different when trans men take the feed</w:t>
      </w:r>
      <w:r/>
    </w:p>
    <w:p>
      <w:r/>
      <w:r>
        <w:t>Summer photos have always been about warmth and freedom, but when trans men post relaxed, shirtless images the message shifts toward visibility and normalisation. According to features and reaction pieces that followed Elliot Page’s first swim-trunks selfie, these moments land as both personal joy and public statement. They’re tactile: sun-on-skin, wet hair, an easy smile , and they quietly rewrite who gets to be desired in summer narratives.</w:t>
      </w:r>
      <w:r/>
    </w:p>
    <w:p>
      <w:pPr>
        <w:pStyle w:val="Heading2"/>
      </w:pPr>
      <w:r>
        <w:t>From poolside selfies to influencer lists: where to start your feed refresh</w:t>
      </w:r>
      <w:r/>
    </w:p>
    <w:p>
      <w:r/>
      <w:r>
        <w:t>If you don’t know where to begin, curated influencer directories and roundups are a sensible shortcut. Industry lists track FTM creators across Instagram and subscription platforms, helping fans find a range of looks , from gym-honed jocks to soft, candid portraits. Start with community-generated tags and influencer compilations, and remember to engage respectfully: these are people, not props.</w:t>
      </w:r>
      <w:r/>
    </w:p>
    <w:p>
      <w:pPr>
        <w:pStyle w:val="Heading2"/>
      </w:pPr>
      <w:r>
        <w:t>Representation that ripples beyond the mirror</w:t>
      </w:r>
      <w:r/>
    </w:p>
    <w:p>
      <w:r/>
      <w:r>
        <w:t>Public moments , like a well-shared photo on Instagram , do more than please the eye. They feed wider conversations in outlets from mainstream press to queer media about inclusion in dating culture and entertainment. When trans men appear confidently in swimwear, it pushes back against exclusion from shows and spaces that often sideline trans bodies. The effect is gentle but cumulative: more images, more acceptance, more young people seeing themselves in joyful summers.</w:t>
      </w:r>
      <w:r/>
    </w:p>
    <w:p>
      <w:pPr>
        <w:pStyle w:val="Heading2"/>
      </w:pPr>
      <w:r>
        <w:t>How to follow respectfully and support creators</w:t>
      </w:r>
      <w:r/>
    </w:p>
    <w:p>
      <w:r/>
      <w:r>
        <w:t>Admire, don’t objectify. Follow creators who clearly state their boundaries and monetisation preferences, support them through legitimate channels when they offer paywalled content, and avoid harassing or fetishising language in comments. If you want recommendations, lean on community guides and reputable lists that spotlight creators who prioritise consent and community building.</w:t>
      </w:r>
      <w:r/>
    </w:p>
    <w:p>
      <w:pPr>
        <w:pStyle w:val="Heading2"/>
      </w:pPr>
      <w:r>
        <w:t>What this trend means for culture and dating shows</w:t>
      </w:r>
      <w:r/>
    </w:p>
    <w:p>
      <w:r/>
      <w:r>
        <w:t>There’s a clear disconnect between mainstream dating TV and the real cultural currents on social platforms. As outlets and audiences notice, shows excluding trans men look increasingly out of step. That’s not just a fandom gripe , it’s about representation influencing casting, storylines and the kinds of desire that get normalised on screen. Expect this visual momentum to keep nudging broader media toward more inclusive portrayals.</w:t>
      </w:r>
      <w:r/>
    </w:p>
    <w:p>
      <w:r/>
      <w:r>
        <w:t>It's a small shift with a big smile: follow thoughtfully, cheer loudly, and let summer be a season of visible joy.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[2]</w:t>
        </w:r>
      </w:hyperlink>
      <w:r>
        <w:t xml:space="preserve">- Paragraph 3: </w:t>
      </w:r>
      <w:hyperlink r:id="rId11">
        <w:r>
          <w:rPr>
            <w:color w:val="0000EE"/>
            <w:u w:val="single"/>
          </w:rPr>
          <w:t>[4]</w:t>
        </w:r>
      </w:hyperlink>
      <w:r>
        <w:t xml:space="preserve">, </w:t>
      </w:r>
      <w:hyperlink r:id="rId14">
        <w:r>
          <w:rPr>
            <w:color w:val="0000EE"/>
            <w:u w:val="single"/>
          </w:rPr>
          <w:t>[7]</w:t>
        </w:r>
      </w:hyperlink>
      <w:r>
        <w:t xml:space="preserve">- Paragraph 4: </w:t>
      </w:r>
      <w:hyperlink r:id="rId12">
        <w:r>
          <w:rPr>
            <w:color w:val="0000EE"/>
            <w:u w:val="single"/>
          </w:rPr>
          <w:t>[3]</w:t>
        </w:r>
      </w:hyperlink>
      <w:r>
        <w:t xml:space="preserve">, </w:t>
      </w:r>
      <w:hyperlink r:id="rId10">
        <w:r>
          <w:rPr>
            <w:color w:val="0000EE"/>
            <w:u w:val="single"/>
          </w:rPr>
          <w:t>[6]</w:t>
        </w:r>
      </w:hyperlink>
      <w:r>
        <w:t xml:space="preserve">- Paragraph 5: </w:t>
      </w:r>
      <w:hyperlink r:id="rId13">
        <w:r>
          <w:rPr>
            <w:color w:val="0000EE"/>
            <w:u w:val="single"/>
          </w:rPr>
          <w:t>[2]</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https://www.queerty.com/pecs-quads-glutes-galore-category-is-hot-trans-guy-summer-20260703/</w:t>
        </w:r>
      </w:hyperlink>
      <w:r>
        <w:t xml:space="preserve"> - Please view link - unable to able to access data</w:t>
      </w:r>
      <w:r/>
    </w:p>
    <w:p>
      <w:pPr>
        <w:pStyle w:val="ListNumber"/>
        <w:spacing w:line="240" w:lineRule="auto"/>
        <w:ind w:left="720"/>
      </w:pPr>
      <w:r/>
      <w:hyperlink r:id="rId13">
        <w:r>
          <w:rPr>
            <w:color w:val="0000EE"/>
            <w:u w:val="single"/>
          </w:rPr>
          <w:t>https://www.outsports.com/2026/6/27/24138178/instajocks-speedos-summer-hot-jocks-wet-beach-pool-abs-muscles/</w:t>
        </w:r>
      </w:hyperlink>
      <w:r>
        <w:t xml:space="preserve"> - Outsports showcases athletes and fit men in Speedos to kick off summer. The article features images of various individuals, including Stanislas Huille, Evan VanderZanden, Jacob Doest, Scooben Von Duben, Roman Vega, Cooper Wilson, and Sakuraway, all posing in Speedos at the beach or pool, highlighting their toned physiques and summer vibes.</w:t>
      </w:r>
      <w:r/>
    </w:p>
    <w:p>
      <w:pPr>
        <w:pStyle w:val="ListNumber"/>
        <w:spacing w:line="240" w:lineRule="auto"/>
        <w:ind w:left="720"/>
      </w:pPr>
      <w:r/>
      <w:hyperlink r:id="rId12">
        <w:r>
          <w:rPr>
            <w:color w:val="0000EE"/>
            <w:u w:val="single"/>
          </w:rPr>
          <w:t>https://influencers.feedspot.com/ftm_onlyfans_instagram_influencers/</w:t>
        </w:r>
      </w:hyperlink>
      <w:r>
        <w:t xml:space="preserve"> - Feedspot lists top FTM OnlyFans influencers in 2026, including Durden, Noah, Eddy, and Trip Richards. The article provides details about each influencer's subscription price, number of posts, photos, videos, streams, and Instagram handle, offering insights into their online presence and content offerings.</w:t>
      </w:r>
      <w:r/>
    </w:p>
    <w:p>
      <w:pPr>
        <w:pStyle w:val="ListNumber"/>
        <w:spacing w:line="240" w:lineRule="auto"/>
        <w:ind w:left="720"/>
      </w:pPr>
      <w:r/>
      <w:hyperlink r:id="rId11">
        <w:r>
          <w:rPr>
            <w:color w:val="0000EE"/>
            <w:u w:val="single"/>
          </w:rPr>
          <w:t>https://www.mic.com/p/elliot-pages-smokin-hot-shirtless-selfie-is-a-big-moment-for-trans-visibility-80455583</w:t>
        </w:r>
      </w:hyperlink>
      <w:r>
        <w:t xml:space="preserve"> - Mic reports on Elliot Page's shirtless selfie, marking a significant moment for trans visibility. The article describes Page's poolside photo, captioned 'Trans bb's first swim trunks,' and highlights the positive reactions from fans and celebrities, emphasizing the importance of such moments for the trans community.</w:t>
      </w:r>
      <w:r/>
    </w:p>
    <w:p>
      <w:pPr>
        <w:pStyle w:val="ListNumber"/>
        <w:spacing w:line="240" w:lineRule="auto"/>
        <w:ind w:left="720"/>
      </w:pPr>
      <w:r/>
      <w:hyperlink r:id="rId15">
        <w:r>
          <w:rPr>
            <w:color w:val="0000EE"/>
            <w:u w:val="single"/>
          </w:rPr>
          <w:t>https://www.narcity.com/elliot-page-posts-picture-in-first-swim-trunks--looks-so-happy</w:t>
        </w:r>
      </w:hyperlink>
      <w:r>
        <w:t xml:space="preserve"> - Narcity covers Elliot Page's joyful photo in his 'first swim trunks,' expressing his happiness and confidence. The article details the supportive comments from fans and celebrities, noting the significance of the post in promoting trans joy and visibility.</w:t>
      </w:r>
      <w:r/>
    </w:p>
    <w:p>
      <w:pPr>
        <w:pStyle w:val="ListNumber"/>
        <w:spacing w:line="240" w:lineRule="auto"/>
        <w:ind w:left="720"/>
      </w:pPr>
      <w:r/>
      <w:hyperlink r:id="rId10">
        <w:r>
          <w:rPr>
            <w:color w:val="0000EE"/>
            <w:u w:val="single"/>
          </w:rPr>
          <w:t>https://www.pride.com/trans/hot-trans-men-instagram-pictures</w:t>
        </w:r>
      </w:hyperlink>
      <w:r>
        <w:t xml:space="preserve"> - Pride.com features a list of sexy trans masc and nonbinary celebrities to follow on Instagram. The article highlights individuals who share captivating photos and stories, contributing to the visibility and representation of the trans community in the digital space.</w:t>
      </w:r>
      <w:r/>
    </w:p>
    <w:p>
      <w:pPr>
        <w:pStyle w:val="ListNumber"/>
        <w:spacing w:line="240" w:lineRule="auto"/>
        <w:ind w:left="720"/>
      </w:pPr>
      <w:r/>
      <w:hyperlink r:id="rId14">
        <w:r>
          <w:rPr>
            <w:color w:val="0000EE"/>
            <w:u w:val="single"/>
          </w:rPr>
          <w:t>https://www.attitude.co.uk/culture/film-tv/elliot-page-shows-trans-is-beautiful-with-first-shirtless-instagram-pic-302961/</w:t>
        </w:r>
      </w:hyperlink>
      <w:r>
        <w:t xml:space="preserve"> - Attitude reports on Elliot Page's first shirtless Instagram photo, showcasing his confidence and promoting the message that 'trans is beautiful.' The article discusses the positive reactions and the impact of such posts on trans representation in media.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pecs-quads-glutes-galore-category-is-hot-trans-guy-summer-20260703/" TargetMode="External"/><Relationship Id="rId10" Type="http://schemas.openxmlformats.org/officeDocument/2006/relationships/hyperlink" Target="https://www.pride.com/trans/hot-trans-men-instagram-pictures" TargetMode="External"/><Relationship Id="rId11" Type="http://schemas.openxmlformats.org/officeDocument/2006/relationships/hyperlink" Target="https://www.mic.com/p/elliot-pages-smokin-hot-shirtless-selfie-is-a-big-moment-for-trans-visibility-80455583" TargetMode="External"/><Relationship Id="rId12" Type="http://schemas.openxmlformats.org/officeDocument/2006/relationships/hyperlink" Target="https://influencers.feedspot.com/ftm_onlyfans_instagram_influencers/" TargetMode="External"/><Relationship Id="rId13" Type="http://schemas.openxmlformats.org/officeDocument/2006/relationships/hyperlink" Target="https://www.outsports.com/2026/6/27/24138178/instajocks-speedos-summer-hot-jocks-wet-beach-pool-abs-muscles/" TargetMode="External"/><Relationship Id="rId14" Type="http://schemas.openxmlformats.org/officeDocument/2006/relationships/hyperlink" Target="https://www.attitude.co.uk/culture/film-tv/elliot-page-shows-trans-is-beautiful-with-first-shirtless-instagram-pic-302961/" TargetMode="External"/><Relationship Id="rId15" Type="http://schemas.openxmlformats.org/officeDocument/2006/relationships/hyperlink" Target="https://www.narcity.com/elliot-page-posts-picture-in-first-swim-trunks--looks-so-happ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