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Gay Celebrities Celebrating the 4th of July: Speedos, Shorelines and Summer Vibes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star-studded summer snaps , and for many queer fans, the 4th of July is as much about beach bodies and backyard barbecues as it is about complicated politics. From CNN hosts to Drag Race alumni, these gay celebs bring sun, snacks and a saucy dose of patriotism that’s easy to enjoy from your sofa.</w:t>
      </w:r>
      <w:r/>
    </w:p>
    <w:p>
      <w:r/>
      <w:r>
        <w:t>Essential Takeaways</w:t>
      </w:r>
      <w:r/>
      <w:r/>
    </w:p>
    <w:p>
      <w:pPr>
        <w:pStyle w:val="ListBullet"/>
        <w:spacing w:line="240" w:lineRule="auto"/>
        <w:ind w:left="720"/>
      </w:pPr>
      <w:r/>
      <w:r>
        <w:rPr>
          <w:b/>
        </w:rPr>
        <w:t>Celebrity line-up:</w:t>
      </w:r>
      <w:r>
        <w:t xml:space="preserve"> Big names like Anderson Cooper, Andy Cohen and Neil Patrick Harris have become part of modern 4th-of-July imagery, often pairing family or friends with festive flair. </w:t>
      </w:r>
      <w:r/>
    </w:p>
    <w:p>
      <w:pPr>
        <w:pStyle w:val="ListBullet"/>
        <w:spacing w:line="240" w:lineRule="auto"/>
        <w:ind w:left="720"/>
      </w:pPr>
      <w:r/>
      <w:r>
        <w:rPr>
          <w:b/>
        </w:rPr>
        <w:t>Beach-ready looks:</w:t>
      </w:r>
      <w:r>
        <w:t xml:space="preserve"> Several figures , from Gus Kenworthy to Jonathan Bennett , favour Speedos and poolside poses, giving the holiday a distinctly summery, flirtatious feel. </w:t>
      </w:r>
      <w:r/>
    </w:p>
    <w:p>
      <w:pPr>
        <w:pStyle w:val="ListBullet"/>
        <w:spacing w:line="240" w:lineRule="auto"/>
        <w:ind w:left="720"/>
      </w:pPr>
      <w:r/>
      <w:r>
        <w:rPr>
          <w:b/>
        </w:rPr>
        <w:t>Queer celebrations on the shore:</w:t>
      </w:r>
      <w:r>
        <w:t xml:space="preserve"> Fire Island, Provincetown and other queer enclaves continue to be high-profile backdrops for inclusive Independence Day gatherings. </w:t>
      </w:r>
      <w:r/>
    </w:p>
    <w:p>
      <w:pPr>
        <w:pStyle w:val="ListBullet"/>
        <w:spacing w:line="240" w:lineRule="auto"/>
        <w:ind w:left="720"/>
      </w:pPr>
      <w:r/>
      <w:r>
        <w:rPr>
          <w:b/>
        </w:rPr>
        <w:t>Mixed feelings matter:</w:t>
      </w:r>
      <w:r>
        <w:t xml:space="preserve"> Many in the community celebrate selectively , enjoying the sunshine and friends while remaining wary of political symbolism and rights rollbacks.</w:t>
      </w:r>
      <w:r/>
      <w:r/>
    </w:p>
    <w:p>
      <w:pPr>
        <w:pStyle w:val="Heading2"/>
      </w:pPr>
      <w:r>
        <w:t>Why some queer celebs still lean into the holiday</w:t>
      </w:r>
      <w:r/>
    </w:p>
    <w:p>
      <w:r/>
      <w:r>
        <w:t>The first thing you notice is the sunshine: gleaming water, iced drinks and people who look like they’ve planned their outfits around a two-hour window of perfect light. For many gay celebrities the 4th has become a chance to be visible in joyful, low-stakes ways , think pool parties and puppy photos rather than political manifestos. Out magazine and several lifestyle outlets have catalogued star snapshots that feel like summer postcards. If you’re scrolling for warmth, these posts deliver , but they also exist alongside a sharper conversation about rights and representation.</w:t>
      </w:r>
      <w:r/>
    </w:p>
    <w:p>
      <w:pPr>
        <w:pStyle w:val="Heading2"/>
      </w:pPr>
      <w:r>
        <w:t>From headlines to hot tubs: where celebs celebrate</w:t>
      </w:r>
      <w:r/>
    </w:p>
    <w:p>
      <w:r/>
      <w:r>
        <w:t>You’ll see these faces across cable TV and coastal towns. Anderson Cooper and Andy Cohen, for instance, have moved from studio banter into holiday-hosting modes that get plenty of attention online. Meanwhile, coastal spots like Provincetown and Fire Island remain magnets for queer gatherings, with reporting this year highlighting particularly lively Fourths. If you’re thinking of joining a public event, pick the vibe you want: parade and politics, or private beach and friends.</w:t>
      </w:r>
      <w:r/>
    </w:p>
    <w:p>
      <w:pPr>
        <w:pStyle w:val="Heading2"/>
      </w:pPr>
      <w:r>
        <w:t>Speedos, swimwear and summer styling , what to expect</w:t>
      </w:r>
      <w:r/>
    </w:p>
    <w:p>
      <w:r/>
      <w:r>
        <w:t>If you like the idea of people wearing minimal swimwear while grilling, you’re not alone. Athletes and entertainers such as Gus Kenworthy and Jonathan Bennett tend to favour fitted swimwear and relaxed, sun-ready looks. For fans, these images offer a playful escape; for others they’re a reminder that queer joy often means reclaiming public leisure. Shopping tip: if you want the look, choose UV-protective swim fabrics and bring a hat , the photos last longer when your skin does, too.</w:t>
      </w:r>
      <w:r/>
    </w:p>
    <w:p>
      <w:pPr>
        <w:pStyle w:val="Heading2"/>
      </w:pPr>
      <w:r>
        <w:t>Joyful images, complicated politics</w:t>
      </w:r>
      <w:r/>
    </w:p>
    <w:p>
      <w:r/>
      <w:r>
        <w:t>It’s perfectly possible to enjoy fireworks and still be politically minded. Outlets like PinkNews and Queerty have covered moments where queer performers and public figures mark the holiday while also making pronouncements about inclusion or calling out exclusionary politics. Many queer people now treat the 4th as a layered day: share a barbecue with friends, yes, but remain aware of how civic decisions affect everyday lives. That balance is increasingly visible in celebrity posts that pair summertime fun with pointed captions or charity links.</w:t>
      </w:r>
      <w:r/>
    </w:p>
    <w:p>
      <w:pPr>
        <w:pStyle w:val="Heading2"/>
      </w:pPr>
      <w:r>
        <w:t>How to celebrate the 4th if you’re wary of the optics</w:t>
      </w:r>
      <w:r/>
    </w:p>
    <w:p>
      <w:r/>
      <w:r>
        <w:t>If the national rhetoric makes you uneasy, there are lots of small, meaningful ways to observe the day. Host a community potluck, support queer-run businesses near you, or choose inclusive events in towns known for queer safety. If you do join a big celebration, consider masks, sunscreen and a plan for leaving early if the mood sours. And if staying home suits you better, queue up a favourite podcast or a drag performance and make your own holiday, comfort food and cold drinks allowed.</w:t>
      </w:r>
      <w:r/>
    </w:p>
    <w:p>
      <w:r/>
      <w:r>
        <w:t>It's a small change that can make every celebration more about company, community and care.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[6]</w:t>
        </w:r>
      </w:hyperlink>
      <w:r>
        <w:t xml:space="preserve">- Paragraph 2: </w:t>
      </w:r>
      <w:hyperlink r:id="rId11">
        <w:r>
          <w:rPr>
            <w:color w:val="0000EE"/>
            <w:u w:val="single"/>
          </w:rPr>
          <w:t>[3]</w:t>
        </w:r>
      </w:hyperlink>
      <w:r>
        <w:t xml:space="preserve">, </w:t>
      </w:r>
      <w:hyperlink r:id="rId10">
        <w:r>
          <w:rPr>
            <w:color w:val="0000EE"/>
            <w:u w:val="single"/>
          </w:rPr>
          <w:t>[6]</w:t>
        </w:r>
      </w:hyperlink>
      <w:r>
        <w:t xml:space="preserve">- Paragraph 3: </w:t>
      </w:r>
      <w:hyperlink r:id="rId9">
        <w:r>
          <w:rPr>
            <w:color w:val="0000EE"/>
            <w:u w:val="single"/>
          </w:rPr>
          <w:t>[2]</w:t>
        </w:r>
      </w:hyperlink>
      <w:r>
        <w:t xml:space="preserve">, </w:t>
      </w:r>
      <w:hyperlink r:id="rId12">
        <w:r>
          <w:rPr>
            <w:color w:val="0000EE"/>
            <w:u w:val="single"/>
          </w:rPr>
          <w:t>[5]</w:t>
        </w:r>
      </w:hyperlink>
      <w:r>
        <w:t xml:space="preserve">- Paragraph 4: </w:t>
      </w:r>
      <w:hyperlink r:id="rId13">
        <w:r>
          <w:rPr>
            <w:color w:val="0000EE"/>
            <w:u w:val="single"/>
          </w:rPr>
          <w:t>[4]</w:t>
        </w:r>
      </w:hyperlink>
      <w:r>
        <w:t xml:space="preserve">, </w:t>
      </w:r>
      <w:hyperlink r:id="rId11">
        <w:r>
          <w:rPr>
            <w:color w:val="0000EE"/>
            <w:u w:val="single"/>
          </w:rPr>
          <w:t>[3]</w:t>
        </w:r>
      </w:hyperlink>
      <w:r>
        <w:t xml:space="preserve">- Paragraph 5: </w:t>
      </w:r>
      <w:hyperlink r:id="rId14">
        <w:r>
          <w:rPr>
            <w:color w:val="0000EE"/>
            <w:u w:val="single"/>
          </w:rPr>
          <w:t>[7]</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https://www.out.com/celebs/gay-4th-of-july</w:t>
        </w:r>
      </w:hyperlink>
      <w:r>
        <w:t xml:space="preserve"> - Please view link - unable to able to access data</w:t>
      </w:r>
      <w:r/>
    </w:p>
    <w:p>
      <w:pPr>
        <w:pStyle w:val="ListNumber"/>
        <w:spacing w:line="240" w:lineRule="auto"/>
        <w:ind w:left="720"/>
      </w:pPr>
      <w:r/>
      <w:hyperlink r:id="rId9">
        <w:r>
          <w:rPr>
            <w:color w:val="0000EE"/>
            <w:u w:val="single"/>
          </w:rPr>
          <w:t>https://www.out.com/celebs/gay-4th-of-july</w:t>
        </w:r>
      </w:hyperlink>
      <w:r>
        <w:t xml:space="preserve"> - An article highlighting ten gay celebrities who celebrate the 4th of July in style, including Andy Cohen, Anderson Cooper, Neil Patrick Harris, Gus Kenworthy, Jonathan Bennett, Jaymes Vaughan, Tristan Schukraft, Matteo Lane, Nick Smith, Pearl, and Bruno Alcantara. The piece showcases their festive activities and patriotic displays, emphasizing their contributions to queer representation during the holiday.</w:t>
      </w:r>
      <w:r/>
    </w:p>
    <w:p>
      <w:pPr>
        <w:pStyle w:val="ListNumber"/>
        <w:spacing w:line="240" w:lineRule="auto"/>
        <w:ind w:left="720"/>
      </w:pPr>
      <w:r/>
      <w:hyperlink r:id="rId11">
        <w:r>
          <w:rPr>
            <w:color w:val="0000EE"/>
            <w:u w:val="single"/>
          </w:rPr>
          <w:t>https://www.queerty.com/from-daytime-drag-to-boys-in-speedos-the-fire-island-invasion-was-the-gayest-july-4th-ever-20250708/</w:t>
        </w:r>
      </w:hyperlink>
      <w:r>
        <w:t xml:space="preserve"> - A report on the 2025 Fire Island Invasion, marking its 50th anniversary. The event featured drag queens arriving by boat, greeted with a pink carpet and performances by Drag Race ambassadors. Attendees, including gay entrepreneur Tristan Schukraft, celebrated in style, highlighting the event's significance in queer culture.</w:t>
      </w:r>
      <w:r/>
    </w:p>
    <w:p>
      <w:pPr>
        <w:pStyle w:val="ListNumber"/>
        <w:spacing w:line="240" w:lineRule="auto"/>
        <w:ind w:left="720"/>
      </w:pPr>
      <w:r/>
      <w:hyperlink r:id="rId13">
        <w:r>
          <w:rPr>
            <w:color w:val="0000EE"/>
            <w:u w:val="single"/>
          </w:rPr>
          <w:t>https://www.thepinknews.com/2024/07/05/genderqueer-glee-alex-newell-pronouns-macys-4th-of-july-fireworks/</w:t>
        </w:r>
      </w:hyperlink>
      <w:r>
        <w:t xml:space="preserve"> - Coverage of Alex Newell's performance at Macy's 4th of July Fireworks in 2024. The genderqueer 'Glee' star delivered powerful renditions of 'America the Beautiful' and 'Brave,' receiving widespread praise for their performance during the Independence Day celebration.</w:t>
      </w:r>
      <w:r/>
    </w:p>
    <w:p>
      <w:pPr>
        <w:pStyle w:val="ListNumber"/>
        <w:spacing w:line="240" w:lineRule="auto"/>
        <w:ind w:left="720"/>
      </w:pPr>
      <w:r/>
      <w:hyperlink r:id="rId12">
        <w:r>
          <w:rPr>
            <w:color w:val="0000EE"/>
            <w:u w:val="single"/>
          </w:rPr>
          <w:t>https://www.tmz.com/2017/07/04/celebrities-celebrate-fourth-of-july-spirit-fireworks/</w:t>
        </w:r>
      </w:hyperlink>
      <w:r>
        <w:t xml:space="preserve"> - A gallery showcasing celebrities celebrating the 4th of July in 2017. Highlights include Christina Aguilera draped in the American flag, Lance Bass enjoying Dodger Stadium fireworks, and Miley Cyrus making a political statement, reflecting the diverse ways stars engage with the holiday.</w:t>
      </w:r>
      <w:r/>
    </w:p>
    <w:p>
      <w:pPr>
        <w:pStyle w:val="ListNumber"/>
        <w:spacing w:line="240" w:lineRule="auto"/>
        <w:ind w:left="720"/>
      </w:pPr>
      <w:r/>
      <w:hyperlink r:id="rId10">
        <w:r>
          <w:rPr>
            <w:color w:val="0000EE"/>
            <w:u w:val="single"/>
          </w:rPr>
          <w:t>https://www.hola.com/us/celebrities/20210705g06sioak4h/celebs-celebrate-4th-of-july/</w:t>
        </w:r>
      </w:hyperlink>
      <w:r>
        <w:t xml:space="preserve"> - An overview of how celebrities celebrated the 4th of July in 2021. The article features Alessandra Ambrosio's festive attire, Enrique Iglesias's holiday activities, and other stars enjoying the festivities, highlighting their patriotic expressions and holiday spirit.</w:t>
      </w:r>
      <w:r/>
    </w:p>
    <w:p>
      <w:pPr>
        <w:pStyle w:val="ListNumber"/>
        <w:spacing w:line="240" w:lineRule="auto"/>
        <w:ind w:left="720"/>
      </w:pPr>
      <w:r/>
      <w:hyperlink r:id="rId14">
        <w:r>
          <w:rPr>
            <w:color w:val="0000EE"/>
            <w:u w:val="single"/>
          </w:rPr>
          <w:t>https://www.tmz.com/2024/07/04/hollywood-celebrates-fourth-of-july-2024-holiday/</w:t>
        </w:r>
      </w:hyperlink>
      <w:r>
        <w:t xml:space="preserve"> - A report on Hollywood's 4th of July celebrations in 2024. The article features stars like Cindy Crawford, Lisa Rinna, and Katy Perry sharing patriotic moments, with highlights including throwback photos and festive outfits, capturing the holiday's influence on celebrities.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out.com/celebs/gay-4th-of-july" TargetMode="External"/><Relationship Id="rId10" Type="http://schemas.openxmlformats.org/officeDocument/2006/relationships/hyperlink" Target="https://www.hola.com/us/celebrities/20210705g06sioak4h/celebs-celebrate-4th-of-july/" TargetMode="External"/><Relationship Id="rId11" Type="http://schemas.openxmlformats.org/officeDocument/2006/relationships/hyperlink" Target="https://www.queerty.com/from-daytime-drag-to-boys-in-speedos-the-fire-island-invasion-was-the-gayest-july-4th-ever-20250708/" TargetMode="External"/><Relationship Id="rId12" Type="http://schemas.openxmlformats.org/officeDocument/2006/relationships/hyperlink" Target="https://www.tmz.com/2017/07/04/celebrities-celebrate-fourth-of-july-spirit-fireworks/" TargetMode="External"/><Relationship Id="rId13" Type="http://schemas.openxmlformats.org/officeDocument/2006/relationships/hyperlink" Target="https://www.thepinknews.com/2024/07/05/genderqueer-glee-alex-newell-pronouns-macys-4th-of-july-fireworks/" TargetMode="External"/><Relationship Id="rId14" Type="http://schemas.openxmlformats.org/officeDocument/2006/relationships/hyperlink" Target="https://www.tmz.com/2024/07/04/hollywood-celebrates-fourth-of-july-2024-holida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