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Celebrity Couple Travel Moments: Duncan James and Alex Roque in Rio de Janeiro</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sunshine and romance are tuning into Duncan James’s Rio escape , the singer and his boyfriend Alex Roque shared sunlit snaps and a playful video from Ipanema that show why the city remains one of the world’s most magnetic LGBTQ+ holiday spots. It’s part celeb travel diary, part travel inspo for anyone plotting a glamorous beach break.</w:t>
      </w:r>
      <w:r/>
    </w:p>
    <w:p>
      <w:r/>
      <w:r>
        <w:t>Essential takeaways</w:t>
      </w:r>
      <w:r/>
      <w:r/>
    </w:p>
    <w:p>
      <w:pPr>
        <w:pStyle w:val="ListBullet"/>
        <w:spacing w:line="240" w:lineRule="auto"/>
        <w:ind w:left="720"/>
      </w:pPr>
      <w:r/>
      <w:r>
        <w:rPr>
          <w:b/>
        </w:rPr>
        <w:t>Holiday highlights:</w:t>
      </w:r>
      <w:r>
        <w:t xml:space="preserve"> Duncan James visited Rio de Janeiro for the first time and soaked up Ipanema’s golden sand and ocean views.</w:t>
      </w:r>
      <w:r/>
    </w:p>
    <w:p>
      <w:pPr>
        <w:pStyle w:val="ListBullet"/>
        <w:spacing w:line="240" w:lineRule="auto"/>
        <w:ind w:left="720"/>
      </w:pPr>
      <w:r/>
      <w:r>
        <w:rPr>
          <w:b/>
        </w:rPr>
        <w:t>Couple moment:</w:t>
      </w:r>
      <w:r>
        <w:t xml:space="preserve"> James and boyfriend Alex Roque shared a cheeky, affectionate video from their stay, showcasing a relaxed, playful vibe.</w:t>
      </w:r>
      <w:r/>
    </w:p>
    <w:p>
      <w:pPr>
        <w:pStyle w:val="ListBullet"/>
        <w:spacing w:line="240" w:lineRule="auto"/>
        <w:ind w:left="720"/>
      </w:pPr>
      <w:r/>
      <w:r>
        <w:rPr>
          <w:b/>
        </w:rPr>
        <w:t>Where they stayed:</w:t>
      </w:r>
      <w:r>
        <w:t xml:space="preserve"> The couple were hosted by the Fasano Group, a luxury oceanfront hotel known for its Bossa Nova–era style and ocean vistas.</w:t>
      </w:r>
      <w:r/>
    </w:p>
    <w:p>
      <w:pPr>
        <w:pStyle w:val="ListBullet"/>
        <w:spacing w:line="240" w:lineRule="auto"/>
        <w:ind w:left="720"/>
      </w:pPr>
      <w:r/>
      <w:r>
        <w:rPr>
          <w:b/>
        </w:rPr>
        <w:t>Local scene:</w:t>
      </w:r>
      <w:r>
        <w:t xml:space="preserve"> Ipanema remains a welcoming hub for LGBTQ+ travellers, with lively bars, Carnival colour and a popular gay-friendly beach stretch.</w:t>
      </w:r>
      <w:r/>
    </w:p>
    <w:p>
      <w:pPr>
        <w:pStyle w:val="ListBullet"/>
        <w:spacing w:line="240" w:lineRule="auto"/>
        <w:ind w:left="720"/>
      </w:pPr>
      <w:r/>
      <w:r>
        <w:rPr>
          <w:b/>
        </w:rPr>
        <w:t>Practical tip:</w:t>
      </w:r>
      <w:r>
        <w:t xml:space="preserve"> Visit between Carnival or Pride for big-city energy, or pick a quieter shoulder season if you prefer peaceful sunsets.</w:t>
      </w:r>
      <w:r/>
      <w:r/>
    </w:p>
    <w:p>
      <w:pPr>
        <w:pStyle w:val="Heading2"/>
      </w:pPr>
      <w:r>
        <w:t>Why Duncan’s Rio clip caught our eye , and why it feels travel-worthy</w:t>
      </w:r>
      <w:r/>
    </w:p>
    <w:p>
      <w:r/>
      <w:r>
        <w:t>There’s something instantly enticing about a short, sun-drenched clip of two people clearly enjoying themselves on a famous beach. Duncan James’s video , light-hearted, affectionate and yes, a little cheeky , landed exactly that vibe and reminded fans why Rio still ranks high on holiday wishlists. GayCities and other outlets flagged the footage because it’s both celebrity content and genuine travel inspiration. For Brits craving warmth and colour, this feels properly tempting.</w:t>
      </w:r>
      <w:r/>
    </w:p>
    <w:p>
      <w:pPr>
        <w:pStyle w:val="Heading2"/>
      </w:pPr>
      <w:r>
        <w:t>The Fasano stay: classic glamour with Ipanema views</w:t>
      </w:r>
      <w:r/>
    </w:p>
    <w:p>
      <w:r/>
      <w:r>
        <w:t>The couple stayed at the Fasano’s oceanfront hotel, a spot synonymous with Brazilian luxury and mid-century style. Think polished service, Italian-Brazilian dining and suites that look straight out of a vintage travel brochure, all with sweeping views over Ipanema. If you’re planning a treat-yourself trip, booking a room with a sea view at the Fasano will pay off in sunrise coffees and balcony moments you’ll remember.</w:t>
      </w:r>
      <w:r/>
    </w:p>
    <w:p>
      <w:pPr>
        <w:pStyle w:val="Heading2"/>
      </w:pPr>
      <w:r>
        <w:t>About the pair: new romance in the public eye</w:t>
      </w:r>
      <w:r/>
    </w:p>
    <w:p>
      <w:r/>
      <w:r>
        <w:t>Duncan James, known from boy band Blue, has been open about his journey and relationships. He confirmed his new relationship with actor and dancer Alex Roque late last year, describing Roque as kind and affectionate. Coverage from publications like PinkNews and Queerty filled in the timeline from their first public appearances to this recent getaway, and the overall tone is one of a growing, relaxed romance rather than headline-grabbing drama.</w:t>
      </w:r>
      <w:r/>
    </w:p>
    <w:p>
      <w:pPr>
        <w:pStyle w:val="Heading2"/>
      </w:pPr>
      <w:r>
        <w:t>Rio for LGBTQ+ travellers , how to pick the best time and place</w:t>
      </w:r>
      <w:r/>
    </w:p>
    <w:p>
      <w:r/>
      <w:r>
        <w:t>Rio’s Ipanema beach , especially the stretch near lifeguard posts 8 and 9 , has long been a friendly, vibrant spot for LGBTQ+ beachgoers. Carnival is the obvious party window, while Pride in November offers another high-energy option. If you want the beaches without the crowds, aim for late autumn or spring in Brazil, when temperatures are still generous but there’s a calmer, more local pace. A short rule of thumb: plan around events if you want spectacle, avoid them if you want space.</w:t>
      </w:r>
      <w:r/>
    </w:p>
    <w:p>
      <w:pPr>
        <w:pStyle w:val="Heading2"/>
      </w:pPr>
      <w:r>
        <w:t>Quick tips if you’re planning your own Rio escape</w:t>
      </w:r>
      <w:r/>
    </w:p>
    <w:p>
      <w:r/>
      <w:r>
        <w:t>Bring sun protection and a light evening layer , the ocean breeze can be deceptive. Book hotels with sea views early if you want that postcard sunrise, and consider neighbourhoods like Ipanema or Santa Teresa for a mix of beaches, bars and creative restaurants. Use trusted transport or hotel-arranged transfers at night, and follow local guidance for beach safety and tides.</w:t>
      </w:r>
      <w:r/>
    </w:p>
    <w:p>
      <w:r/>
      <w:r>
        <w:t>It's a small gesture of holiday glow that makes you want to book a flight and a room with a view.</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12">
        <w:r>
          <w:rPr>
            <w:color w:val="0000EE"/>
            <w:u w:val="single"/>
          </w:rPr>
          <w:t>[4]</w:t>
        </w:r>
      </w:hyperlink>
      <w:r>
        <w:t xml:space="preserve">, </w:t>
      </w:r>
      <w:hyperlink r:id="rId13">
        <w:r>
          <w:rPr>
            <w:color w:val="0000EE"/>
            <w:u w:val="single"/>
          </w:rPr>
          <w:t>[5]</w:t>
        </w:r>
      </w:hyperlink>
      <w:r>
        <w:t xml:space="preserve">- Paragraph 4: </w:t>
      </w:r>
      <w:hyperlink r:id="rId9">
        <w:r>
          <w:rPr>
            <w:color w:val="0000EE"/>
            <w:u w:val="single"/>
          </w:rPr>
          <w:t>[2]</w:t>
        </w:r>
      </w:hyperlink>
      <w:r>
        <w:t xml:space="preserve">, </w:t>
      </w:r>
      <w:hyperlink r:id="rId10">
        <w:r>
          <w:rPr>
            <w:color w:val="0000EE"/>
            <w:u w:val="single"/>
          </w:rPr>
          <w:t>[3]</w:t>
        </w:r>
      </w:hyperlink>
      <w:r>
        <w:t xml:space="preserve">- Paragraph 5: </w:t>
      </w:r>
      <w:hyperlink r:id="rId9">
        <w:r>
          <w:rPr>
            <w:color w:val="0000EE"/>
            <w:u w:val="single"/>
          </w:rPr>
          <w:t>[2]</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https://www.gaycities.com/articles/106047/singer-duncan-james-hits-rio-de-janeiro-with-boyfriend-alex-roque/</w:t>
        </w:r>
      </w:hyperlink>
      <w:r>
        <w:t xml:space="preserve"> - Please view link - unable to able to access data</w:t>
      </w:r>
      <w:r/>
    </w:p>
    <w:p>
      <w:pPr>
        <w:pStyle w:val="ListNumber"/>
        <w:spacing w:line="240" w:lineRule="auto"/>
        <w:ind w:left="720"/>
      </w:pPr>
      <w:r/>
      <w:hyperlink r:id="rId9">
        <w:r>
          <w:rPr>
            <w:color w:val="0000EE"/>
            <w:u w:val="single"/>
          </w:rPr>
          <w:t>https://www.gaycities.com/articles/106047/singer-duncan-james-hits-rio-de-janeiro-with-boyfriend-alex-roque/</w:t>
        </w:r>
      </w:hyperlink>
      <w:r>
        <w:t xml:space="preserve"> - British singer Duncan James shared a video of himself and boyfriend Alex Roque on vacation in Rio de Janeiro, Brazil. James expressed his excitement about visiting the city and Ipanema Beach for the first time, thanking Roque for showing him magical moments. He also praised the staff at the Fasano hotel for their hospitality and expressed hope to return one day. The article highlights James's appreciation for the city's beauty and his relationship with Roque.</w:t>
      </w:r>
      <w:r/>
    </w:p>
    <w:p>
      <w:pPr>
        <w:pStyle w:val="ListNumber"/>
        <w:spacing w:line="240" w:lineRule="auto"/>
        <w:ind w:left="720"/>
      </w:pPr>
      <w:r/>
      <w:hyperlink r:id="rId10">
        <w:r>
          <w:rPr>
            <w:color w:val="0000EE"/>
            <w:u w:val="single"/>
          </w:rPr>
          <w:t>https://www.thepinknews.com/2026/05/11/blue-duncan-james-boyfriend-alex-roque/</w:t>
        </w:r>
      </w:hyperlink>
      <w:r>
        <w:t xml:space="preserve"> - Blue member Duncan James has revealed he’s taking the next step in his relationship with new boyfriend Alexander Roque, who performs with the Forbidden Nights strip show. James, 48, confirmed they are moving in together after eight months of dating. He expressed excitement about this new chapter and mentioned that Roque gets along well with his mother, Fiona, who speaks to him daily. James emphasized the importance of his mother's approval in his relationships.</w:t>
      </w:r>
      <w:r/>
    </w:p>
    <w:p>
      <w:pPr>
        <w:pStyle w:val="ListNumber"/>
        <w:spacing w:line="240" w:lineRule="auto"/>
        <w:ind w:left="720"/>
      </w:pPr>
      <w:r/>
      <w:hyperlink r:id="rId12">
        <w:r>
          <w:rPr>
            <w:color w:val="0000EE"/>
            <w:u w:val="single"/>
          </w:rPr>
          <w:t>https://www.queerty.com/duncan-james-confirms-hes-dating-alex-roque-hes-like-a-big-gentle-giant-20251110/</w:t>
        </w:r>
      </w:hyperlink>
      <w:r>
        <w:t xml:space="preserve"> - British singer and actor Duncan James confirmed his new relationship with actor and burlesque dancer Alexandre Roque. James, 47, had been romantically linked with Roque after breaking up with Rodrigo Reis earlier in the year. He described Roque as 'really considerate, respectful and kind,' and mentioned that he is a 'very handsome boy' and a 'real sweetheart.' James also noted that Roque has met his Blue bandmates and his mother, Fiona, who approves of him.</w:t>
      </w:r>
      <w:r/>
    </w:p>
    <w:p>
      <w:pPr>
        <w:pStyle w:val="ListNumber"/>
        <w:spacing w:line="240" w:lineRule="auto"/>
        <w:ind w:left="720"/>
      </w:pPr>
      <w:r/>
      <w:hyperlink r:id="rId13">
        <w:r>
          <w:rPr>
            <w:color w:val="0000EE"/>
            <w:u w:val="single"/>
          </w:rPr>
          <w:t>https://www.thepinknews.com/2025/11/12/duncan-james-alex-roque/</w:t>
        </w:r>
      </w:hyperlink>
      <w:r>
        <w:t xml:space="preserve"> - Blue star Duncan James confirmed his romance with burlesque dancer Alex Roque. James, 47, had been romantically linked with Roque after breaking up with Rodrigo Reis earlier in the year. He described Roque as 'really considerate, respectful and kind,' and mentioned that he is a 'very handsome boy' and a 'real sweetheart.' James also noted that Roque has met his Blue bandmates and his mother, Fiona, who approves of him.</w:t>
      </w:r>
      <w:r/>
    </w:p>
    <w:p>
      <w:pPr>
        <w:pStyle w:val="ListNumber"/>
        <w:spacing w:line="240" w:lineRule="auto"/>
        <w:ind w:left="720"/>
      </w:pPr>
      <w:r/>
      <w:hyperlink r:id="rId11">
        <w:r>
          <w:rPr>
            <w:color w:val="0000EE"/>
            <w:u w:val="single"/>
          </w:rPr>
          <w:t>https://www.out.com/dating/duncan-james-alexander-roque-dating-update</w:t>
        </w:r>
      </w:hyperlink>
      <w:r>
        <w:t xml:space="preserve"> - Blue boy band member Duncan James confirmed his new relationship with model/performer Alexander Roque. James, 47, had been romantically linked with Roque after breaking up with Rodrigo Reis earlier in the year. He described Roque as 'really considerate, respectful and kind,' and mentioned that he is a 'very handsome boy' and a 'real sweetheart.' James also noted that Roque has met his Blue bandmates and his mother, Fiona, who approves of him.</w:t>
      </w:r>
      <w:r/>
    </w:p>
    <w:p>
      <w:pPr>
        <w:pStyle w:val="ListNumber"/>
        <w:spacing w:line="240" w:lineRule="auto"/>
        <w:ind w:left="720"/>
      </w:pPr>
      <w:r/>
      <w:hyperlink r:id="rId14">
        <w:r>
          <w:rPr>
            <w:color w:val="0000EE"/>
            <w:u w:val="single"/>
          </w:rPr>
          <w:t>https://instinctmagazine.com/duncan-james-stripper-bf/</w:t>
        </w:r>
      </w:hyperlink>
      <w:r>
        <w:t xml:space="preserve"> - Duncan James has confirmed he’s taking the next step with boyfriend Alexander Roque after eight months together, with the couple preparing to live under the same roof. Roque, who performs with the Forbidden Nights strip show, is officially moving in. James expressed excitement about this new chapter and mentioned that Roque gets along well with his mother, Fiona, who speaks to him daily. James emphasized the importance of his mother's approval in his relationships.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gaycities.com/articles/106047/singer-duncan-james-hits-rio-de-janeiro-with-boyfriend-alex-roque/" TargetMode="External"/><Relationship Id="rId10" Type="http://schemas.openxmlformats.org/officeDocument/2006/relationships/hyperlink" Target="https://www.thepinknews.com/2026/05/11/blue-duncan-james-boyfriend-alex-roque/" TargetMode="External"/><Relationship Id="rId11" Type="http://schemas.openxmlformats.org/officeDocument/2006/relationships/hyperlink" Target="https://www.out.com/dating/duncan-james-alexander-roque-dating-update" TargetMode="External"/><Relationship Id="rId12" Type="http://schemas.openxmlformats.org/officeDocument/2006/relationships/hyperlink" Target="https://www.queerty.com/duncan-james-confirms-hes-dating-alex-roque-hes-like-a-big-gentle-giant-20251110/" TargetMode="External"/><Relationship Id="rId13" Type="http://schemas.openxmlformats.org/officeDocument/2006/relationships/hyperlink" Target="https://www.thepinknews.com/2025/11/12/duncan-james-alex-roque/" TargetMode="External"/><Relationship Id="rId14" Type="http://schemas.openxmlformats.org/officeDocument/2006/relationships/hyperlink" Target="https://instinctmagazine.com/duncan-james-stripper-b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