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West Hollywood Events to Celebrate Madonna’s Confessions II Release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flocking to West Hollywood this weekend, where listening parties, trivia nights, drag shows and a three-day Confessions II pop-up bring Madonna’s new dance album to life , a perfect mix of nostalgia, sparkle and nightclub energy for fans and curious visitors.</w:t>
      </w:r>
      <w:r/>
    </w:p>
    <w:p>
      <w:r/>
      <w:r>
        <w:t>Essential Takeaways</w:t>
      </w:r>
      <w:r/>
      <w:r/>
    </w:p>
    <w:p>
      <w:pPr>
        <w:pStyle w:val="ListBullet"/>
        <w:spacing w:line="240" w:lineRule="auto"/>
        <w:ind w:left="720"/>
      </w:pPr>
      <w:r/>
      <w:r>
        <w:rPr>
          <w:b/>
        </w:rPr>
        <w:t>When and where:</w:t>
      </w:r>
      <w:r>
        <w:t xml:space="preserve"> Events run July 2–5 across West Hollywood hotspots, including La Peer, Melrose and the city’s popular bars and brunch spots. </w:t>
      </w:r>
      <w:r/>
    </w:p>
    <w:p>
      <w:pPr>
        <w:pStyle w:val="ListBullet"/>
        <w:spacing w:line="240" w:lineRule="auto"/>
        <w:ind w:left="720"/>
      </w:pPr>
      <w:r/>
      <w:r>
        <w:rPr>
          <w:b/>
        </w:rPr>
        <w:t>Pop-up details:</w:t>
      </w:r>
      <w:r>
        <w:t xml:space="preserve"> The Confessions II Los Angeles Pop-Up opens July 3–5 at 8471 Melrose Ave, 10 a.m.–8 p.m., with exclusive merch, vinyl, CDs and cassettes. </w:t>
      </w:r>
      <w:r/>
    </w:p>
    <w:p>
      <w:pPr>
        <w:pStyle w:val="ListBullet"/>
        <w:spacing w:line="240" w:lineRule="auto"/>
        <w:ind w:left="720"/>
      </w:pPr>
      <w:r/>
      <w:r>
        <w:rPr>
          <w:b/>
        </w:rPr>
        <w:t>Nightlife highlights:</w:t>
      </w:r>
      <w:r>
        <w:t xml:space="preserve"> From DJ-led listening parties to Madonna-themed drag brunches, nights feature DJs, special guests and themed cocktails. </w:t>
      </w:r>
      <w:r/>
    </w:p>
    <w:p>
      <w:pPr>
        <w:pStyle w:val="ListBullet"/>
        <w:spacing w:line="240" w:lineRule="auto"/>
        <w:ind w:left="720"/>
      </w:pPr>
      <w:r/>
      <w:r>
        <w:rPr>
          <w:b/>
        </w:rPr>
        <w:t>Fan-friendly activities:</w:t>
      </w:r>
      <w:r>
        <w:t xml:space="preserve"> Trivia, prizes, immersive photo moments and limited-edition releases like a Grindr picture disc and TikTok vinyl variant. </w:t>
      </w:r>
      <w:r/>
    </w:p>
    <w:p>
      <w:pPr>
        <w:pStyle w:val="ListBullet"/>
        <w:spacing w:line="240" w:lineRule="auto"/>
        <w:ind w:left="720"/>
      </w:pPr>
      <w:r/>
      <w:r>
        <w:rPr>
          <w:b/>
        </w:rPr>
        <w:t>Vibe note:</w:t>
      </w:r>
      <w:r>
        <w:t xml:space="preserve"> Expect a glittering, dance-floor aesthetic , loud beats, neon lights and plenty of nostalgia for the ’90s-era club sound.</w:t>
      </w:r>
      <w:r/>
      <w:r/>
    </w:p>
    <w:p>
      <w:pPr>
        <w:pStyle w:val="Heading2"/>
      </w:pPr>
      <w:r>
        <w:t>A Thursday warm-up: intimate listening and trivia that feel like a fan club</w:t>
      </w:r>
      <w:r/>
    </w:p>
    <w:p>
      <w:r/>
      <w:r>
        <w:t>Thursday night eases fans into the weekend with smaller, convivial gatherings that still pack atmosphere. DJ Reba Snackentire hosts the COADF 2 Madonna Night and listening party at No Rose Bar in the Kimpton La Peer Hotel, a setting that’s sleek and low-lit, so you can actually chat between tracks. Fan Girl Café follows with a trivia night where teams compete for prizes and then settle into an exclusive Confessions II listen , it’s the sort of evening where strangers bond over a shared chorus. If you’re into finding fellow fans or testing your Madonna minutiae, these are the places to start.</w:t>
      </w:r>
      <w:r/>
    </w:p>
    <w:p>
      <w:pPr>
        <w:pStyle w:val="Heading2"/>
      </w:pPr>
      <w:r>
        <w:t>Friday night: drag, drama and dancefloor throwbacks</w:t>
      </w:r>
      <w:r/>
    </w:p>
    <w:p>
      <w:r/>
      <w:r>
        <w:t>Friday brings the energy up a notch with Micky’s WeHo pairing a RuPaul’s Drag Race All Stars watch party with a Madonna-themed drag show. Expect high camp, fierce lip-syncs and looks inspired by the Queen of Pop herself. Over at Revolver, FLASHBACK throws a full-on release party with DJ Ernie Vee spinning the new album alongside Madonna classics and ’90s dance hits; music videos will flash above the crowd for instant nostalgia. If you want to dance hard and sing louder, Friday is your destination.</w:t>
      </w:r>
      <w:r/>
    </w:p>
    <w:p>
      <w:pPr>
        <w:pStyle w:val="Heading2"/>
      </w:pPr>
      <w:r>
        <w:t>Saturday pop-up: a three-day retail and immersive experience</w:t>
      </w:r>
      <w:r/>
    </w:p>
    <w:p>
      <w:r/>
      <w:r>
        <w:t>The Confessions II pop-up on Melrose is designed as an outpouring of the album’s glossy, glitter-ball aesthetic, open daily from 10 a.m. to 8 p.m. Fans can browse exclusive Confessions II merchandise and shop collectible formats , from luxe vinyl to cassette, for those who love a tactile music moment. Limited editions, including a Grindr Exclusive Picture Disc and a TikTok vinyl variant, give collectors something to chase; bring cash or card, and a roomy tote for vinyl finds. For Instagrammers, the immersive photo moments make for can’t-miss snaps.</w:t>
      </w:r>
      <w:r/>
    </w:p>
    <w:p>
      <w:pPr>
        <w:pStyle w:val="Heading2"/>
      </w:pPr>
      <w:r>
        <w:t>Sunday brunch: drag, cocktails and a softer finish</w:t>
      </w:r>
      <w:r/>
    </w:p>
    <w:p>
      <w:r/>
      <w:r>
        <w:t>Sunday trades the late-night intensity for a celebratory drag brunch at Mattie’s WeHo with seating around 12:30 p.m. and a show at 1 p.m. Expect upbeat performances by Kalista, themed Absolut cocktails and merch giveaways while stocks last. It’s a gentle way to close the weekend , daytime energy, bright outfits and hangover-friendly food , and a chance to meet performers and fans who’ve been at events all weekend.</w:t>
      </w:r>
      <w:r/>
    </w:p>
    <w:p>
      <w:pPr>
        <w:pStyle w:val="Heading2"/>
      </w:pPr>
      <w:r>
        <w:t>Why West Hollywood? Community, history and Madonna’s enduring pull</w:t>
      </w:r>
      <w:r/>
    </w:p>
    <w:p>
      <w:r/>
      <w:r>
        <w:t>West Hollywood has long been a stomping ground for Madonna’s music in LGBTQ+ nightlife, and this weekend’s programme underscores that connection. Local venues are leaning into the camp, dance and community rituals that her music inspires. According to local listings, the mix of official pop-up retail, venue programming and surprise appearances keeps the release feeling like an event rather than just an album drop. If you live nearby or are visiting, plan ahead for capacity spots and consider reserving where possible.</w:t>
      </w:r>
      <w:r/>
    </w:p>
    <w:p>
      <w:r/>
      <w:r>
        <w:t>It's a small change in routine that gives fans a weekend to remember , pick the parties that match your energy and enjoy the soundtrack.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Paragraph 3: </w:t>
      </w:r>
      <w:hyperlink r:id="rId9">
        <w:r>
          <w:rPr>
            <w:color w:val="0000EE"/>
            <w:u w:val="single"/>
          </w:rPr>
          <w:t>[2]</w:t>
        </w:r>
      </w:hyperlink>
      <w:r>
        <w:t xml:space="preserve">- Paragraph 4: </w:t>
      </w:r>
      <w:hyperlink r:id="rId9">
        <w:r>
          <w:rPr>
            <w:color w:val="0000EE"/>
            <w:u w:val="single"/>
          </w:rPr>
          <w:t>[2]</w:t>
        </w:r>
      </w:hyperlink>
      <w:r>
        <w:t xml:space="preserve">- Paragraph 5: </w:t>
      </w:r>
      <w:hyperlink r:id="rId9">
        <w:r>
          <w:rPr>
            <w:color w:val="0000EE"/>
            <w:u w:val="single"/>
          </w:rPr>
          <w:t>[2]</w:t>
        </w:r>
      </w:hyperlink>
      <w:r>
        <w:t xml:space="preserve">- Paragraph 6: </w:t>
      </w:r>
      <w:hyperlink r:id="rId10">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https://wehotimes.com/west-hollywood-nightlife-venues-to-celebrate-madonna-confessions-ii-with-album-release-parties/</w:t>
        </w:r>
      </w:hyperlink>
      <w:r>
        <w:t xml:space="preserve"> - Please view link - unable to able to access data</w:t>
      </w:r>
      <w:r/>
    </w:p>
    <w:p>
      <w:pPr>
        <w:pStyle w:val="ListNumber"/>
        <w:spacing w:line="240" w:lineRule="auto"/>
        <w:ind w:left="720"/>
      </w:pPr>
      <w:r/>
      <w:hyperlink r:id="rId9">
        <w:r>
          <w:rPr>
            <w:color w:val="0000EE"/>
            <w:u w:val="single"/>
          </w:rPr>
          <w:t>https://wehotimes.com/west-hollywood-nightlife-venues-to-celebrate-madonna-confessions-ii-with-album-release-parties/</w:t>
        </w:r>
      </w:hyperlink>
      <w:r>
        <w:t xml:space="preserve"> - This article details various events in West Hollywood's Rainbow District celebrating the release of Madonna's new dance album, 'Confessions II'. The events include listening parties, trivia nights, drag shows, and dance events, as well as a three-day pop-up experience. The festivities are scheduled from July 2 to July 5, 2026, at venues such as No Rose Bar at Kimpton La Peer Hotel, Fan Girl Café, Micky’s WeHo, Revolver WeHo, and Mattie’s WeHo. The pop-up experience at 8471 Melrose Ave. offers exclusive merchandise and immersive photo moments.</w:t>
      </w:r>
      <w:r/>
    </w:p>
    <w:p>
      <w:pPr>
        <w:pStyle w:val="ListNumber"/>
        <w:spacing w:line="240" w:lineRule="auto"/>
        <w:ind w:left="720"/>
      </w:pPr>
      <w:r/>
      <w:hyperlink r:id="rId10">
        <w:r>
          <w:rPr>
            <w:color w:val="0000EE"/>
            <w:u w:val="single"/>
          </w:rPr>
          <w:t>https://westsidetoday.com/2026/07/01/madonnas-global-confessions-ii-album-launch-continues-with-an-iheartradio-preview-and-a-three-day-west-hollywood-pop-up/</w:t>
        </w:r>
      </w:hyperlink>
      <w:r>
        <w:t xml:space="preserve"> - This article discusses Madonna's global campaign for her upcoming album 'Confessions II', set for release on July 3, 2026. The campaign includes a global broadcast hosted by TikTok and iHeartRadio, featuring an exclusive preview of select tracks and a conversation moderated by Bob the Drag Queen. Additionally, a three-day pop-up experience in West Hollywood at 8471 Melrose Ave. offers exclusive merchandise, collectible vinyl editions, and interactive photo installations. The event runs from July 3 to July 5, 2026. (</w:t>
      </w:r>
      <w:hyperlink r:id="rId12">
        <w:r>
          <w:rPr>
            <w:color w:val="0000EE"/>
            <w:u w:val="single"/>
          </w:rPr>
          <w:t>westsidetoday.com</w:t>
        </w:r>
      </w:hyperlink>
      <w:r>
        <w:t>)</w:t>
      </w:r>
      <w:r/>
    </w:p>
    <w:p>
      <w:pPr>
        <w:pStyle w:val="ListNumber"/>
        <w:spacing w:line="240" w:lineRule="auto"/>
        <w:ind w:left="720"/>
      </w:pPr>
      <w:r/>
      <w:hyperlink r:id="rId11">
        <w:r>
          <w:rPr>
            <w:color w:val="0000EE"/>
            <w:u w:val="single"/>
          </w:rPr>
          <w:t>https://www.tmz.com/2026/04/28/madonna-takes-over-the-abbey-with-her-new-music-confessions/</w:t>
        </w:r>
      </w:hyperlink>
      <w:r>
        <w:t xml:space="preserve"> - This article reports on Madonna's surprise appearance at The Abbey in West Hollywood, where she debuted new music from her upcoming album 'Confessions II'. The event, dubbed 'CLUB CONFESSIONS', celebrated the club's newly expanded dance floor. Madonna and producer Stuart Price played new tracks from the album, with a star-studded turnout including Addison Rae, Julia Fox, and Cara Delevingne. The article highlights the significance of The Abbey as a premier LGBTQ+ cultural landmark. (</w:t>
      </w:r>
      <w:hyperlink r:id="rId13">
        <w:r>
          <w:rPr>
            <w:color w:val="0000EE"/>
            <w:u w:val="single"/>
          </w:rPr>
          <w:t>tmz.com</w:t>
        </w:r>
      </w:hyperlink>
      <w:r>
        <w:t>)</w:t>
      </w:r>
      <w:r/>
    </w:p>
    <w:p>
      <w:pPr>
        <w:pStyle w:val="ListNumber"/>
        <w:spacing w:line="240" w:lineRule="auto"/>
        <w:ind w:left="720"/>
      </w:pPr>
      <w:r/>
      <w:hyperlink r:id="rId14">
        <w:r>
          <w:rPr>
            <w:color w:val="0000EE"/>
            <w:u w:val="single"/>
          </w:rPr>
          <w:t>https://www.thatericalper.com/2026/05/04/madonna-debuts-new-music-from-confessions-ii-in-a-surprise-appearance-at-west-hollywoods-the-abbey/</w:t>
        </w:r>
      </w:hyperlink>
      <w:r>
        <w:t xml:space="preserve"> - This article covers Madonna's unannounced appearance at The Abbey in West Hollywood, where she debuted new music from her upcoming album 'Confessions II'. The event transformed the venue into 'CLUB CONFESSIONS' to celebrate the opening of its newly expanded dance floor. Madonna and collaborator Stuart Price played new tracks from the album, underscoring the venue's connection to queer audiences and its significance in Madonna's career. (</w:t>
      </w:r>
      <w:hyperlink r:id="rId15">
        <w:r>
          <w:rPr>
            <w:color w:val="0000EE"/>
            <w:u w:val="single"/>
          </w:rPr>
          <w:t>thatericalper.com</w:t>
        </w:r>
      </w:hyperlink>
      <w:r>
        <w:t>)</w:t>
      </w:r>
      <w:r/>
    </w:p>
    <w:p>
      <w:pPr>
        <w:pStyle w:val="ListNumber"/>
        <w:spacing w:line="240" w:lineRule="auto"/>
        <w:ind w:left="720"/>
      </w:pPr>
      <w:r/>
      <w:hyperlink r:id="rId16">
        <w:r>
          <w:rPr>
            <w:color w:val="0000EE"/>
            <w:u w:val="single"/>
          </w:rPr>
          <w:t>https://elpais.com/cultura/2026/06/05/madonna-presenta-su-nuevo-album-confessions-ii-con-un-concierto-sorpresa-en-nueva-york.html</w:t>
        </w:r>
      </w:hyperlink>
      <w:r>
        <w:t xml:space="preserve"> - This article reports on Madonna's surprise concert in Times Square, New York, where she presented her new album 'Confessions II'. The event, announced 30 minutes prior, attracted hundreds of fans. Madonna performed previews of tracks like 'I Feel So Free' and 'Bring Your Love', the latter a collaboration with Sabrina Carpenter. The concert was organised with the Grindr app to coincide with the start of Pride Month. 'Confessions II' is set for release on July 3, 2026. (</w:t>
      </w:r>
      <w:hyperlink r:id="rId17">
        <w:r>
          <w:rPr>
            <w:color w:val="0000EE"/>
            <w:u w:val="single"/>
          </w:rPr>
          <w:t>elpais.com</w:t>
        </w:r>
      </w:hyperlink>
      <w:r>
        <w:t>)</w:t>
      </w:r>
      <w:r/>
    </w:p>
    <w:p>
      <w:pPr>
        <w:pStyle w:val="ListNumber"/>
        <w:spacing w:line="240" w:lineRule="auto"/>
        <w:ind w:left="720"/>
      </w:pPr>
      <w:r/>
      <w:hyperlink r:id="rId18">
        <w:r>
          <w:rPr>
            <w:color w:val="0000EE"/>
            <w:u w:val="single"/>
          </w:rPr>
          <w:t>https://elpais.com/cultura/2026/06/08/madonna-estrena-confessions-ii-the-film-una-narrativa-cosmica-que-sigue-una-logica-onirica-retorcida.html</w:t>
        </w:r>
      </w:hyperlink>
      <w:r>
        <w:t xml:space="preserve"> - This article discusses the release of 'Confessions II - The Film', a 10-minute visual work accompanying the first six songs of Madonna's upcoming album 'Confessions II'. The film, presented at the Tribeca Film Festival, is structured in six interconnected chapters, building a 'cosmic' and dreamlike narrative. It features artists like Sabrina Carpenter, Feid, Debi Mazar, Arca, Shygirl, Julia Garner, and Lourdes Leon. The project expands the universe of 'Confessions on a Dance Floor' (2005), reviving its disco and electronic aesthetic under producer Stuart Price. Only three songs—'I Feel So Free', 'Bring Your Love', and 'Love Sensation'—are currently available on Spotify. The album is set for release on July 3, 2026. (</w:t>
      </w:r>
      <w:hyperlink r:id="rId19">
        <w:r>
          <w:rPr>
            <w:color w:val="0000EE"/>
            <w:u w:val="single"/>
          </w:rPr>
          <w:t>elpais.com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ehotimes.com/west-hollywood-nightlife-venues-to-celebrate-madonna-confessions-ii-with-album-release-parties/" TargetMode="External"/><Relationship Id="rId10" Type="http://schemas.openxmlformats.org/officeDocument/2006/relationships/hyperlink" Target="https://westsidetoday.com/2026/07/01/madonnas-global-confessions-ii-album-launch-continues-with-an-iheartradio-preview-and-a-three-day-west-hollywood-pop-up/" TargetMode="External"/><Relationship Id="rId11" Type="http://schemas.openxmlformats.org/officeDocument/2006/relationships/hyperlink" Target="https://www.tmz.com/2026/04/28/madonna-takes-over-the-abbey-with-her-new-music-confessions/" TargetMode="External"/><Relationship Id="rId12" Type="http://schemas.openxmlformats.org/officeDocument/2006/relationships/hyperlink" Target="https://westsidetoday.com/2026/07/01/madonnas-global-confessions-ii-album-launch-continues-with-an-iheartradio-preview-and-a-three-day-west-hollywood-pop-up/?utm_source=openai" TargetMode="External"/><Relationship Id="rId13" Type="http://schemas.openxmlformats.org/officeDocument/2006/relationships/hyperlink" Target="https://www.tmz.com/2026/04/28/madonna-takes-over-the-abbey-with-her-new-music-confessions/?utm_source=openai" TargetMode="External"/><Relationship Id="rId14" Type="http://schemas.openxmlformats.org/officeDocument/2006/relationships/hyperlink" Target="https://www.thatericalper.com/2026/05/04/madonna-debuts-new-music-from-confessions-ii-in-a-surprise-appearance-at-west-hollywoods-the-abbey/" TargetMode="External"/><Relationship Id="rId15" Type="http://schemas.openxmlformats.org/officeDocument/2006/relationships/hyperlink" Target="https://www.thatericalper.com/2026/05/04/madonna-debuts-new-music-from-confessions-ii-in-a-surprise-appearance-at-west-hollywoods-the-abbey/?utm_source=openai" TargetMode="External"/><Relationship Id="rId16" Type="http://schemas.openxmlformats.org/officeDocument/2006/relationships/hyperlink" Target="https://elpais.com/cultura/2026/06/05/madonna-presenta-su-nuevo-album-confessions-ii-con-un-concierto-sorpresa-en-nueva-york.html" TargetMode="External"/><Relationship Id="rId17" Type="http://schemas.openxmlformats.org/officeDocument/2006/relationships/hyperlink" Target="https://elpais.com/cultura/2026-06-05/madonna-presenta-su-nuevo-album-confessions-ii-con-un-concierto-sopresa-en-nueva-york.html?utm_source=openai" TargetMode="External"/><Relationship Id="rId18" Type="http://schemas.openxmlformats.org/officeDocument/2006/relationships/hyperlink" Target="https://elpais.com/cultura/2026/06/08/madonna-estrena-confessions-ii-the-film-una-narrativa-cosmica-que-sigue-una-logica-onirica-retorcida.html" TargetMode="External"/><Relationship Id="rId19" Type="http://schemas.openxmlformats.org/officeDocument/2006/relationships/hyperlink" Target="https://elpais.com/cultura/2026-06-08/madonna-estrena-confessions-ii-the-film-una-narrativa-cosmica-que-sigue-una-logica-onirica-retorcida.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