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Make July 4th Gay Again in the Bay Area This Year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boldly: whether you leave town, stay in San Francisco or throw a backyard bash, here are practical, joyful ways Bay Area queers can reclaim Independence Day and make the holiday queer, fun, and safe. This matters as fireworks return to the Golden Gate for the 250th, so bring parasols, sequins, and good snacks.</w:t>
      </w:r>
      <w:r/>
    </w:p>
    <w:p>
      <w:r/>
      <w:r>
        <w:t>Essential Takeaways</w:t>
      </w:r>
      <w:r/>
      <w:r/>
    </w:p>
    <w:p>
      <w:pPr>
        <w:pStyle w:val="ListBullet"/>
        <w:spacing w:line="240" w:lineRule="auto"/>
        <w:ind w:left="720"/>
      </w:pPr>
      <w:r/>
      <w:r>
        <w:rPr>
          <w:b/>
        </w:rPr>
        <w:t>Go out of town:</w:t>
      </w:r>
      <w:r>
        <w:t xml:space="preserve"> Guerneville is a classic queer getaway with queer-owned bars, resorts and summer events like Lazy Bear Week (late July), perfect for a laid-back riverfront weekend. </w:t>
      </w:r>
      <w:r/>
    </w:p>
    <w:p>
      <w:pPr>
        <w:pStyle w:val="ListBullet"/>
        <w:spacing w:line="240" w:lineRule="auto"/>
        <w:ind w:left="720"/>
      </w:pPr>
      <w:r/>
      <w:r>
        <w:rPr>
          <w:b/>
        </w:rPr>
        <w:t>Stay local and festive:</w:t>
      </w:r>
      <w:r>
        <w:t xml:space="preserve"> San Francisco’s 250th fireworks from the Golden Gate Bridge are free and brief; expect fog and crowds and plan viewing spots like Crissy Field or Marina Green. </w:t>
      </w:r>
      <w:r/>
    </w:p>
    <w:p>
      <w:pPr>
        <w:pStyle w:val="ListBullet"/>
        <w:spacing w:line="240" w:lineRule="auto"/>
        <w:ind w:left="720"/>
      </w:pPr>
      <w:r/>
      <w:r>
        <w:rPr>
          <w:b/>
        </w:rPr>
        <w:t>Block-party energy at 2nd Street:</w:t>
      </w:r>
      <w:r>
        <w:t xml:space="preserve"> A family-friendly, all-ages block party with drag hosting and variety acts brings queer joy to the civic centre. </w:t>
      </w:r>
      <w:r/>
    </w:p>
    <w:p>
      <w:pPr>
        <w:pStyle w:val="ListBullet"/>
        <w:spacing w:line="240" w:lineRule="auto"/>
        <w:ind w:left="720"/>
      </w:pPr>
      <w:r/>
      <w:r>
        <w:rPr>
          <w:b/>
        </w:rPr>
        <w:t>Backyard is best:</w:t>
      </w:r>
      <w:r>
        <w:t xml:space="preserve"> Host a tea dance, a cul-de-sac invasion, or an inflatable pool party, cheap, safe, and full of personality. </w:t>
      </w:r>
      <w:r/>
    </w:p>
    <w:p>
      <w:pPr>
        <w:pStyle w:val="ListBullet"/>
        <w:spacing w:line="240" w:lineRule="auto"/>
        <w:ind w:left="720"/>
      </w:pPr>
      <w:r/>
      <w:r>
        <w:rPr>
          <w:b/>
        </w:rPr>
        <w:t>Plan practical details:</w:t>
      </w:r>
      <w:r>
        <w:t xml:space="preserve"> Book early for popular spots, pack layers for fog, and keep safety in mind with sparklers and flames.</w:t>
      </w:r>
      <w:r/>
      <w:r/>
    </w:p>
    <w:p>
      <w:pPr>
        <w:pStyle w:val="Heading2"/>
      </w:pPr>
      <w:r>
        <w:t>Leave town: Guerneville still does queer weekends better</w:t>
      </w:r>
      <w:r/>
    </w:p>
    <w:p>
      <w:r/>
      <w:r>
        <w:t xml:space="preserve">If you want a weekend that feels like a soft, riverine hug, drive an hour north to Guerneville; the town still wears its queer badge proudly. The vibe is cabin-casual, think flannel, parasols and river swims, with queer-owned bars and long-running weekend events that attract a loyal crowd. The Highlands Resort and nearby R3 Hotel are favourites for pool time or easy access to town, though rooms sell fast, so book early. </w:t>
      </w:r>
      <w:r/>
    </w:p>
    <w:p>
      <w:r/>
      <w:r>
        <w:t>Lazy Bear Week lands later in July and is a particular draw for bear community culture; it's warm, sweaty and neighbourly in equal measure. For a quieter trip, aim for a First Saturday Art Walk in downtown Guerneville and stroll galleries before dinner. If you love elbow-room and low-key pride with river views, Guerneville still delivers.</w:t>
      </w:r>
      <w:r/>
    </w:p>
    <w:p>
      <w:pPr>
        <w:pStyle w:val="Heading2"/>
      </w:pPr>
      <w:r>
        <w:t>Stay in SF: see the 250th fireworks, but come prepared</w:t>
      </w:r>
      <w:r/>
    </w:p>
    <w:p>
      <w:r/>
      <w:r>
        <w:t xml:space="preserve">San Francisco is putting on a rare Golden Gate Bridge fireworks show for the city’s 250th birthday, a spectacle people will want to see even if the fog sometimes steals the show. The official launch is short and free, so pick a viewing spot, Crissy Field, Marina Green or northern Embarcadero, and expect big crowds and chilly air. Layers, a small folding chair, and a thermos of something warm will keep you comfortable. </w:t>
      </w:r>
      <w:r/>
    </w:p>
    <w:p>
      <w:r/>
      <w:r>
        <w:t>The city’s got more than pyrotechnics planned: the 2nd Street block party will be family-friendly and camp-forward, with drag hosting and variety acts that read like a civic circuit party. Meanwhile, longtime neighbourhood festivals like the Fillmore Jazz Festival provide a different, culturally rich corner of celebration, especially if you're looking for community and music rather than smoke and sparkle.</w:t>
      </w:r>
      <w:r/>
    </w:p>
    <w:p>
      <w:pPr>
        <w:pStyle w:val="Heading2"/>
      </w:pPr>
      <w:r>
        <w:t>Backyard pride: small, cheap, and utterly yours</w:t>
      </w:r>
      <w:r/>
    </w:p>
    <w:p>
      <w:r/>
      <w:r>
        <w:t xml:space="preserve">Throwing a queer July 4th at home is often the sweetest option, it's intimate, cheap, and you make the rules. Host a tea dance at 5 p.m. with Bluetooth speakers and a no-sitting policy to nod to the history of dancing as protest. Have a DIY cookout with vegetarian and meat options, light sparklers safely, or finally inflate that kiddie pool for an impromptu garden oasis. </w:t>
      </w:r>
      <w:r/>
    </w:p>
    <w:p>
      <w:r/>
      <w:r>
        <w:t>If you live in a cul-de-sac, an "invasion" of costumes and heels can be its own mini-tradition; start small and let the spectacle build. Remember to check local rules about fireworks and noise, and keep a water bucket handy for sparklers, fun shouldn't turn into an incident. Your neighbours might grumble, but they'll remember the spectacle.</w:t>
      </w:r>
      <w:r/>
    </w:p>
    <w:p>
      <w:pPr>
        <w:pStyle w:val="Heading2"/>
      </w:pPr>
      <w:r>
        <w:t>Navigating crowds, kids and queer visibility with ease</w:t>
      </w:r>
      <w:r/>
    </w:p>
    <w:p>
      <w:r/>
      <w:r>
        <w:t xml:space="preserve">Public events are joyous but require a little logistics: arrive early for good viewing, map out bathroom options, and pick a meeting spot in case someone gets separated. If you bring kids, embrace theatricality, big gowns and goofy costumes are a lovely reminder that families come in all shapes. For those who prefer low sensory input, find calmer vantage points or plan an early evening escape. </w:t>
      </w:r>
      <w:r/>
    </w:p>
    <w:p>
      <w:r/>
      <w:r>
        <w:t>Being visibly queer on a national holiday can feel political or celebratory depending on where you stand; either way, it’s affirming. A single person in a sparkly outfit can shift a block's mood. And sometimes the point is simply to be seen having fun.</w:t>
      </w:r>
      <w:r/>
    </w:p>
    <w:p>
      <w:pPr>
        <w:pStyle w:val="Heading2"/>
      </w:pPr>
      <w:r>
        <w:t>Why making July 4th gay again matters</w:t>
      </w:r>
      <w:r/>
    </w:p>
    <w:p>
      <w:r/>
      <w:r>
        <w:t xml:space="preserve">Reclaiming July 4th is less about erasing June and more about expanding the calendar of queer joy. Pride will always have its month, but queerness has always been part of the country’s story, so bringing colour, cabaret and compassion to Independence Day feels right. Plus, with a rare Golden Gate fireworks display this year, there's an opportunity for a lively, visible queer presence without waiting for another parade. </w:t>
      </w:r>
      <w:r/>
    </w:p>
    <w:p>
      <w:r/>
      <w:r>
        <w:t>Plan early, pack smart, and lean into whatever level of spectacle suits you, whether that’s a riverfront cabin, a foggy city rooftop, or a backyard tea dance. It’s a small cultural nudge that makes the holiday feel more inclusive and a lot more fun.</w:t>
      </w:r>
      <w:r/>
    </w:p>
    <w:p>
      <w:r/>
      <w:r>
        <w:t>It's a small change that can make every chew, er, cheer, safer and more fabulous.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[7]</w:t>
        </w:r>
      </w:hyperlink>
      <w:r>
        <w:t xml:space="preserve">, </w:t>
      </w:r>
      <w:hyperlink r:id="rId11">
        <w:r>
          <w:rPr>
            <w:color w:val="0000EE"/>
            <w:u w:val="single"/>
          </w:rPr>
          <w:t>[2]</w:t>
        </w:r>
      </w:hyperlink>
      <w:r>
        <w:t xml:space="preserve">- Paragraph 2: </w:t>
      </w:r>
      <w:hyperlink r:id="rId11">
        <w:r>
          <w:rPr>
            <w:color w:val="0000EE"/>
            <w:u w:val="single"/>
          </w:rPr>
          <w:t>[2]</w:t>
        </w:r>
      </w:hyperlink>
      <w:r>
        <w:t xml:space="preserve">, </w:t>
      </w:r>
      <w:hyperlink r:id="rId12">
        <w:r>
          <w:rPr>
            <w:color w:val="0000EE"/>
            <w:u w:val="single"/>
          </w:rPr>
          <w:t>[4]</w:t>
        </w:r>
      </w:hyperlink>
      <w:r>
        <w:t xml:space="preserve">- Paragraph 3: </w:t>
      </w:r>
      <w:hyperlink r:id="rId10">
        <w:r>
          <w:rPr>
            <w:color w:val="0000EE"/>
            <w:u w:val="single"/>
          </w:rPr>
          <w:t>[7]</w:t>
        </w:r>
      </w:hyperlink>
      <w:r>
        <w:t xml:space="preserve">, </w:t>
      </w:r>
      <w:hyperlink r:id="rId13">
        <w:r>
          <w:rPr>
            <w:color w:val="0000EE"/>
            <w:u w:val="single"/>
          </w:rPr>
          <w:t>[5]</w:t>
        </w:r>
      </w:hyperlink>
      <w:r>
        <w:t xml:space="preserve">- Paragraph 4: </w:t>
      </w:r>
      <w:hyperlink r:id="rId10">
        <w:r>
          <w:rPr>
            <w:color w:val="0000EE"/>
            <w:u w:val="single"/>
          </w:rPr>
          <w:t>[7]</w:t>
        </w:r>
      </w:hyperlink>
      <w:r>
        <w:t xml:space="preserve">, </w:t>
      </w:r>
      <w:hyperlink r:id="rId14">
        <w:r>
          <w:rPr>
            <w:color w:val="0000EE"/>
            <w:u w:val="single"/>
          </w:rPr>
          <w:t>[3]</w:t>
        </w:r>
      </w:hyperlink>
      <w:r>
        <w:t xml:space="preserve">- Paragraph 5: </w:t>
      </w:r>
      <w:hyperlink r:id="rId15">
        <w:r>
          <w:rPr>
            <w:color w:val="0000EE"/>
            <w:u w:val="single"/>
          </w:rPr>
          <w:t>[6]</w:t>
        </w:r>
      </w:hyperlink>
      <w:r>
        <w:t xml:space="preserve">, </w:t>
      </w:r>
      <w:hyperlink r:id="rId10">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https://www.thebolditalic.com/how-to-make-july-4th-gay-again/</w:t>
        </w:r>
      </w:hyperlink>
      <w:r>
        <w:t xml:space="preserve"> - Please view link - unable to able to access data</w:t>
      </w:r>
      <w:r/>
    </w:p>
    <w:p>
      <w:pPr>
        <w:pStyle w:val="ListNumber"/>
        <w:spacing w:line="240" w:lineRule="auto"/>
        <w:ind w:left="720"/>
      </w:pPr>
      <w:r/>
      <w:hyperlink r:id="rId11">
        <w:r>
          <w:rPr>
            <w:color w:val="0000EE"/>
            <w:u w:val="single"/>
          </w:rPr>
          <w:t>https://www.sonomacounty.com/events/lazy-bear-week-2026/</w:t>
        </w:r>
      </w:hyperlink>
      <w:r>
        <w:t xml:space="preserve"> - Lazy Bear Week 2026 is scheduled from July 27 to August 3, 2026, in Guerneville, California. This annual event, organised by the Lazy Bear Fund, is one of the largest and most successful bear gatherings globally. Attendees can expect pool parties, dance parties, campfires, live entertainment, and performances by renowned DJs. Most participants stay in local lodges, campgrounds, and cabins, with options available in nearby towns and cities. All profits from the event are donated to charity, with over $2.5 million raised for various causes to date.</w:t>
      </w:r>
      <w:r/>
    </w:p>
    <w:p>
      <w:pPr>
        <w:pStyle w:val="ListNumber"/>
        <w:spacing w:line="240" w:lineRule="auto"/>
        <w:ind w:left="720"/>
      </w:pPr>
      <w:r/>
      <w:hyperlink r:id="rId14">
        <w:r>
          <w:rPr>
            <w:color w:val="0000EE"/>
            <w:u w:val="single"/>
          </w:rPr>
          <w:t>https://www.highlandsresort.com/lazy-bear</w:t>
        </w:r>
      </w:hyperlink>
      <w:r>
        <w:t xml:space="preserve"> - The Highlands Resort in Guerneville offers accommodations during Lazy Bear Week 2026, running from July 27 to August 3. The resort provides a five-night minimum stay requirement and features a pool that is no longer clothing-optional, including during Lazy Bear Week. The event is known for its pool parties, dance parties, campfires, live entertainment, and performances by amazing DJs. Most attendees stay in local lodges, campgrounds, and cabins, or opt for accommodations in nearby towns and cities. All profits from the event go to charity, with over $2 million raised for worthy causes.</w:t>
      </w:r>
      <w:r/>
    </w:p>
    <w:p>
      <w:pPr>
        <w:pStyle w:val="ListNumber"/>
        <w:spacing w:line="240" w:lineRule="auto"/>
        <w:ind w:left="720"/>
      </w:pPr>
      <w:r/>
      <w:hyperlink r:id="rId12">
        <w:r>
          <w:rPr>
            <w:color w:val="0000EE"/>
            <w:u w:val="single"/>
          </w:rPr>
          <w:t>https://www.gaypinkspots.com/event/lazy-bear-weekend.html</w:t>
        </w:r>
      </w:hyperlink>
      <w:r>
        <w:t xml:space="preserve"> - Lazy Bear Week 2026, marking its 30th anniversary, is set to take place from July 27 to August 3, 2026, in Guerneville, California. Organised by the Lazy Bear Fund, Inc., this annual event is one of the largest and most successful bear gatherings worldwide. Attendees can enjoy pool parties, dance parties, campfires, live entertainment, and performances by amazing DJs. Most participants stay in local lodges, campgrounds, and cabins, or choose accommodations in nearby towns and cities. All profits from the event are donated to charity, with over $2.5 million raised for various causes.</w:t>
      </w:r>
      <w:r/>
    </w:p>
    <w:p>
      <w:pPr>
        <w:pStyle w:val="ListNumber"/>
        <w:spacing w:line="240" w:lineRule="auto"/>
        <w:ind w:left="720"/>
      </w:pPr>
      <w:r/>
      <w:hyperlink r:id="rId13">
        <w:r>
          <w:rPr>
            <w:color w:val="0000EE"/>
            <w:u w:val="single"/>
          </w:rPr>
          <w:t>https://www.bearguide.net/disprof.php?name=lazybear2026</w:t>
        </w:r>
      </w:hyperlink>
      <w:r>
        <w:t xml:space="preserve"> - Lazy Bear Week 2026 is scheduled from July 27 to August 3, 2026, in Guerneville, California. Organised by the Lazy Bear Fund, Inc., this annual event is one of the largest and most successful bear gatherings globally. Attendees can expect pool parties, dance parties, campfires, live entertainment, and performances by amazing DJs. Most participants stay in local lodges, campgrounds, and cabins, or opt for accommodations in nearby towns and cities. All profits from the event are donated to charity, with over $2.5 million raised for various causes.</w:t>
      </w:r>
      <w:r/>
    </w:p>
    <w:p>
      <w:pPr>
        <w:pStyle w:val="ListNumber"/>
        <w:spacing w:line="240" w:lineRule="auto"/>
        <w:ind w:left="720"/>
      </w:pPr>
      <w:r/>
      <w:hyperlink r:id="rId15">
        <w:r>
          <w:rPr>
            <w:color w:val="0000EE"/>
            <w:u w:val="single"/>
          </w:rPr>
          <w:t>https://www.lazybearfund.org/events</w:t>
        </w:r>
      </w:hyperlink>
      <w:r>
        <w:t xml:space="preserve"> - The Lazy Bear Fund hosts Lazy Bear Week 2026 from July 27 to August 3 in Guerneville, California. This annual event is one of the largest and most successful bear gatherings worldwide. Attendees can enjoy pool parties, dance parties, campfires, live entertainment, and performances by amazing DJs. Most participants stay in local lodges, campgrounds, and cabins, or choose accommodations in nearby towns and cities. All profits from the event are donated to charity, with over $2.5 million raised for various causes.</w:t>
      </w:r>
      <w:r/>
    </w:p>
    <w:p>
      <w:pPr>
        <w:pStyle w:val="ListNumber"/>
        <w:spacing w:line="240" w:lineRule="auto"/>
        <w:ind w:left="720"/>
      </w:pPr>
      <w:r/>
      <w:hyperlink r:id="rId10">
        <w:r>
          <w:rPr>
            <w:color w:val="0000EE"/>
            <w:u w:val="single"/>
          </w:rPr>
          <w:t>https://www.sfbaytimes.com/a-guerneville-gay-staycation/</w:t>
        </w:r>
      </w:hyperlink>
      <w:r>
        <w:t xml:space="preserve"> - Guerneville, located approximately 90 minutes north of the Bay Area, is a popular gay-friendly destination in the heart of the Russian River Valley. The town offers a quintessential summertime river experience, with attractions such as Johnson’s Beach, a classic summer getaway featuring vintage cabins from the 1920s and an urban campground with BBQ areas and laundry facilities. Visitors can rent canoes, kayaks, beach chairs, and umbrellas, providing everything needed for a relaxing beach stay. Other recommended stops include the Armstrong Redwood State Reserve and the Austin Creek State Recreation Area.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bolditalic.com/how-to-make-july-4th-gay-again/" TargetMode="External"/><Relationship Id="rId10" Type="http://schemas.openxmlformats.org/officeDocument/2006/relationships/hyperlink" Target="https://www.sfbaytimes.com/a-guerneville-gay-staycation/" TargetMode="External"/><Relationship Id="rId11" Type="http://schemas.openxmlformats.org/officeDocument/2006/relationships/hyperlink" Target="https://www.sonomacounty.com/events/lazy-bear-week-2026/" TargetMode="External"/><Relationship Id="rId12" Type="http://schemas.openxmlformats.org/officeDocument/2006/relationships/hyperlink" Target="https://www.gaypinkspots.com/event/lazy-bear-weekend.html" TargetMode="External"/><Relationship Id="rId13" Type="http://schemas.openxmlformats.org/officeDocument/2006/relationships/hyperlink" Target="https://www.bearguide.net/disprof.php?name=lazybear2026" TargetMode="External"/><Relationship Id="rId14" Type="http://schemas.openxmlformats.org/officeDocument/2006/relationships/hyperlink" Target="https://www.highlandsresort.com/lazy-bear" TargetMode="External"/><Relationship Id="rId15" Type="http://schemas.openxmlformats.org/officeDocument/2006/relationships/hyperlink" Target="https://www.lazybearfund.org/ev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