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Horror Films to Watch This Pride: Cruising and More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Pride by diving into queer horror that thrills and provokes , from funny, campy drag-led chills to William Friedkin’s uncanny Cruising, a mirror-filled, sweaty dive into desire, identity and self-hatred that still sparks debate and fascination.</w:t>
      </w:r>
      <w:r/>
    </w:p>
    <w:p>
      <w:r/>
      <w:r>
        <w:t>Essential Takeaways</w:t>
      </w:r>
      <w:r/>
      <w:r/>
    </w:p>
    <w:p>
      <w:pPr>
        <w:pStyle w:val="ListBullet"/>
        <w:spacing w:line="240" w:lineRule="auto"/>
        <w:ind w:left="720"/>
      </w:pPr>
      <w:r/>
      <w:r>
        <w:rPr>
          <w:b/>
        </w:rPr>
        <w:t>Three light-hearted picks:</w:t>
      </w:r>
      <w:r>
        <w:t xml:space="preserve"> So Vam, Queens of the Dead and Slay are queer-made, campy, drag-forward takes on horror that favour heart and humour over terror. </w:t>
      </w:r>
      <w:r/>
    </w:p>
    <w:p>
      <w:pPr>
        <w:pStyle w:val="ListBullet"/>
        <w:spacing w:line="240" w:lineRule="auto"/>
        <w:ind w:left="720"/>
      </w:pPr>
      <w:r/>
      <w:r>
        <w:rPr>
          <w:b/>
        </w:rPr>
        <w:t>A darker standout:</w:t>
      </w:r>
      <w:r>
        <w:t xml:space="preserve"> Cruising (1980) is an ambiguous, dreamlike police thriller set in 1970s NYC leather scenes that reads as queer horror. </w:t>
      </w:r>
      <w:r/>
    </w:p>
    <w:p>
      <w:pPr>
        <w:pStyle w:val="ListBullet"/>
        <w:spacing w:line="240" w:lineRule="auto"/>
        <w:ind w:left="720"/>
      </w:pPr>
      <w:r/>
      <w:r>
        <w:rPr>
          <w:b/>
        </w:rPr>
        <w:t>Style over clarity:</w:t>
      </w:r>
      <w:r>
        <w:t xml:space="preserve"> Friedkin’s film trades neat answers for unsettling mirrors, doppelgangers and a tactile, gritty atmosphere. </w:t>
      </w:r>
      <w:r/>
    </w:p>
    <w:p>
      <w:pPr>
        <w:pStyle w:val="ListBullet"/>
        <w:spacing w:line="240" w:lineRule="auto"/>
        <w:ind w:left="720"/>
      </w:pPr>
      <w:r/>
      <w:r>
        <w:rPr>
          <w:b/>
        </w:rPr>
        <w:t>Why it matters:</w:t>
      </w:r>
      <w:r>
        <w:t xml:space="preserve"> Queer horror can celebrate identity, explore shame, or both , and older films often invite a “reading” that modern explicit representation doesn’t. </w:t>
      </w:r>
      <w:r/>
    </w:p>
    <w:p>
      <w:pPr>
        <w:pStyle w:val="ListBullet"/>
        <w:spacing w:line="240" w:lineRule="auto"/>
        <w:ind w:left="720"/>
      </w:pPr>
      <w:r/>
      <w:r>
        <w:rPr>
          <w:b/>
        </w:rPr>
        <w:t>Where to watch:</w:t>
      </w:r>
      <w:r>
        <w:t xml:space="preserve"> As of the writer’s note, So Vam and Queens of the Dead were on Shudder, Slay on Tubi, and Cruising available to rent on Prime and Apple TV.</w:t>
      </w:r>
      <w:r/>
      <w:r/>
    </w:p>
    <w:p>
      <w:pPr>
        <w:pStyle w:val="Heading2"/>
      </w:pPr>
      <w:r>
        <w:t>Why light-hearted queer horror is worth your Pride playlist</w:t>
      </w:r>
      <w:r/>
    </w:p>
    <w:p>
      <w:r/>
      <w:r>
        <w:t>Shoppers and streamers have been gravitating toward queer films that pair camp with genre thrills, and it’s easy to see why , they’re warm, funny and often joyous to watch. So Vam, Queens of the Dead and Slay all lean into drag performance as an emancipatory act, with moments that play like a night out rather than a nightmare. They aren’t out to scare you senseless; they want you to squirm a little, laugh a lot, and leave feeling seen. If you want Pride vibes with a monster movie wrapper, these are cheerful, accessible places to start.</w:t>
      </w:r>
      <w:r/>
    </w:p>
    <w:p>
      <w:pPr>
        <w:pStyle w:val="Heading2"/>
      </w:pPr>
      <w:r>
        <w:t>Cruising: a queer horror that refuses to be pinned down</w:t>
      </w:r>
      <w:r/>
    </w:p>
    <w:p>
      <w:r/>
      <w:r>
        <w:t>According to contemporary viewers, William Friedkin’s Cruising is less a straight procedural and more an oneiric exploration of identity, desire and mirrored violence. The film follows an NYPD officer going undercover into late-1970s leather and cruising culture to catch a killer, but it’s shot and edited so that scenes feel dreamlike and tactile , sweaty club interiors, furtive glances, and a city that’s both real and off-kilter. Expect ambiguity rather than tidy plot points; that’s the film’s point.</w:t>
      </w:r>
      <w:r/>
    </w:p>
    <w:p>
      <w:pPr>
        <w:pStyle w:val="Heading2"/>
      </w:pPr>
      <w:r>
        <w:t>The film’s unsettling tricks: mirrors, doubles and shock</w:t>
      </w:r>
      <w:r/>
    </w:p>
    <w:p>
      <w:r/>
      <w:r>
        <w:t>Friedkin uses simple but effective devices to disorient you: different actors play the killer in each murder scene while one voice unites them, and characters frequently resemble one another so closely that identities blur. Moments that feel absurd , improvised interrogation humiliations, abrupt intrusions , are reported to have come from real police anecdotes, which only makes the surreal tone feel stranger. It’s the cinematic equivalent of a mirror maze: the reflection never quite settles.</w:t>
      </w:r>
      <w:r/>
    </w:p>
    <w:p>
      <w:pPr>
        <w:pStyle w:val="Heading2"/>
      </w:pPr>
      <w:r>
        <w:t>Controversy then, and how modern viewers might see it now</w:t>
      </w:r>
      <w:r/>
    </w:p>
    <w:p>
      <w:r/>
      <w:r>
        <w:t>When Cruising premiered it stoked real anger from parts of the gay community, who feared it would cement a “freaky” stereotype at a time when visibility was a hard-won political fight. That reaction is understandable. Watching now, some of the fetish scenes feel less scandalous and more candidly consensual, even affectionate, and the film gives space to the people who inhabit that world. But the core horror , a killer driven by internalised self-hatred , remains a bleak, resonant idea: when shame turns violent, everyone pays the price.</w:t>
      </w:r>
      <w:r/>
    </w:p>
    <w:p>
      <w:pPr>
        <w:pStyle w:val="Heading2"/>
      </w:pPr>
      <w:r>
        <w:t>Picking queer horror for different moods</w:t>
      </w:r>
      <w:r/>
    </w:p>
    <w:p>
      <w:r/>
      <w:r>
        <w:t>If you want Pride warmth, choose the three drag-inflected, comedic films first; they’re easy to share and tend to uplift. If you’re after something messier and more haunting, Cruising will linger , it’s a movie that makes you think about who’s looking into whose reflection. Practical tip: watch Cruising with an open mind and perhaps on a second viewing; it’s built to be rewatched and reconsidered. For parents or younger viewers, be aware of explicit sexual and violent content in several of these titles.</w:t>
      </w:r>
      <w:r/>
    </w:p>
    <w:p>
      <w:r/>
      <w:r>
        <w:t>It's a small change in your watchlist that can make Pride viewing both celebratory and thought-provoking.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1">
        <w:r>
          <w:rPr>
            <w:color w:val="0000EE"/>
            <w:u w:val="single"/>
          </w:rPr>
          <w:t>[4]</w:t>
        </w:r>
      </w:hyperlink>
      <w:r>
        <w:t xml:space="preserve">, </w:t>
      </w:r>
      <w:hyperlink r:id="rId12">
        <w:r>
          <w:rPr>
            <w:color w:val="0000EE"/>
            <w:u w:val="single"/>
          </w:rPr>
          <w:t>[5]</w:t>
        </w:r>
      </w:hyperlink>
      <w:r>
        <w:t xml:space="preserve">- Paragraph 4: </w:t>
      </w:r>
      <w:hyperlink r:id="rId11">
        <w:r>
          <w:rPr>
            <w:color w:val="0000EE"/>
            <w:u w:val="single"/>
          </w:rPr>
          <w:t>[4]</w:t>
        </w:r>
      </w:hyperlink>
      <w:r>
        <w:t xml:space="preserve">, </w:t>
      </w:r>
      <w:hyperlink r:id="rId12">
        <w:r>
          <w:rPr>
            <w:color w:val="0000EE"/>
            <w:u w:val="single"/>
          </w:rPr>
          <w:t>[6]</w:t>
        </w:r>
      </w:hyperlink>
      <w:r>
        <w:t xml:space="preserve">- Paragraph 5: </w:t>
      </w:r>
      <w:hyperlink r:id="rId11">
        <w:r>
          <w:rPr>
            <w:color w:val="0000EE"/>
            <w:u w:val="single"/>
          </w:rPr>
          <w:t>[4]</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https://flinchingwithdelight.com/2026/07/02/cruising/#utm_source=rss&amp;utm_medium=rss&amp;utm_campaign=cruising</w:t>
        </w:r>
      </w:hyperlink>
      <w:r>
        <w:t xml:space="preserve"> - Please view link - unable to able to access data</w:t>
      </w:r>
      <w:r/>
    </w:p>
    <w:p>
      <w:pPr>
        <w:pStyle w:val="ListNumber"/>
        <w:spacing w:line="240" w:lineRule="auto"/>
        <w:ind w:left="720"/>
      </w:pPr>
      <w:r/>
      <w:hyperlink r:id="rId10">
        <w:r>
          <w:rPr>
            <w:color w:val="0000EE"/>
            <w:u w:val="single"/>
          </w:rPr>
          <w:t>https://www.rottentomatoes.com/m/so_vam</w:t>
        </w:r>
      </w:hyperlink>
      <w:r>
        <w:t xml:space="preserve"> - 'So Vam' is a 2021 Australian horror film directed by Alice Maio Mackay. The story follows Kurt, a bullied teen who dreams of becoming a famous drag queen in the city. After being kidnapped, he joins a coven of queer vampires who feed on bigots. The film blends elements of the supernatural, horror, and coming-of-age genres. It has garnered positive reviews for its unique take on the vampire mythos and its representation of LGBTQ+ themes. (</w:t>
      </w:r>
      <w:hyperlink r:id="rId13">
        <w:r>
          <w:rPr>
            <w:color w:val="0000EE"/>
            <w:u w:val="single"/>
          </w:rPr>
          <w:t>rottentomatoes.com</w:t>
        </w:r>
      </w:hyperlink>
      <w:r>
        <w:t>)</w:t>
      </w:r>
      <w:r/>
    </w:p>
    <w:p>
      <w:pPr>
        <w:pStyle w:val="ListNumber"/>
        <w:spacing w:line="240" w:lineRule="auto"/>
        <w:ind w:left="720"/>
      </w:pPr>
      <w:r/>
      <w:hyperlink r:id="rId14">
        <w:r>
          <w:rPr>
            <w:color w:val="0000EE"/>
            <w:u w:val="single"/>
          </w:rPr>
          <w:t>https://www.rottentomatoes.com/m/so_vam/reviews</w:t>
        </w:r>
      </w:hyperlink>
      <w:r>
        <w:t xml:space="preserve"> - 'So Vam' has received mixed reviews from critics. Some praise its campy B-movie aesthetic and empowering themes, while others feel it doesn't fully realise its potential. Despite budget constraints, the film is noted for its artistic statement and representation of LGBTQ+ narratives. (</w:t>
      </w:r>
      <w:hyperlink r:id="rId15">
        <w:r>
          <w:rPr>
            <w:color w:val="0000EE"/>
            <w:u w:val="single"/>
          </w:rPr>
          <w:t>rottentomatoes.com</w:t>
        </w:r>
      </w:hyperlink>
      <w:r>
        <w:t>)</w:t>
      </w:r>
      <w:r/>
    </w:p>
    <w:p>
      <w:pPr>
        <w:pStyle w:val="ListNumber"/>
        <w:spacing w:line="240" w:lineRule="auto"/>
        <w:ind w:left="720"/>
      </w:pPr>
      <w:r/>
      <w:hyperlink r:id="rId11">
        <w:r>
          <w:rPr>
            <w:color w:val="0000EE"/>
            <w:u w:val="single"/>
          </w:rPr>
          <w:t>https://www.rottentomatoes.com/m/cruising</w:t>
        </w:r>
      </w:hyperlink>
      <w:r>
        <w:t xml:space="preserve"> - 'Cruising' is a 1980 crime thriller directed by William Friedkin, starring Al Pacino. The film follows an undercover cop infiltrating New York's S&amp;M subculture to catch a serial killer targeting gay men. It has a 50% approval rating on Rotten Tomatoes, with critics divided on its portrayal of the LGBTQ+ community and its handling of sensitive subject matter. (</w:t>
      </w:r>
      <w:hyperlink r:id="rId16">
        <w:r>
          <w:rPr>
            <w:color w:val="0000EE"/>
            <w:u w:val="single"/>
          </w:rPr>
          <w:t>en.wikipedia.org</w:t>
        </w:r>
      </w:hyperlink>
      <w:r>
        <w:t>)</w:t>
      </w:r>
      <w:r/>
    </w:p>
    <w:p>
      <w:pPr>
        <w:pStyle w:val="ListNumber"/>
        <w:spacing w:line="240" w:lineRule="auto"/>
        <w:ind w:left="720"/>
      </w:pPr>
      <w:r/>
      <w:hyperlink r:id="rId12">
        <w:r>
          <w:rPr>
            <w:color w:val="0000EE"/>
            <w:u w:val="single"/>
          </w:rPr>
          <w:t>https://www.rottentomatoes.com/m/cruising/reviews</w:t>
        </w:r>
      </w:hyperlink>
      <w:r>
        <w:t xml:space="preserve"> - Critics have offered varied opinions on 'Cruising'. Some commend its suspenseful narrative and Pacino's performance, while others criticise its handling of the S&amp;M subculture and its impact on the LGBTQ+ community. The film's controversial nature has led to ongoing debates about its portrayal of sensitive topics. (</w:t>
      </w:r>
      <w:hyperlink r:id="rId16">
        <w:r>
          <w:rPr>
            <w:color w:val="0000EE"/>
            <w:u w:val="single"/>
          </w:rPr>
          <w:t>en.wikipedia.org</w:t>
        </w:r>
      </w:hyperlink>
      <w:r>
        <w:t>)</w:t>
      </w:r>
      <w:r/>
    </w:p>
    <w:p>
      <w:pPr>
        <w:pStyle w:val="ListNumber"/>
        <w:spacing w:line="240" w:lineRule="auto"/>
        <w:ind w:left="720"/>
      </w:pPr>
      <w:r/>
      <w:hyperlink r:id="rId12">
        <w:r>
          <w:rPr>
            <w:color w:val="0000EE"/>
            <w:u w:val="single"/>
          </w:rPr>
          <w:t>https://www.rottentomatoes.com/m/cruising/reviews</w:t>
        </w:r>
      </w:hyperlink>
      <w:r>
        <w:t xml:space="preserve"> - 'Cruising' has been the subject of extensive critical analysis. Some reviewers appreciate its atmospheric tension and exploration of identity, while others find it exploitative and problematic. The film's legacy continues to spark discussions about its cultural and social implications. (</w:t>
      </w:r>
      <w:hyperlink r:id="rId16">
        <w:r>
          <w:rPr>
            <w:color w:val="0000EE"/>
            <w:u w:val="single"/>
          </w:rPr>
          <w:t>en.wikipedia.org</w:t>
        </w:r>
      </w:hyperlink>
      <w:r>
        <w:t>)</w:t>
      </w:r>
      <w:r/>
    </w:p>
    <w:p>
      <w:pPr>
        <w:pStyle w:val="ListNumber"/>
        <w:spacing w:line="240" w:lineRule="auto"/>
        <w:ind w:left="720"/>
      </w:pPr>
      <w:r/>
      <w:hyperlink r:id="rId12">
        <w:r>
          <w:rPr>
            <w:color w:val="0000EE"/>
            <w:u w:val="single"/>
          </w:rPr>
          <w:t>https://www.rottentomatoes.com/m/cruising/reviews</w:t>
        </w:r>
      </w:hyperlink>
      <w:r>
        <w:t xml:space="preserve"> - The reception of 'Cruising' remains mixed. While some critics acknowledge its bold approach to controversial themes, others question its sensitivity and accuracy in depicting the LGBTQ+ community. The film's impact on audiences and its place in cinematic history continue to be topics of debate. (</w:t>
      </w:r>
      <w:hyperlink r:id="rId16">
        <w:r>
          <w:rPr>
            <w:color w:val="0000EE"/>
            <w:u w:val="single"/>
          </w:rPr>
          <w:t>en.wikipedia.org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linchingwithdelight.com/2026/07/02/cruising/#utm_source=rss&amp;utm_medium=rss&amp;utm_campaign=cruising" TargetMode="External"/><Relationship Id="rId10" Type="http://schemas.openxmlformats.org/officeDocument/2006/relationships/hyperlink" Target="https://www.rottentomatoes.com/m/so_vam" TargetMode="External"/><Relationship Id="rId11" Type="http://schemas.openxmlformats.org/officeDocument/2006/relationships/hyperlink" Target="https://www.rottentomatoes.com/m/cruising" TargetMode="External"/><Relationship Id="rId12" Type="http://schemas.openxmlformats.org/officeDocument/2006/relationships/hyperlink" Target="https://www.rottentomatoes.com/m/cruising/reviews" TargetMode="External"/><Relationship Id="rId13" Type="http://schemas.openxmlformats.org/officeDocument/2006/relationships/hyperlink" Target="https://www.rottentomatoes.com/m/so_vam?utm_source=openai" TargetMode="External"/><Relationship Id="rId14" Type="http://schemas.openxmlformats.org/officeDocument/2006/relationships/hyperlink" Target="https://www.rottentomatoes.com/m/so_vam/reviews" TargetMode="External"/><Relationship Id="rId15" Type="http://schemas.openxmlformats.org/officeDocument/2006/relationships/hyperlink" Target="https://www.rottentomatoes.com/m/so_vam/reviews?utm_source=openai" TargetMode="External"/><Relationship Id="rId16" Type="http://schemas.openxmlformats.org/officeDocument/2006/relationships/hyperlink" Target="https://en.wikipedia.org/wiki/Cruising_%28film%29?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