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New Queer Comedy Series: Why Pretty Gay Is Dating TV’s Joyful Secret</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are tuning into Catherine McCafferty’s Pretty Gay, a four-season web series from Los Angeles that turns faux-first-dates into a riot of games, kissing moments and honest queer conversation , and it matters because it’s making queer joy, awkwardness and tenderness feel gloriously normal.</w:t>
      </w:r>
      <w:r/>
    </w:p>
    <w:p>
      <w:r/>
      <w:r>
        <w:t>Essential Takeaways</w:t>
      </w:r>
      <w:r/>
      <w:r/>
    </w:p>
    <w:p>
      <w:pPr>
        <w:pStyle w:val="ListBullet"/>
        <w:spacing w:line="240" w:lineRule="auto"/>
        <w:ind w:left="720"/>
      </w:pPr>
      <w:r/>
      <w:r>
        <w:rPr>
          <w:b/>
        </w:rPr>
        <w:t>Format that works:</w:t>
      </w:r>
      <w:r>
        <w:t xml:space="preserve"> Episodes pair McCafferty with guests for playful “first” (and sometimes second) dates featuring silly segments like a “Wheel of Intimacy,” and a new seasonal favourite, “cat.”</w:t>
      </w:r>
      <w:r/>
    </w:p>
    <w:p>
      <w:pPr>
        <w:pStyle w:val="ListBullet"/>
        <w:spacing w:line="240" w:lineRule="auto"/>
        <w:ind w:left="720"/>
      </w:pPr>
      <w:r/>
      <w:r>
        <w:rPr>
          <w:b/>
        </w:rPr>
        <w:t>Big-name guests:</w:t>
      </w:r>
      <w:r>
        <w:t xml:space="preserve"> The show’s hosted comedians and actors such as Cameron Esposito, Liv Hewson and ER’s Fightmaster, keeping the tone sharp and warm.</w:t>
      </w:r>
      <w:r/>
    </w:p>
    <w:p>
      <w:pPr>
        <w:pStyle w:val="ListBullet"/>
        <w:spacing w:line="240" w:lineRule="auto"/>
        <w:ind w:left="720"/>
      </w:pPr>
      <w:r/>
      <w:r>
        <w:rPr>
          <w:b/>
        </w:rPr>
        <w:t>Real-world payoff:</w:t>
      </w:r>
      <w:r>
        <w:t xml:space="preserve"> McCafferty says the practice of chatting with hot queer people on camera has helped her approach people more confidently IRL.</w:t>
      </w:r>
      <w:r/>
    </w:p>
    <w:p>
      <w:pPr>
        <w:pStyle w:val="ListBullet"/>
        <w:spacing w:line="240" w:lineRule="auto"/>
        <w:ind w:left="720"/>
      </w:pPr>
      <w:r/>
      <w:r>
        <w:rPr>
          <w:b/>
        </w:rPr>
        <w:t>Fresh feels:</w:t>
      </w:r>
      <w:r>
        <w:t xml:space="preserve"> New games and surprise guests keep the series lively; writers and wardrobe contribute to the show’s distinctive, stylish vibe.</w:t>
      </w:r>
      <w:r/>
    </w:p>
    <w:p>
      <w:pPr>
        <w:pStyle w:val="ListBullet"/>
        <w:spacing w:line="240" w:lineRule="auto"/>
        <w:ind w:left="720"/>
      </w:pPr>
      <w:r/>
      <w:r>
        <w:rPr>
          <w:b/>
        </w:rPr>
        <w:t>Where to watch:</w:t>
      </w:r>
      <w:r>
        <w:t xml:space="preserve"> Season 4 and back episodes are available through Pretty Gay’s Patreon with extra content for supporters.</w:t>
      </w:r>
      <w:r/>
      <w:r/>
    </w:p>
    <w:p>
      <w:pPr>
        <w:pStyle w:val="Heading2"/>
      </w:pPr>
      <w:r>
        <w:t>Why the dating premise is actually a perfect excuse for queer comedy</w:t>
      </w:r>
      <w:r/>
    </w:p>
    <w:p>
      <w:r/>
      <w:r>
        <w:t>Start with that first, pleasingly awkward moment when two people meet and the rules feel optional , it’s the show’s emotional engine. According to interviews with Catherine McCafferty, the “dating” setup gives permission for gags, flirtation, and real talk to coexist in a compact, watchable format. The result feels intimate and loose, like crashing a brilliant house party. For viewers who’ve missed authentic queer representation on small screens, it’s a breath of fresh air that combines games, gossip, and occasional make-out moments without performative straightness.</w:t>
      </w:r>
      <w:r/>
    </w:p>
    <w:p>
      <w:pPr>
        <w:pStyle w:val="Heading2"/>
      </w:pPr>
      <w:r>
        <w:t>Games, kittens and the art of keeping things new</w:t>
      </w:r>
      <w:r/>
    </w:p>
    <w:p>
      <w:r/>
      <w:r>
        <w:t>The team behind Pretty Gay treats each season like a sketch-comedy lab. Producers and writers are constantly inventing new segments , one writer’s offhand idea about surrounding a guest with kittens morphed into the delightfully silly “cat” bit. That kind of on-set improvisation keeps episodes unpredictable, and the joy is contagious. If you’re considering a web series or podcast, the takeaway is simple: rotate segments, surprise the host, and let discomfort become comedy.</w:t>
      </w:r>
      <w:r/>
    </w:p>
    <w:p>
      <w:pPr>
        <w:pStyle w:val="Heading2"/>
      </w:pPr>
      <w:r>
        <w:t>Guests you actually want to spend 20 minutes with</w:t>
      </w:r>
      <w:r/>
    </w:p>
    <w:p>
      <w:r/>
      <w:r>
        <w:t>Part of the show’s charm is its guest list. Comics and actors such as Cameron Esposito and Liv Hewson bring both star wattage and sharp, candid conversation. McCafferty’s wish list even includes “straight” icons like Katharine Hepburn as a playful thought experiment, revealing the show’s willingness to riff across eras and sensibilities. For viewers, that mix of familiar faces and unexpected pairings makes every episode feel like a little gift.</w:t>
      </w:r>
      <w:r/>
    </w:p>
    <w:p>
      <w:pPr>
        <w:pStyle w:val="Heading2"/>
      </w:pPr>
      <w:r>
        <w:t>How hosting made the host a braver dater</w:t>
      </w:r>
      <w:r/>
    </w:p>
    <w:p>
      <w:r/>
      <w:r>
        <w:t>Catherine says the rehearsal of flirting, asking intimate questions, and thinking on her feet has translated into real-life confidence. Practising with a camera rolling helps lower the stakes when your heart is on the line, she says, and for sapphic viewers that’s a practical lesson: talk more, laugh faster, and don’t fear the first approach. If you’re dating, try treating early encounters like improv , bring curiosity and a willingness to be ridiculous.</w:t>
      </w:r>
      <w:r/>
    </w:p>
    <w:p>
      <w:pPr>
        <w:pStyle w:val="Heading2"/>
      </w:pPr>
      <w:r>
        <w:t>Style, influences and the culture the show sits in</w:t>
      </w:r>
      <w:r/>
    </w:p>
    <w:p>
      <w:r/>
      <w:r>
        <w:t>Pretty Gay looks as good as it sounds. Costume and wardrobe pulls from show collaborators give the host a playful, slightly nostalgic sense of style , McCafferty namechecks low-rise early-2000s vibes and Vivienne Westwood corsets as influences. She also cites Shakespeare and The L Word as early cultural touchstones that framed queer identity as historic and modern at once. That blend of reverence and camp keeps the show grounded in queer cultural continuity while leaning into contemporary comedy.</w:t>
      </w:r>
      <w:r/>
    </w:p>
    <w:p>
      <w:r/>
      <w:r>
        <w:t>Closing line It’s a small change that can make every episode feel like a night out , equal parts catharsis and comedy, and worth a Patreon subscription if you want the backstage pass.</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[5]</w:t>
        </w:r>
      </w:hyperlink>
      <w:r>
        <w:t xml:space="preserve">- Paragraph 2: </w:t>
      </w:r>
      <w:hyperlink r:id="rId9">
        <w:r>
          <w:rPr>
            <w:color w:val="0000EE"/>
            <w:u w:val="single"/>
          </w:rPr>
          <w:t>[2]</w:t>
        </w:r>
      </w:hyperlink>
      <w:r>
        <w:t xml:space="preserve">, </w:t>
      </w:r>
      <w:hyperlink r:id="rId11">
        <w:r>
          <w:rPr>
            <w:color w:val="0000EE"/>
            <w:u w:val="single"/>
          </w:rPr>
          <w:t>[6]</w:t>
        </w:r>
      </w:hyperlink>
      <w:r>
        <w:t xml:space="preserve">- Paragraph 3: </w:t>
      </w:r>
      <w:hyperlink r:id="rId9">
        <w:r>
          <w:rPr>
            <w:color w:val="0000EE"/>
            <w:u w:val="single"/>
          </w:rPr>
          <w:t>[2]</w:t>
        </w:r>
      </w:hyperlink>
      <w:r>
        <w:t xml:space="preserve">, </w:t>
      </w:r>
      <w:hyperlink r:id="rId11">
        <w:r>
          <w:rPr>
            <w:color w:val="0000EE"/>
            <w:u w:val="single"/>
          </w:rPr>
          <w:t>[6]</w:t>
        </w:r>
      </w:hyperlink>
      <w:r>
        <w:t xml:space="preserve">- Paragraph 4: </w:t>
      </w:r>
      <w:hyperlink r:id="rId9">
        <w:r>
          <w:rPr>
            <w:color w:val="0000EE"/>
            <w:u w:val="single"/>
          </w:rPr>
          <w:t>[2]</w:t>
        </w:r>
      </w:hyperlink>
      <w:r>
        <w:t xml:space="preserve">, </w:t>
      </w:r>
      <w:hyperlink r:id="rId10">
        <w:r>
          <w:rPr>
            <w:color w:val="0000EE"/>
            <w:u w:val="single"/>
          </w:rPr>
          <w:t>[5]</w:t>
        </w:r>
      </w:hyperlink>
      <w:r>
        <w:t xml:space="preserve">- Paragraph 5: </w:t>
      </w:r>
      <w:hyperlink r:id="rId9">
        <w:r>
          <w:rPr>
            <w:color w:val="0000EE"/>
            <w:u w:val="single"/>
          </w:rPr>
          <w:t>[2]</w:t>
        </w:r>
      </w:hyperlink>
      <w:r>
        <w:t xml:space="preserve">, </w:t>
      </w:r>
      <w:hyperlink r:id="rId12">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https://www.queerty.com/catherine-mccafferty-dishes-on-her-series-pretty-gay-gemini-dating-tips-why-shakespeare-made-her-queer-20260702/</w:t>
        </w:r>
      </w:hyperlink>
      <w:r>
        <w:t xml:space="preserve"> - Please view link - unable to able to access data</w:t>
      </w:r>
      <w:r/>
    </w:p>
    <w:p>
      <w:pPr>
        <w:pStyle w:val="ListNumber"/>
        <w:spacing w:line="240" w:lineRule="auto"/>
        <w:ind w:left="720"/>
      </w:pPr>
      <w:r/>
      <w:hyperlink r:id="rId9">
        <w:r>
          <w:rPr>
            <w:color w:val="0000EE"/>
            <w:u w:val="single"/>
          </w:rPr>
          <w:t>https://www.queerty.com/catherine-mccafferty-dishes-on-her-series-pretty-gay-gemini-dating-tips-why-shakespeare-made-her-queer-20260702/</w:t>
        </w:r>
      </w:hyperlink>
      <w:r>
        <w:t xml:space="preserve"> - An interview with Catherine McCafferty, host of the web series 'Pretty Gay', discussing the show's success, its unique dating premise, and her personal experiences with queerness, including how Shakespeare influenced her identity.</w:t>
      </w:r>
      <w:r/>
    </w:p>
    <w:p>
      <w:pPr>
        <w:pStyle w:val="ListNumber"/>
        <w:spacing w:line="240" w:lineRule="auto"/>
        <w:ind w:left="720"/>
      </w:pPr>
      <w:r/>
      <w:hyperlink r:id="rId12">
        <w:r>
          <w:rPr>
            <w:color w:val="0000EE"/>
            <w:u w:val="single"/>
          </w:rPr>
          <w:t>https://www.catherinemccafferty.com/about-us</w:t>
        </w:r>
      </w:hyperlink>
      <w:r>
        <w:t xml:space="preserve"> - Catherine McCafferty's official website, providing insights into her background as an actor and stand-up comedian, her work on the 'Pretty Gay' series, and her creative collaborations with producers Sam Reich and Elaine Carroll.</w:t>
      </w:r>
      <w:r/>
    </w:p>
    <w:p>
      <w:pPr>
        <w:pStyle w:val="ListNumber"/>
        <w:spacing w:line="240" w:lineRule="auto"/>
        <w:ind w:left="720"/>
      </w:pPr>
      <w:r/>
      <w:hyperlink r:id="rId13">
        <w:r>
          <w:rPr>
            <w:color w:val="0000EE"/>
            <w:u w:val="single"/>
          </w:rPr>
          <w:t>https://www.catherinemccafferty.com/</w:t>
        </w:r>
      </w:hyperlink>
      <w:r>
        <w:t xml:space="preserve"> - Catherine McCafferty's personal website, featuring her portfolio as an actor, comedian, and writer, including information about her web series 'Pretty Gay' and other creative projects.</w:t>
      </w:r>
      <w:r/>
    </w:p>
    <w:p>
      <w:pPr>
        <w:pStyle w:val="ListNumber"/>
        <w:spacing w:line="240" w:lineRule="auto"/>
        <w:ind w:left="720"/>
      </w:pPr>
      <w:r/>
      <w:hyperlink r:id="rId10">
        <w:r>
          <w:rPr>
            <w:color w:val="0000EE"/>
            <w:u w:val="single"/>
          </w:rPr>
          <w:t>https://www.losangelesblade.com/2026/04/17/catherine-mccafferty-is-pretty-gay/</w:t>
        </w:r>
      </w:hyperlink>
      <w:r>
        <w:t xml:space="preserve"> - An article highlighting Catherine McCafferty's rise to prominence through her web series 'Pretty Gay', discussing her approach to queer representation and the show's impact on the LGBTQ+ community.</w:t>
      </w:r>
      <w:r/>
    </w:p>
    <w:p>
      <w:pPr>
        <w:pStyle w:val="ListNumber"/>
        <w:spacing w:line="240" w:lineRule="auto"/>
        <w:ind w:left="720"/>
      </w:pPr>
      <w:r/>
      <w:hyperlink r:id="rId11">
        <w:r>
          <w:rPr>
            <w:color w:val="0000EE"/>
            <w:u w:val="single"/>
          </w:rPr>
          <w:t>https://www.patreon.com/PrettyGay/home</w:t>
        </w:r>
      </w:hyperlink>
      <w:r>
        <w:t xml:space="preserve"> - The official Patreon page for 'Pretty Gay', offering subscribers access to exclusive content, behind-the-scenes updates, and live events related to the web series.</w:t>
      </w:r>
      <w:r/>
    </w:p>
    <w:p>
      <w:pPr>
        <w:pStyle w:val="ListNumber"/>
        <w:spacing w:line="240" w:lineRule="auto"/>
        <w:ind w:left="720"/>
      </w:pPr>
      <w:r/>
      <w:hyperlink r:id="rId14">
        <w:r>
          <w:rPr>
            <w:color w:val="0000EE"/>
            <w:u w:val="single"/>
          </w:rPr>
          <w:t>https://www.youtube.com/watch?v=6xyf653gvo8</w:t>
        </w:r>
      </w:hyperlink>
      <w:r>
        <w:t xml:space="preserve"> - The official trailer for 'Pretty Gay with Catherine McCafferty', showcasing the show's unique format and comedic style as McCafferty goes on mock first dates with queer comics.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queerty.com/catherine-mccafferty-dishes-on-her-series-pretty-gay-gemini-dating-tips-why-shakespeare-made-her-queer-20260702/" TargetMode="External"/><Relationship Id="rId10" Type="http://schemas.openxmlformats.org/officeDocument/2006/relationships/hyperlink" Target="https://www.losangelesblade.com/2026/04/17/catherine-mccafferty-is-pretty-gay/" TargetMode="External"/><Relationship Id="rId11" Type="http://schemas.openxmlformats.org/officeDocument/2006/relationships/hyperlink" Target="https://www.patreon.com/PrettyGay/home" TargetMode="External"/><Relationship Id="rId12" Type="http://schemas.openxmlformats.org/officeDocument/2006/relationships/hyperlink" Target="https://www.catherinemccafferty.com/about-us" TargetMode="External"/><Relationship Id="rId13" Type="http://schemas.openxmlformats.org/officeDocument/2006/relationships/hyperlink" Target="https://www.catherinemccafferty.com/" TargetMode="External"/><Relationship Id="rId14" Type="http://schemas.openxmlformats.org/officeDocument/2006/relationships/hyperlink" Target="https://www.youtube.com/watch?v=6xyf653gvo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