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Memorial Drag Ball Game Moments: Victoria’s Pride Kicks Off July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the colour, humour and heart of Victoria’s Pride as the Victoria Pride Society’s 30th Memorial Drag Ball Game packed Vic West Park, drawing around 1,000 people for a joyous, cheeky and deeply rooted community tradition.</w:t>
      </w:r>
      <w:r/>
    </w:p>
    <w:p>
      <w:r/>
      <w:r>
        <w:t>Essential Takeaways</w:t>
      </w:r>
      <w:r/>
      <w:r/>
    </w:p>
    <w:p>
      <w:pPr>
        <w:pStyle w:val="ListBullet"/>
        <w:spacing w:line="240" w:lineRule="auto"/>
        <w:ind w:left="720"/>
      </w:pPr>
      <w:r/>
      <w:r>
        <w:rPr>
          <w:b/>
        </w:rPr>
        <w:t>Big turnout:</w:t>
      </w:r>
      <w:r>
        <w:t xml:space="preserve"> Roughly 1,000 spectators and players filled Vic West Park for the 30th annual Memorial Drag Ball Game, making it a lively Pride kickoff.</w:t>
      </w:r>
      <w:r/>
    </w:p>
    <w:p>
      <w:pPr>
        <w:pStyle w:val="ListBullet"/>
        <w:spacing w:line="240" w:lineRule="auto"/>
        <w:ind w:left="720"/>
      </w:pPr>
      <w:r/>
      <w:r>
        <w:rPr>
          <w:b/>
        </w:rPr>
        <w:t>Origins matter:</w:t>
      </w:r>
      <w:r>
        <w:t xml:space="preserve"> The game began in the early 1990s as a way for Garden City Softball Association members to grieve, celebrate and keep community spirit alive during the HIV/AIDS crisis.</w:t>
      </w:r>
      <w:r/>
    </w:p>
    <w:p>
      <w:pPr>
        <w:pStyle w:val="ListBullet"/>
        <w:spacing w:line="240" w:lineRule="auto"/>
        <w:ind w:left="720"/>
      </w:pPr>
      <w:r/>
      <w:r>
        <w:rPr>
          <w:b/>
        </w:rPr>
        <w:t>Volunteer-powered:</w:t>
      </w:r>
      <w:r>
        <w:t xml:space="preserve"> Organisers thanked volunteers, security, medical teams, ASL interpreters, performers and vendors for a smooth, inclusive event.</w:t>
      </w:r>
      <w:r/>
    </w:p>
    <w:p>
      <w:pPr>
        <w:pStyle w:val="ListBullet"/>
        <w:spacing w:line="240" w:lineRule="auto"/>
        <w:ind w:left="720"/>
      </w:pPr>
      <w:r/>
      <w:r>
        <w:rPr>
          <w:b/>
        </w:rPr>
        <w:t>Pride week lineup:</w:t>
      </w:r>
      <w:r>
        <w:t xml:space="preserve"> The Drag Ball Game is part of a string of events, with the Big Gay Dog Walk on July 8 and the Victoria Pride Parade on July 12.</w:t>
      </w:r>
      <w:r/>
    </w:p>
    <w:p>
      <w:pPr>
        <w:pStyle w:val="ListBullet"/>
        <w:spacing w:line="240" w:lineRule="auto"/>
        <w:ind w:left="720"/>
      </w:pPr>
      <w:r/>
      <w:r>
        <w:rPr>
          <w:b/>
        </w:rPr>
        <w:t>Inclusive atmosphere:</w:t>
      </w:r>
      <w:r>
        <w:t xml:space="preserve"> The event blends playfulness and remembrance, with performers and community groups creating a warm, colourful scene.</w:t>
      </w:r>
      <w:r/>
      <w:r/>
    </w:p>
    <w:p>
      <w:pPr>
        <w:pStyle w:val="Heading2"/>
      </w:pPr>
      <w:r>
        <w:t>A packed park, a playful spectacle , the game that started small</w:t>
      </w:r>
      <w:r/>
    </w:p>
    <w:p>
      <w:r/>
      <w:r>
        <w:t>Vic West Park felt loud in the best way: music, laughter and the slap of softballs under a bright July sky. According to Victoria Pride Society listings, the Memorial Drag Ball Game has become a staple Pride gathering, and this year’s crowd of about 1,000 proved the idea still lands with a happy, hearty thump. It’s a spectacle that looks and sounds like Pride , bold costumes, witty commentary and a crowd that cheers as much for the outfits as the score.</w:t>
      </w:r>
      <w:r/>
    </w:p>
    <w:p>
      <w:pPr>
        <w:pStyle w:val="Heading2"/>
      </w:pPr>
      <w:r>
        <w:t>From grief to glitter , how the tradition was born</w:t>
      </w:r>
      <w:r/>
    </w:p>
    <w:p>
      <w:r/>
      <w:r>
        <w:t>The game’s roots go back to the early 1990s, when members of the Garden City Softball Association wanted to play and compete beyond local fields. They adapted a Vancouver tradition , pitting a drag team against a lesbian team , and, as the Victoria Pride Society explains, the Drag Ball became a way to honour community members lost to HIV/AIDS. That blend of remembrance and revelry still shapes the event, so you’re not just watching a match; you’re watching a community keep its stories alive.</w:t>
      </w:r>
      <w:r/>
    </w:p>
    <w:p>
      <w:pPr>
        <w:pStyle w:val="Heading2"/>
      </w:pPr>
      <w:r>
        <w:t>Volunteers, accessibility and the care behind the scenes</w:t>
      </w:r>
      <w:r/>
    </w:p>
    <w:p>
      <w:r/>
      <w:r>
        <w:t>Organisers were quick to highlight the army of people who make the day possible. The society’s social posts thanked volunteers, medical crews, security, sound staff and ASL interpreters , a reminder that big, free public events depend on often unseen labour. If you’re heading to one of the upcoming Pride events, expect thoughtful accessibility measures and a friendly volunteer ready to point you to food stalls, shade or the nearest water station.</w:t>
      </w:r>
      <w:r/>
    </w:p>
    <w:p>
      <w:pPr>
        <w:pStyle w:val="Heading2"/>
      </w:pPr>
      <w:r>
        <w:t>How the Drag Ball fits into Victoria’s Pride calendar</w:t>
      </w:r>
      <w:r/>
    </w:p>
    <w:p>
      <w:r/>
      <w:r>
        <w:t>The Memorial Drag Ball Game is more than a one-off carnival: it’s the opening note for a week of community events. Tourism Victoria and the pride society list the Big Gay Dog Walk and the Victoria Pride Parade as the next highlights, giving locals and visitors alike chances to participate in different ways , from canine silliness to full-on parade energy. If you like variety, plan to attend more than one event; each one offers a slightly different mood and crowd.</w:t>
      </w:r>
      <w:r/>
    </w:p>
    <w:p>
      <w:pPr>
        <w:pStyle w:val="Heading2"/>
      </w:pPr>
      <w:r>
        <w:t>What to bring, how to enjoy it, and why it still matters</w:t>
      </w:r>
      <w:r/>
    </w:p>
    <w:p>
      <w:r/>
      <w:r>
        <w:t>Bring sunscreen, a hat and a readiness to shout encouragement , the vibe is casual and communal. Families, long-time allies and people seeing Pride for the first time all mix together, so it’s an easy, feel-good way to learn about local LGBTQ2S+ history and have fun. And if you’re looking to support the community beyond showing up, consider volunteering next year or donating to the society, which keeps these events free and welcoming.</w:t>
      </w:r>
      <w:r/>
    </w:p>
    <w:p>
      <w:r/>
      <w:r>
        <w:t>It’s a small tradition with a big heart , and a perfect reminder that celebration and remembrance can share the same field.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[7]</w:t>
        </w:r>
      </w:hyperlink>
      <w:r>
        <w:t xml:space="preserve">- Paragraph 3: </w:t>
      </w:r>
      <w:hyperlink r:id="rId9">
        <w:r>
          <w:rPr>
            <w:color w:val="0000EE"/>
            <w:u w:val="single"/>
          </w:rPr>
          <w:t>[1]</w:t>
        </w:r>
      </w:hyperlink>
      <w:r>
        <w:t xml:space="preserve">, </w:t>
      </w:r>
      <w:hyperlink r:id="rId12">
        <w:r>
          <w:rPr>
            <w:color w:val="0000EE"/>
            <w:u w:val="single"/>
          </w:rPr>
          <w:t>[7]</w:t>
        </w:r>
      </w:hyperlink>
      <w:r>
        <w:t xml:space="preserve">- Paragraph 4: </w:t>
      </w:r>
      <w:hyperlink r:id="rId11">
        <w:r>
          <w:rPr>
            <w:color w:val="0000EE"/>
            <w:u w:val="single"/>
          </w:rPr>
          <w:t>[3]</w:t>
        </w:r>
      </w:hyperlink>
      <w:r>
        <w:t xml:space="preserve">, </w:t>
      </w:r>
      <w:hyperlink r:id="rId13">
        <w:r>
          <w:rPr>
            <w:color w:val="0000EE"/>
            <w:u w:val="single"/>
          </w:rPr>
          <w:t>[5]</w:t>
        </w:r>
      </w:hyperlink>
      <w:r>
        <w:t xml:space="preserve">- Paragraph 5: </w:t>
      </w:r>
      <w:hyperlink r:id="rId14">
        <w:r>
          <w:rPr>
            <w:color w:val="0000EE"/>
            <w:u w:val="single"/>
          </w:rPr>
          <w:t>[4]</w:t>
        </w:r>
      </w:hyperlink>
      <w:r>
        <w:t xml:space="preserve">, </w:t>
      </w:r>
      <w:hyperlink r:id="rId15">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https://vicnews.com/2026/07/02/30th-annual-drag-ball-game-attracts-hundreds-to-victoria-west-park/</w:t>
        </w:r>
      </w:hyperlink>
      <w:r>
        <w:t xml:space="preserve"> - Please view link - unable to able to access data</w:t>
      </w:r>
      <w:r/>
    </w:p>
    <w:p>
      <w:pPr>
        <w:pStyle w:val="ListNumber"/>
        <w:spacing w:line="240" w:lineRule="auto"/>
        <w:ind w:left="720"/>
      </w:pPr>
      <w:r/>
      <w:hyperlink r:id="rId10">
        <w:r>
          <w:rPr>
            <w:color w:val="0000EE"/>
            <w:u w:val="single"/>
          </w:rPr>
          <w:t>https://victoriapridesociety.org/pride-2026/memorial-drag-ball-game-2026/</w:t>
        </w:r>
      </w:hyperlink>
      <w:r>
        <w:t xml:space="preserve"> - The Memorial Drag Ball Game is a signature event of Victoria Pride, scheduled for July 1, 2026, from 12 to 3 pm at Vic West Park. The game, dating back to 1996, was initiated by a group of friends, including drag performers, who were mourning the loss of community members to HIV/AIDS. They sought a day to escape the harsh realities and engage in a game. Over the years, the event has grown, drawing up to 1,000 spectators annually, fostering a sense of community and resilience.</w:t>
      </w:r>
      <w:r/>
    </w:p>
    <w:p>
      <w:pPr>
        <w:pStyle w:val="ListNumber"/>
        <w:spacing w:line="240" w:lineRule="auto"/>
        <w:ind w:left="720"/>
      </w:pPr>
      <w:r/>
      <w:hyperlink r:id="rId11">
        <w:r>
          <w:rPr>
            <w:color w:val="0000EE"/>
            <w:u w:val="single"/>
          </w:rPr>
          <w:t>https://www.tourismvictoria.com/events/memorial-drag-ball-game-2026</w:t>
        </w:r>
      </w:hyperlink>
      <w:r>
        <w:t xml:space="preserve"> - The Memorial Drag Ball Game, a highlight of Victoria Pride's events, is set for July 1, 2026, from 12 to 3 pm at Vic West Park. Originating in 1996, the game was conceived by a group of friends, several of whom were drag performers, as a means to cope with the loss of many in the community due to HIV/AIDS. They desired a day to forget about the harsh realities and engage in a game. The event has since become a cherished community celebration, drawing up to 1,000 spectators each year.</w:t>
      </w:r>
      <w:r/>
    </w:p>
    <w:p>
      <w:pPr>
        <w:pStyle w:val="ListNumber"/>
        <w:spacing w:line="240" w:lineRule="auto"/>
        <w:ind w:left="720"/>
      </w:pPr>
      <w:r/>
      <w:hyperlink r:id="rId14">
        <w:r>
          <w:rPr>
            <w:color w:val="0000EE"/>
            <w:u w:val="single"/>
          </w:rPr>
          <w:t>https://www.tourismvictoria.com/plan-your-trip/inclusive-travel/your-guide-to-pride</w:t>
        </w:r>
      </w:hyperlink>
      <w:r>
        <w:t xml:space="preserve"> - Victoria Pride Week, running from July 1 to July 12, 2026, offers a series of events celebrating the LGBTQ+ community. Highlights include the Memorial Drag Ball Game on July 1 at Vic West Park, Pride in the Word on July 4 at the Victoria Conference Centre, Big Gay Dog Walk on July 8 at Banfield Park, Pride Parade on July 12 at Fisgard &amp; Douglas, and the Festival in the Park on July 12 at MacDonald Park. The week aims to empower and celebrate the diverse community.</w:t>
      </w:r>
      <w:r/>
    </w:p>
    <w:p>
      <w:pPr>
        <w:pStyle w:val="ListNumber"/>
        <w:spacing w:line="240" w:lineRule="auto"/>
        <w:ind w:left="720"/>
      </w:pPr>
      <w:r/>
      <w:hyperlink r:id="rId13">
        <w:r>
          <w:rPr>
            <w:color w:val="0000EE"/>
            <w:u w:val="single"/>
          </w:rPr>
          <w:t>https://www.victoria.ca/community-culture/events/cityvibe-events/victoria-pride-parade-and-festival</w:t>
        </w:r>
      </w:hyperlink>
      <w:r>
        <w:t xml:space="preserve"> - The Victoria Pride Parade and Festival is a multi-day event celebrating the 2SLGBTQIA+ communities, taking place at various locations in July 2026. The schedule includes the Memorial Drag Ball Game on July 1, Pride in the Word on July 4, Big Gay Dog Walk on July 8, Victoria Pride Parade on July 12, and Victoria Pride Festival on July 12. The event is organized by the Victoria Pride Society and aims to foster inclusivity and celebration within the community.</w:t>
      </w:r>
      <w:r/>
    </w:p>
    <w:p>
      <w:pPr>
        <w:pStyle w:val="ListNumber"/>
        <w:spacing w:line="240" w:lineRule="auto"/>
        <w:ind w:left="720"/>
      </w:pPr>
      <w:r/>
      <w:hyperlink r:id="rId15">
        <w:r>
          <w:rPr>
            <w:color w:val="0000EE"/>
            <w:u w:val="single"/>
          </w:rPr>
          <w:t>https://www.victoriawest.ca/community-centre/vic-west-fest-2026/vic-west-fest-2026-program/</w:t>
        </w:r>
      </w:hyperlink>
      <w:r>
        <w:t xml:space="preserve"> - Vic West Fest 2026, scheduled for June 6, 2026, at Banfield Park, is a community festival featuring music, art, and dance. The event includes live performances on the Nalu Homes Mainstage, emceed by CBC Radio Host Rohit Joseph, and showcases the music, movement, and creativity of Vic West. The festival also offers interactive stages, food trucks, and a Kids’ Zone, aiming to celebrate the vibrant community spirit of Vic West.</w:t>
      </w:r>
      <w:r/>
    </w:p>
    <w:p>
      <w:pPr>
        <w:pStyle w:val="ListNumber"/>
        <w:spacing w:line="240" w:lineRule="auto"/>
        <w:ind w:left="720"/>
      </w:pPr>
      <w:r/>
      <w:hyperlink r:id="rId12">
        <w:r>
          <w:rPr>
            <w:color w:val="0000EE"/>
            <w:u w:val="single"/>
          </w:rPr>
          <w:t>https://www.victoriapridesociety.org/about/</w:t>
        </w:r>
      </w:hyperlink>
      <w:r>
        <w:t xml:space="preserve"> - The Victoria Pride Society (VPS) is a not-for-profit organization dedicated to supporting Greater Victoria’s 2SLGBTQIA+ communities. VPS creates opportunities for visibility, collaboration, ongoing conversations, and celebration as it works towards equity for all queer community members. Its mission is to educate, advocate, and create visible platforms that elevate the voices of Greater Victoria’s equity-deserving Gender, Sexual, and Relationship Diverse (GSRD) individuals and communities.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vicnews.com/2026/07/02/30th-annual-drag-ball-game-attracts-hundreds-to-victoria-west-park/" TargetMode="External"/><Relationship Id="rId10" Type="http://schemas.openxmlformats.org/officeDocument/2006/relationships/hyperlink" Target="https://victoriapridesociety.org/pride-2026/memorial-drag-ball-game-2026/" TargetMode="External"/><Relationship Id="rId11" Type="http://schemas.openxmlformats.org/officeDocument/2006/relationships/hyperlink" Target="https://www.tourismvictoria.com/events/memorial-drag-ball-game-2026" TargetMode="External"/><Relationship Id="rId12" Type="http://schemas.openxmlformats.org/officeDocument/2006/relationships/hyperlink" Target="https://www.victoriapridesociety.org/about/" TargetMode="External"/><Relationship Id="rId13" Type="http://schemas.openxmlformats.org/officeDocument/2006/relationships/hyperlink" Target="https://www.victoria.ca/community-culture/events/cityvibe-events/victoria-pride-parade-and-festival" TargetMode="External"/><Relationship Id="rId14" Type="http://schemas.openxmlformats.org/officeDocument/2006/relationships/hyperlink" Target="https://www.tourismvictoria.com/plan-your-trip/inclusive-travel/your-guide-to-pride" TargetMode="External"/><Relationship Id="rId15" Type="http://schemas.openxmlformats.org/officeDocument/2006/relationships/hyperlink" Target="https://www.victoriawest.ca/community-centre/vic-west-fest-2026/vic-west-fest-2026-progra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