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 Bar in Houston Reopens Bigger — Pearl 2.0 Is a Party-Ready Venue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good times and community seekers are cheering as Pearl, Houston’s only lesbian bar, re-emerges just blocks from its original spot with room to spare , more seating, a big dance floor, alfresco gardens and a festival-sized lawn that could turn any Saturday into an event.</w:t>
      </w:r>
      <w:r/>
    </w:p>
    <w:p>
      <w:r/>
      <w:r>
        <w:t>Essential Takeaways</w:t>
      </w:r>
      <w:r/>
      <w:r/>
    </w:p>
    <w:p>
      <w:pPr>
        <w:pStyle w:val="ListBullet"/>
        <w:spacing w:line="240" w:lineRule="auto"/>
        <w:ind w:left="720"/>
      </w:pPr>
      <w:r/>
      <w:r>
        <w:rPr>
          <w:b/>
        </w:rPr>
        <w:t>Spacious new home:</w:t>
      </w:r>
      <w:r>
        <w:t xml:space="preserve"> Pearl relocated to 2811 Washington Avenue and boasts multiple upscale seating areas, a large dance floor and plenty of parking.</w:t>
      </w:r>
      <w:r/>
    </w:p>
    <w:p>
      <w:pPr>
        <w:pStyle w:val="ListBullet"/>
        <w:spacing w:line="240" w:lineRule="auto"/>
        <w:ind w:left="720"/>
      </w:pPr>
      <w:r/>
      <w:r>
        <w:rPr>
          <w:b/>
        </w:rPr>
        <w:t>Outdoor life:</w:t>
      </w:r>
      <w:r>
        <w:t xml:space="preserve"> The site includes a concert-ready lawn, an outdoor pickleball court, garden area and on-site food truck, making open-air events easy.</w:t>
      </w:r>
      <w:r/>
    </w:p>
    <w:p>
      <w:pPr>
        <w:pStyle w:val="ListBullet"/>
        <w:spacing w:line="240" w:lineRule="auto"/>
        <w:ind w:left="720"/>
      </w:pPr>
      <w:r/>
      <w:r>
        <w:rPr>
          <w:b/>
        </w:rPr>
        <w:t>Dual venues:</w:t>
      </w:r>
      <w:r>
        <w:t xml:space="preserve"> Side Peace, Pearl’s sister bar focused on women’s sports, sits near the main entrance and flips into a dance bar after broadcasts.</w:t>
      </w:r>
      <w:r/>
    </w:p>
    <w:p>
      <w:pPr>
        <w:pStyle w:val="ListBullet"/>
        <w:spacing w:line="240" w:lineRule="auto"/>
        <w:ind w:left="720"/>
      </w:pPr>
      <w:r/>
      <w:r>
        <w:rPr>
          <w:b/>
        </w:rPr>
        <w:t>Community-first:</w:t>
      </w:r>
      <w:r>
        <w:t xml:space="preserve"> Owner Julie Mabry says Pearl remains a lesbian bar at its core while welcoming the broader LGBTQI+ community and allies.</w:t>
      </w:r>
      <w:r/>
    </w:p>
    <w:p>
      <w:pPr>
        <w:pStyle w:val="ListBullet"/>
        <w:spacing w:line="240" w:lineRule="auto"/>
        <w:ind w:left="720"/>
      </w:pPr>
      <w:r/>
      <w:r>
        <w:rPr>
          <w:b/>
        </w:rPr>
        <w:t>Events calendar:</w:t>
      </w:r>
      <w:r>
        <w:t xml:space="preserve"> Expect live concerts, drag king shows, line dancing, pickleball nights, family days, drag brunches and even potential weddings.</w:t>
      </w:r>
      <w:r/>
      <w:r/>
    </w:p>
    <w:p>
      <w:pPr>
        <w:pStyle w:val="Heading2"/>
      </w:pPr>
      <w:r>
        <w:t>A huge, elegant space that finally lets Houston breathe out</w:t>
      </w:r>
      <w:r/>
    </w:p>
    <w:p>
      <w:r/>
      <w:r>
        <w:t>Walking into Pearl 2.0 is meant to feel like a relief , a quiet, surprised inhale after years of cramped rooms and no parking. According to local coverage, the new location has been built with scale in mind: several plush seating areas, a “Cougar Den” private room, a pool table and a sizeable dance floor. The place looks and feels upscale, with room for big nights and quieter corners alike.</w:t>
      </w:r>
      <w:r/>
    </w:p>
    <w:p>
      <w:r/>
      <w:r>
        <w:t>Julie Mabry, who spent years in promotions and bar work, designed this as a destination rather than just another watering hole. Owners and regulars have told press that the jump in size solves long-standing complaints about the old Washington Avenue spot, especially the lack of parking. For anyone who’s ever left a good gig early because they couldn’t find a space, this will feel like a small liberation.</w:t>
      </w:r>
      <w:r/>
    </w:p>
    <w:p>
      <w:pPr>
        <w:pStyle w:val="Heading2"/>
      </w:pPr>
      <w:r>
        <w:t>Side Peace keeps the sports-and-social groove going</w:t>
      </w:r>
      <w:r/>
    </w:p>
    <w:p>
      <w:r/>
      <w:r>
        <w:t>Just steps from Pearl’s main door is Side Peace, a smaller sister venue that’s become the home for women’s sports viewing in Houston. The idea pairs well with the new campus-style setup: one door for big social nights, another for game-day energy. Mabry’s been talking with local pro women’s teams for promotions, and fans are reportedly excited about in-person celebrations tied to soccer and basketball seasons.</w:t>
      </w:r>
      <w:r/>
    </w:p>
    <w:p>
      <w:r/>
      <w:r>
        <w:t>After the final whistle, Side Peace turns up the music and turns into a proper dance bar. That flexibility is deliberate , it keeps both spaces busy and lets Pearl cater to varied tastes without diluting either vibe. If you like the buzz of communal viewing but also want a place to dance later, this set-up has you covered.</w:t>
      </w:r>
      <w:r/>
    </w:p>
    <w:p>
      <w:pPr>
        <w:pStyle w:val="Heading2"/>
      </w:pPr>
      <w:r>
        <w:t>Events, weddings and the festival-ready lawn , a multipurpose playbook</w:t>
      </w:r>
      <w:r/>
    </w:p>
    <w:p>
      <w:r/>
      <w:r>
        <w:t>Pearl 2.0 isn’t just a place to drink; it’s a programmable venue. The festival-sized lawn with a stage and a lineup of open-air markets means Pearl can host concerts, conventions, and family-friendly days. Promoters are already eyeing it as a wedding option , Mabry had couples asking about ceremonies before the doors opened, which tells you how photogenic and adaptable the space is.</w:t>
      </w:r>
      <w:r/>
    </w:p>
    <w:p>
      <w:r/>
      <w:r>
        <w:t>The on-site pickleball court is a bit of a cheeky modern touch that nods to the sport’s explosion in popularity, while food trucks and spacious parking make all-day events practical. For organisers, it’s rare to find an LGBTQI+-owned venue that pairs nightlife capability with festival logistics in the same footprint.</w:t>
      </w:r>
      <w:r/>
    </w:p>
    <w:p>
      <w:pPr>
        <w:pStyle w:val="Heading2"/>
      </w:pPr>
      <w:r>
        <w:t>Why keeping “lesbian bar” in the name still matters</w:t>
      </w:r>
      <w:r/>
    </w:p>
    <w:p>
      <w:r/>
      <w:r>
        <w:t>Rumours swirled online that Pearl might shed its lesbian focus and become a fully generic LGBTQI+ venue during the move, and some clients pushed back hard. Mabry was clear and candid in interviews: Pearl is a lesbian bar, owned and primarily for lesbian and sapphic women, while also being welcoming to the wider community and allies.</w:t>
      </w:r>
      <w:r/>
    </w:p>
    <w:p>
      <w:r/>
      <w:r>
        <w:t>This stance recognises a simple truth: labels are shifting as younger women adopt broader identity terms, but there’s still value in spaces that prioritise lesbians. According to reporting, the community’s protection of a rare lesbian bar in Texas helped sharpen the conversation about inclusion versus erasure. Mabry’s response , “lesbians come first” , landed as both reassuring and pragmatic.</w:t>
      </w:r>
      <w:r/>
    </w:p>
    <w:p>
      <w:pPr>
        <w:pStyle w:val="Heading2"/>
      </w:pPr>
      <w:r>
        <w:t>A bold expansion in a tricky economy , and why it might work</w:t>
      </w:r>
      <w:r/>
    </w:p>
    <w:p>
      <w:r/>
      <w:r>
        <w:t>Expanding this dramatically in a cautious economy seems, on paper, risky. Yet Mabry insists the scale was intentional, designed to make the venue resilient through programming diversity and by serving multiple community needs. Industry coverage suggests that offering daytime events, family-friendly options and sports-viewing alongside late-night entertainment spreads financial risk and attracts different crowds.</w:t>
      </w:r>
      <w:r/>
    </w:p>
    <w:p>
      <w:r/>
      <w:r>
        <w:t>There’s also a cultural element: queer bars often act as more than pubs , they’re gathering places, organising hubs and sanctuary spots. By giving the community a larger, safer and more versatile home, Pearl is betting that loyalty and demand will follow. It’s a bet worth watching.</w:t>
      </w:r>
      <w:r/>
    </w:p>
    <w:p>
      <w:r/>
      <w:r>
        <w:t>It's a small change that could make every night , and every weekend event , feel safer, fuller and a lot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https://www.outsmartmagazine.com/2026/07/pearl-bar-houston-new-location-lesbian-bar/</w:t>
        </w:r>
      </w:hyperlink>
      <w:r>
        <w:t xml:space="preserve"> - Please view link - unable to able to access data</w:t>
      </w:r>
      <w:r/>
    </w:p>
    <w:p>
      <w:pPr>
        <w:pStyle w:val="ListNumber"/>
        <w:spacing w:line="240" w:lineRule="auto"/>
        <w:ind w:left="720"/>
      </w:pPr>
      <w:r/>
      <w:hyperlink r:id="rId10">
        <w:r>
          <w:rPr>
            <w:color w:val="0000EE"/>
            <w:u w:val="single"/>
          </w:rPr>
          <w:t>https://www.pearlhouston.com/</w:t>
        </w:r>
      </w:hyperlink>
      <w:r>
        <w:t xml:space="preserve"> - Pearl Bar Houston is a lesbian and LGBTQ+ bar in Houston, Texas, founded in 2013 by Julie Mabry. The bar offers a welcoming environment with various events such as karaoke nights, drag shows, and fundraisers for LGBTQ+ causes. It is known for its friendly atmosphere, excellent drinks, and spacious patio area. The bar is located at 4216 Washington Ave, Houston, Texas 77008, and operates from Tuesday to Sunday, with specific hours for each day. For table reservations, guests can text 281-757-3229.</w:t>
      </w:r>
      <w:r/>
    </w:p>
    <w:p>
      <w:pPr>
        <w:pStyle w:val="ListNumber"/>
        <w:spacing w:line="240" w:lineRule="auto"/>
        <w:ind w:left="720"/>
      </w:pPr>
      <w:r/>
      <w:hyperlink r:id="rId12">
        <w:r>
          <w:rPr>
            <w:color w:val="0000EE"/>
            <w:u w:val="single"/>
          </w:rPr>
          <w:t>https://www.houstonpress.com/arts/get-to-know-the-struggle-and-success-behind-houstons-only-lesbian-bar-11578099/</w:t>
        </w:r>
      </w:hyperlink>
      <w:r>
        <w:t xml:space="preserve"> - This article delves into the journey of Julie Mabry, the owner of Pearl Bar, Houston's only lesbian bar. It highlights her personal struggles and successes, including her sobriety and the challenges faced by the bar during the pandemic. The piece emphasizes Mabry's dedication to creating a safe and welcoming space for the LGBTQ community, showcasing her resilience and commitment to the bar's mission.</w:t>
      </w:r>
      <w:r/>
    </w:p>
    <w:p>
      <w:pPr>
        <w:pStyle w:val="ListNumber"/>
        <w:spacing w:line="240" w:lineRule="auto"/>
        <w:ind w:left="720"/>
      </w:pPr>
      <w:r/>
      <w:hyperlink r:id="rId14">
        <w:r>
          <w:rPr>
            <w:color w:val="0000EE"/>
            <w:u w:val="single"/>
          </w:rPr>
          <w:t>https://www.outsmartmagazine.com/2018/06/pearl-power/</w:t>
        </w:r>
      </w:hyperlink>
      <w:r>
        <w:t xml:space="preserve"> - In this feature, Julie Mabry is honoured for her efforts during Hurricane Harvey. The article discusses how Pearl Bar, under Mabry's leadership, became a beacon of support for the community during the crisis. It highlights her role as an honorary grand marshal for Houston's Pride parade, recognizing her service and open arms to the community during challenging times.</w:t>
      </w:r>
      <w:r/>
    </w:p>
    <w:p>
      <w:pPr>
        <w:pStyle w:val="ListNumber"/>
        <w:spacing w:line="240" w:lineRule="auto"/>
        <w:ind w:left="720"/>
      </w:pPr>
      <w:r/>
      <w:hyperlink r:id="rId11">
        <w:r>
          <w:rPr>
            <w:color w:val="0000EE"/>
            <w:u w:val="single"/>
          </w:rPr>
          <w:t>https://www.houstonchronicle.com/lifestyle/article/pearl-bar-houston-moving-washington-grand-opening-22292631.php</w:t>
        </w:r>
      </w:hyperlink>
      <w:r>
        <w:t xml:space="preserve"> - This article reports on Pearl Bar's relocation from 4216 Washington Avenue to 2811 Washington Ave, Houston, Texas 77007. The new location offers an expansive, multi-level building with significant upgrades, including two clubs, an expansive outdoor area, and a kitchen. The piece details the grand opening party and the bar's plans to celebrate Pride with this new chapter.</w:t>
      </w:r>
      <w:r/>
    </w:p>
    <w:p>
      <w:pPr>
        <w:pStyle w:val="ListNumber"/>
        <w:spacing w:line="240" w:lineRule="auto"/>
        <w:ind w:left="720"/>
      </w:pPr>
      <w:r/>
      <w:hyperlink r:id="rId15">
        <w:r>
          <w:rPr>
            <w:color w:val="0000EE"/>
            <w:u w:val="single"/>
          </w:rPr>
          <w:t>https://www.outsmartmagazine.com/2019/04/pearls-gem/</w:t>
        </w:r>
      </w:hyperlink>
      <w:r>
        <w:t xml:space="preserve"> - This article discusses Julie Mabry receiving the Human Rights Campaign (HRC) Community Equality Award. It highlights her unwavering support for local causes and her significant impact on the LGBTQ community. The piece emphasizes Mabry's quiet yet impactful contributions, showcasing her dedication to equality and community service.</w:t>
      </w:r>
      <w:r/>
    </w:p>
    <w:p>
      <w:pPr>
        <w:pStyle w:val="ListNumber"/>
        <w:spacing w:line="240" w:lineRule="auto"/>
        <w:ind w:left="720"/>
      </w:pPr>
      <w:r/>
      <w:hyperlink r:id="rId13">
        <w:r>
          <w:rPr>
            <w:color w:val="0000EE"/>
            <w:u w:val="single"/>
          </w:rPr>
          <w:t>https://www.houstonchronicle.com/news/houston-texas/article/drag-shows-pearl-bar-backlash-18091546.php/</w:t>
        </w:r>
      </w:hyperlink>
      <w:r>
        <w:t xml:space="preserve"> - This article addresses the challenges faced by Pearl Bar due to proposed state laws restricting drag performances. It details how these legislative efforts have led to insurance complications for the bar, with underwriters citing drag shows as a risk factor. The piece sheds light on the broader implications of such legislation on LGBTQ establishments and their operations.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martmagazine.com/2026/07/pearl-bar-houston-new-location-lesbian-bar/" TargetMode="External"/><Relationship Id="rId10" Type="http://schemas.openxmlformats.org/officeDocument/2006/relationships/hyperlink" Target="https://www.pearlhouston.com/" TargetMode="External"/><Relationship Id="rId11" Type="http://schemas.openxmlformats.org/officeDocument/2006/relationships/hyperlink" Target="https://www.houstonchronicle.com/lifestyle/article/pearl-bar-houston-moving-washington-grand-opening-22292631.php" TargetMode="External"/><Relationship Id="rId12" Type="http://schemas.openxmlformats.org/officeDocument/2006/relationships/hyperlink" Target="https://www.houstonpress.com/arts/get-to-know-the-struggle-and-success-behind-houstons-only-lesbian-bar-11578099/" TargetMode="External"/><Relationship Id="rId13" Type="http://schemas.openxmlformats.org/officeDocument/2006/relationships/hyperlink" Target="https://www.houstonchronicle.com/news/houston-texas/article/drag-shows-pearl-bar-backlash-18091546.php/" TargetMode="External"/><Relationship Id="rId14" Type="http://schemas.openxmlformats.org/officeDocument/2006/relationships/hyperlink" Target="https://www.outsmartmagazine.com/2018/06/pearl-power/" TargetMode="External"/><Relationship Id="rId15" Type="http://schemas.openxmlformats.org/officeDocument/2006/relationships/hyperlink" Target="https://www.outsmartmagazine.com/2019/04/pearls-ge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