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Chepstow Pride 2026 Moments: Why Small-Town Celebrations Matter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residents turned out in force as Chepstow Pride returned for a second year, bringing colour, music and community spirit to the town from Friday, June 26 to Sunday, June 28 , a compact, joyful festival that showed how local Pride events can be both heartfelt and headline-worthy.</w:t>
      </w:r>
      <w:r/>
    </w:p>
    <w:p>
      <w:r/>
      <w:r>
        <w:t>Essential Takeaways</w:t>
      </w:r>
      <w:r/>
      <w:r/>
    </w:p>
    <w:p>
      <w:pPr>
        <w:pStyle w:val="ListBullet"/>
        <w:spacing w:line="240" w:lineRule="auto"/>
        <w:ind w:left="720"/>
      </w:pPr>
      <w:r/>
      <w:r>
        <w:rPr>
          <w:b/>
        </w:rPr>
        <w:t>Attendance buzz:</w:t>
      </w:r>
      <w:r>
        <w:t xml:space="preserve"> Around 1,500 people joined the weekend’s events, creating a lively, communal atmosphere.</w:t>
      </w:r>
      <w:r/>
    </w:p>
    <w:p>
      <w:pPr>
        <w:pStyle w:val="ListBullet"/>
        <w:spacing w:line="240" w:lineRule="auto"/>
        <w:ind w:left="720"/>
      </w:pPr>
      <w:r/>
      <w:r>
        <w:rPr>
          <w:b/>
        </w:rPr>
        <w:t>Packed programme:</w:t>
      </w:r>
      <w:r>
        <w:t xml:space="preserve"> The festival ran across three days with performances, a Pride-themed parkrun, brunches, and a riverside picnic.</w:t>
      </w:r>
      <w:r/>
    </w:p>
    <w:p>
      <w:pPr>
        <w:pStyle w:val="ListBullet"/>
        <w:spacing w:line="240" w:lineRule="auto"/>
        <w:ind w:left="720"/>
      </w:pPr>
      <w:r/>
      <w:r>
        <w:rPr>
          <w:b/>
        </w:rPr>
        <w:t>Standout theatre:</w:t>
      </w:r>
      <w:r>
        <w:t xml:space="preserve"> 'Billy Twirling Through Time' at the Drill Hall , a Billy Elliot-inspired show , proved an emotional highlight.</w:t>
      </w:r>
      <w:r/>
    </w:p>
    <w:p>
      <w:pPr>
        <w:pStyle w:val="ListBullet"/>
        <w:spacing w:line="240" w:lineRule="auto"/>
        <w:ind w:left="720"/>
      </w:pPr>
      <w:r/>
      <w:r>
        <w:rPr>
          <w:b/>
        </w:rPr>
        <w:t>Big-name cabaret:</w:t>
      </w:r>
      <w:r>
        <w:t xml:space="preserve"> Saturday night’s Pride Party Cabaret mixed club culture and modern drag with international acts and DJs.</w:t>
      </w:r>
      <w:r/>
    </w:p>
    <w:p>
      <w:pPr>
        <w:pStyle w:val="ListBullet"/>
        <w:spacing w:line="240" w:lineRule="auto"/>
        <w:ind w:left="720"/>
      </w:pPr>
      <w:r/>
      <w:r>
        <w:rPr>
          <w:b/>
        </w:rPr>
        <w:t>Youth-led creativity:</w:t>
      </w:r>
      <w:r>
        <w:t xml:space="preserve"> Local young people designed a parade banner in workshops, making the event visibly intergenerational and inclusive.</w:t>
      </w:r>
      <w:r/>
      <w:r/>
    </w:p>
    <w:p>
      <w:pPr>
        <w:pStyle w:val="Heading2"/>
      </w:pPr>
      <w:r>
        <w:t>A weekend that felt like a proper town party</w:t>
      </w:r>
      <w:r/>
    </w:p>
    <w:p>
      <w:r/>
      <w:r>
        <w:t>Chepstow Pride 2026 landed with a splash of colour and a cheerful, slightly noisy energy that suited the high street and riverside perfectly. The parade down High Street on Sunday felt buoyant and intimate, with residents lining the route and families picnicking afterwards by the bandstand. That close-up, human scale is what made it feel less festival and more shared celebration.</w:t>
      </w:r>
      <w:r/>
    </w:p>
    <w:p>
      <w:r/>
      <w:r>
        <w:t>Organisers clearly aimed to keep the programme approachable and varied, so there was something from early-morning parkruns to late-night cabaret. For smaller towns considering their own events, this mix , active, cultural and social , is a smart blueprint: it draws in different crowds and keeps momentum across the weekend.</w:t>
      </w:r>
      <w:r/>
    </w:p>
    <w:p>
      <w:pPr>
        <w:pStyle w:val="Heading2"/>
      </w:pPr>
      <w:r>
        <w:t>Theatre with heart: Billy Twirling Through Time</w:t>
      </w:r>
      <w:r/>
    </w:p>
    <w:p>
      <w:r/>
      <w:r>
        <w:t>The Drill Hall’s opening-night show proved a standout for many. Inspired by Billy Elliot and introduced by set designer Ian MacNeil, the performance blended nostalgia with local theatrical talent and left audiences visibly moved. According to drill hall listings, the show was billed as a creative, time-hopping take on the original story, and it clearly resonated.</w:t>
      </w:r>
      <w:r/>
    </w:p>
    <w:p>
      <w:r/>
      <w:r>
        <w:t>If you’re choosing between evening options at a compact Pride, a staged production can offer a quieter, more emotional counterpoint to the louder club nights, and it helps broaden the festival’s appeal beyond the usual party crowd.</w:t>
      </w:r>
      <w:r/>
    </w:p>
    <w:p>
      <w:pPr>
        <w:pStyle w:val="Heading2"/>
      </w:pPr>
      <w:r>
        <w:t>Cabaret and club culture , a Saturday to remember</w:t>
      </w:r>
      <w:r/>
    </w:p>
    <w:p>
      <w:r/>
      <w:r>
        <w:t>Saturday’s Pride Party Cabaret brought international performers and a DJ duo to the Drill Hall for an energetic night of modern cabaret and club sounds. Acts such as Nina Bowers and Patricia Langa gave the evening a professional polish, while local DJs kept the energy high. The result was a celebratory crowd that danced, cheered, and stayed late.</w:t>
      </w:r>
      <w:r/>
    </w:p>
    <w:p>
      <w:r/>
      <w:r>
        <w:t>For organisers, booking a mix of headline talent and local favourites is a winning formula: it brings attention, supports community artists, and gives attendees a night they’ll talk about until next year.</w:t>
      </w:r>
      <w:r/>
    </w:p>
    <w:p>
      <w:pPr>
        <w:pStyle w:val="Heading2"/>
      </w:pPr>
      <w:r>
        <w:t>Community spirit from parkrun to picnic</w:t>
      </w:r>
      <w:r/>
    </w:p>
    <w:p>
      <w:r/>
      <w:r>
        <w:t>The weekend wasn’t just about evening entertainment. Saturday morning’s Pride parkrun saw runners and walkers in rainbow-coloured gear, cheered on by onlookers, then many drifted to breakfast and live ukulele music at local cafés. The weekend finished with a riverside picnic and live performances, underscoring how accessible outdoor events can knit a town together.</w:t>
      </w:r>
      <w:r/>
    </w:p>
    <w:p>
      <w:r/>
      <w:r>
        <w:t>Small touches mattered , youth workshops that produced the parade banner, for instance, put young LGBTQIA+ voices front and centre. If you’re attending or planning a local Pride, think about daytime activities that invite whole families and make participation simple and inexpensive.</w:t>
      </w:r>
      <w:r/>
    </w:p>
    <w:p>
      <w:pPr>
        <w:pStyle w:val="Heading2"/>
      </w:pPr>
      <w:r>
        <w:t>Inclusion, safety and what’s next for Chepstow Pride</w:t>
      </w:r>
      <w:r/>
    </w:p>
    <w:p>
      <w:r/>
      <w:r>
        <w:t>Chepstow Pride positioned itself as an intersectional celebration that supports queer people and allies across the area, with particular emphasis on safeguarding and supporting young trans people. That focus matters, especially in smaller communities where visibility and resources can be limited.</w:t>
      </w:r>
      <w:r/>
    </w:p>
    <w:p>
      <w:r/>
      <w:r>
        <w:t>Organisers and the town council already point to future dates and updates via social channels and Drill Hall listings, so keep an eye on those if you want to join next year. For now, the weekend has left Chepstow with a clear message: small towns can host meaningful, memorable Pride events that balance spectacle with substance.</w:t>
      </w:r>
      <w:r/>
    </w:p>
    <w:p>
      <w:r/>
      <w:r>
        <w:t>It's a small change that can make every celebration feel more inclusive and rooted in community.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[5]</w:t>
        </w:r>
      </w:hyperlink>
      <w:r>
        <w:t xml:space="preserve">, </w:t>
      </w:r>
      <w:hyperlink r:id="rId11">
        <w:r>
          <w:rPr>
            <w:color w:val="0000EE"/>
            <w:u w:val="single"/>
          </w:rPr>
          <w:t>[3]</w:t>
        </w:r>
      </w:hyperlink>
      <w:r>
        <w:t xml:space="preserve">- Paragraph 3: </w:t>
      </w:r>
      <w:hyperlink r:id="rId10">
        <w:r>
          <w:rPr>
            <w:color w:val="0000EE"/>
            <w:u w:val="single"/>
          </w:rPr>
          <w:t>[2]</w:t>
        </w:r>
      </w:hyperlink>
      <w:r>
        <w:t xml:space="preserve">, </w:t>
      </w:r>
      <w:hyperlink r:id="rId9">
        <w:r>
          <w:rPr>
            <w:color w:val="0000EE"/>
            <w:u w:val="single"/>
          </w:rPr>
          <w:t>[1]</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https://www.southwalesargus.co.uk/news/26240281.chepstow-pride-2026-event-attracts-around-1-500-attendees/?ref=rss</w:t>
        </w:r>
      </w:hyperlink>
      <w:r>
        <w:t xml:space="preserve"> - Please view link - unable to able to access data</w:t>
      </w:r>
      <w:r/>
    </w:p>
    <w:p>
      <w:pPr>
        <w:pStyle w:val="ListNumber"/>
        <w:spacing w:line="240" w:lineRule="auto"/>
        <w:ind w:left="720"/>
      </w:pPr>
      <w:r/>
      <w:hyperlink r:id="rId10">
        <w:r>
          <w:rPr>
            <w:color w:val="0000EE"/>
            <w:u w:val="single"/>
          </w:rPr>
          <w:t>https://drillhallchepstow.co.uk/event/billy-twirling-through-time/</w:t>
        </w:r>
      </w:hyperlink>
      <w:r>
        <w:t xml:space="preserve"> - The Drill Hall in Chepstow hosted 'Billy Twirling Through Time' on Friday, 26th June 2026, at 9pm. This performance, inspired by the film 'Billy Elliot', was part of the Chepstow Pride Festival. It featured Ryan O’Shea and Tom Marshman, who reimagined iconic moments from the film while exploring themes of queer friendship, dance, and identity. The event was presented by Beacons, Icons, and Dykons, curated by Threshold Arts, and in collaboration with Chepstow Pride. (</w:t>
      </w:r>
      <w:hyperlink r:id="rId13">
        <w:r>
          <w:rPr>
            <w:color w:val="0000EE"/>
            <w:u w:val="single"/>
          </w:rPr>
          <w:t>drillhallchepstow.co.uk</w:t>
        </w:r>
      </w:hyperlink>
      <w:r>
        <w:t>)</w:t>
      </w:r>
      <w:r/>
    </w:p>
    <w:p>
      <w:pPr>
        <w:pStyle w:val="ListNumber"/>
        <w:spacing w:line="240" w:lineRule="auto"/>
        <w:ind w:left="720"/>
      </w:pPr>
      <w:r/>
      <w:hyperlink r:id="rId11">
        <w:r>
          <w:rPr>
            <w:color w:val="0000EE"/>
            <w:u w:val="single"/>
          </w:rPr>
          <w:t>https://chepstowtc.gov.uk/mc-events/chepstow-pride-festival/?mc_id=894</w:t>
        </w:r>
      </w:hyperlink>
      <w:r>
        <w:t xml:space="preserve"> - The Chepstow Pride Festival took place on Sunday, 28th June 2026, starting at 9:30 am. The day's events included a Pride Service at St Mary’s Priory at 9:30 am, a Pride Parade through the town centre at 11:30 am, live music, drag performances at the Bandstand at 12:00 pm, and karaoke at the Five Alls at 5:00 pm. For full details, attendees were encouraged to follow 'Chepstow Pride' on Facebook or Instagram. (</w:t>
      </w:r>
      <w:hyperlink r:id="rId14">
        <w:r>
          <w:rPr>
            <w:color w:val="0000EE"/>
            <w:u w:val="single"/>
          </w:rPr>
          <w:t>chepstowtc.gov.uk</w:t>
        </w:r>
      </w:hyperlink>
      <w:r>
        <w:t>)</w:t>
      </w:r>
      <w:r/>
    </w:p>
    <w:p>
      <w:pPr>
        <w:pStyle w:val="ListNumber"/>
        <w:spacing w:line="240" w:lineRule="auto"/>
        <w:ind w:left="720"/>
      </w:pPr>
      <w:r/>
      <w:hyperlink r:id="rId15">
        <w:r>
          <w:rPr>
            <w:color w:val="0000EE"/>
            <w:u w:val="single"/>
          </w:rPr>
          <w:t>https://chepstowtc.gov.uk/my-calendar/</w:t>
        </w:r>
      </w:hyperlink>
      <w:r>
        <w:t xml:space="preserve"> - The Chepstow Town Council's calendar for June 2026 included several events. Notably, on 28th June 2026, there was a Sunday Market from 10:00 am to 3:00 pm on High Street, followed by Bands on the Bandstand from 2:30 pm to 5:00 pm at the Riverbank Bandstand. These events were part of the town's ongoing cultural and community activities. (</w:t>
      </w:r>
      <w:hyperlink r:id="rId16">
        <w:r>
          <w:rPr>
            <w:color w:val="0000EE"/>
            <w:u w:val="single"/>
          </w:rPr>
          <w:t>chepstowtc.gov.uk</w:t>
        </w:r>
      </w:hyperlink>
      <w:r>
        <w:t>)</w:t>
      </w:r>
      <w:r/>
    </w:p>
    <w:p>
      <w:pPr>
        <w:pStyle w:val="ListNumber"/>
        <w:spacing w:line="240" w:lineRule="auto"/>
        <w:ind w:left="720"/>
      </w:pPr>
      <w:r/>
      <w:hyperlink r:id="rId12">
        <w:r>
          <w:rPr>
            <w:color w:val="0000EE"/>
            <w:u w:val="single"/>
          </w:rPr>
          <w:t>https://chepstowbeacon.co.uk/news/chepstow-pride-a-day-of-celebrations-and-community-spirit-808417</w:t>
        </w:r>
      </w:hyperlink>
      <w:r>
        <w:t xml:space="preserve"> - Chepstow Pride, held on 29th June 2025, featured a full day of events including a Pride parkrun, brunch, a Pride service at St Mary’s Church, a parade, picnic celebration with live music, performances, stalls, family and wellness zones, food, and an after-party. The event was hosted by the LGBTQIA+ community and supported by Chepstow Town Council, bringing people together in a vibrant display of unity and community spirit. (</w:t>
      </w:r>
      <w:hyperlink r:id="rId17">
        <w:r>
          <w:rPr>
            <w:color w:val="0000EE"/>
            <w:u w:val="single"/>
          </w:rPr>
          <w:t>chepstowbeacon.co.uk</w:t>
        </w:r>
      </w:hyperlink>
      <w:r>
        <w:t>)</w:t>
      </w:r>
      <w:r/>
    </w:p>
    <w:p>
      <w:pPr>
        <w:pStyle w:val="ListNumber"/>
        <w:spacing w:line="240" w:lineRule="auto"/>
        <w:ind w:left="720"/>
      </w:pPr>
      <w:r/>
      <w:hyperlink r:id="rId18">
        <w:r>
          <w:rPr>
            <w:color w:val="0000EE"/>
            <w:u w:val="single"/>
          </w:rPr>
          <w:t>https://chepstowbeacon.co.uk/news/monmouth-pride-event-brings-community-together-with-colourful-event-915382</w:t>
        </w:r>
      </w:hyperlink>
      <w:r>
        <w:t xml:space="preserve"> - On 6th June 2026, Monmouth Pride attracted over 200 attendees who gathered outside the Shire Hall at 11:45 am, followed by a parade down Monnow Street at 12:00 pm. The event featured live music, uplifting speeches, and activities at the Robin Hood, including live performances, games, and an afterparty at Estero Lounge. Supported by Monmouth Town Council, the event celebrated individuality and built a supportive community. (</w:t>
      </w:r>
      <w:hyperlink r:id="rId19">
        <w:r>
          <w:rPr>
            <w:color w:val="0000EE"/>
            <w:u w:val="single"/>
          </w:rPr>
          <w:t>chepstowbeacon.co.uk</w:t>
        </w:r>
      </w:hyperlink>
      <w:r>
        <w:t>)</w:t>
      </w:r>
      <w:r/>
    </w:p>
    <w:p>
      <w:pPr>
        <w:pStyle w:val="ListNumber"/>
        <w:spacing w:line="240" w:lineRule="auto"/>
        <w:ind w:left="720"/>
      </w:pPr>
      <w:r/>
      <w:hyperlink r:id="rId20">
        <w:r>
          <w:rPr>
            <w:color w:val="0000EE"/>
            <w:u w:val="single"/>
          </w:rPr>
          <w:t>https://chepstowbeacon.co.uk/news/planning/forest-drivers-warned-of-traffic-restrictions-for-chepstow-racecourse-events-910820</w:t>
        </w:r>
      </w:hyperlink>
      <w:r>
        <w:t xml:space="preserve"> - Drivers in the Forest of Dean were warned of traffic restrictions along the A466 corridor due to major events at Chepstow Racecourse, including the Country &amp; Western Raceday on 6th June 2026. Measures included a temporary road closure of the A466 northbound layby adjacent to the racecourse, a prohibition of right turns into Gate 2, and a reduction of the speed limit to 30mph on a section of the A466. These restrictions aimed to ensure public safety and manage high traffic volumes during the events. (</w:t>
      </w:r>
      <w:hyperlink r:id="rId21">
        <w:r>
          <w:rPr>
            <w:color w:val="0000EE"/>
            <w:u w:val="single"/>
          </w:rPr>
          <w:t>chepstowbeacon.co.uk</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outhwalesargus.co.uk/news/26240281.chepstow-pride-2026-event-attracts-around-1-500-attendees/?ref=rss" TargetMode="External"/><Relationship Id="rId10" Type="http://schemas.openxmlformats.org/officeDocument/2006/relationships/hyperlink" Target="https://drillhallchepstow.co.uk/event/billy-twirling-through-time/" TargetMode="External"/><Relationship Id="rId11" Type="http://schemas.openxmlformats.org/officeDocument/2006/relationships/hyperlink" Target="https://chepstowtc.gov.uk/mc-events/chepstow-pride-festival/?mc_id=894" TargetMode="External"/><Relationship Id="rId12" Type="http://schemas.openxmlformats.org/officeDocument/2006/relationships/hyperlink" Target="https://chepstowbeacon.co.uk/news/chepstow-pride-a-day-of-celebrations-and-community-spirit-808417" TargetMode="External"/><Relationship Id="rId13" Type="http://schemas.openxmlformats.org/officeDocument/2006/relationships/hyperlink" Target="https://drillhallchepstow.co.uk/event/billy-twirling-through-time/?utm_source=openai" TargetMode="External"/><Relationship Id="rId14" Type="http://schemas.openxmlformats.org/officeDocument/2006/relationships/hyperlink" Target="https://chepstowtc.gov.uk/mc-events/chepstow-pride-festival/?mc_id=894&amp;utm_source=openai" TargetMode="External"/><Relationship Id="rId15" Type="http://schemas.openxmlformats.org/officeDocument/2006/relationships/hyperlink" Target="https://chepstowtc.gov.uk/my-calendar/" TargetMode="External"/><Relationship Id="rId16" Type="http://schemas.openxmlformats.org/officeDocument/2006/relationships/hyperlink" Target="https://chepstowtc.gov.uk/my-calendar/?utm_source=openai" TargetMode="External"/><Relationship Id="rId17" Type="http://schemas.openxmlformats.org/officeDocument/2006/relationships/hyperlink" Target="https://www.chepstowbeacon.co.uk/news/chepstow-pride-a-day-of-celebrations-and-community-spirit-808417?utm_source=openai" TargetMode="External"/><Relationship Id="rId18" Type="http://schemas.openxmlformats.org/officeDocument/2006/relationships/hyperlink" Target="https://chepstowbeacon.co.uk/news/monmouth-pride-event-brings-community-together-with-colourful-event-915382" TargetMode="External"/><Relationship Id="rId19" Type="http://schemas.openxmlformats.org/officeDocument/2006/relationships/hyperlink" Target="https://www.chepstowbeacon.co.uk/news/monmouth-pride-event-brings-community-together-with-colourful-event-915382?utm_source=openai" TargetMode="External"/><Relationship Id="rId20" Type="http://schemas.openxmlformats.org/officeDocument/2006/relationships/hyperlink" Target="https://chepstowbeacon.co.uk/news/planning/forest-drivers-warned-of-traffic-restrictions-for-chepstow-racecourse-events-910820" TargetMode="External"/><Relationship Id="rId21" Type="http://schemas.openxmlformats.org/officeDocument/2006/relationships/hyperlink" Target="https://www.chepstowbeacon.co.uk/news/planning/forest-drivers-warned-of-traffic-restrictions-for-chepstow-racecourse-events-910820?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