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Bal Bleu Blanc Rouge in the Marais: A Queer, Clubby 13 July Night 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night-owls are flocking to the Marais for a different kind of fête nationale warm-up: the Freedj’s Bal Bleu Blanc Rouge on 13 July 2026, an open-air party mixing DJ sets, drag shows and Pride colours , a lively, inclusive twist on the eve of Bastille Day that matters for anyone who likes their national celebrations with a beat.</w:t>
      </w:r>
      <w:r/>
    </w:p>
    <w:p>
      <w:r/>
      <w:r>
        <w:t>Essential Takeaways</w:t>
      </w:r>
      <w:r/>
      <w:r/>
    </w:p>
    <w:p>
      <w:pPr>
        <w:pStyle w:val="ListBullet"/>
        <w:spacing w:line="240" w:lineRule="auto"/>
        <w:ind w:left="720"/>
      </w:pPr>
      <w:r/>
      <w:r>
        <w:rPr>
          <w:b/>
        </w:rPr>
        <w:t>When and where:</w:t>
      </w:r>
      <w:r>
        <w:t xml:space="preserve"> The Bal Bleu Blanc Rouge takes place on 13 July 2026 in the Marais, hosted by the Freedj with an outdoor club vibe. </w:t>
      </w:r>
      <w:r/>
    </w:p>
    <w:p>
      <w:pPr>
        <w:pStyle w:val="ListBullet"/>
        <w:spacing w:line="240" w:lineRule="auto"/>
        <w:ind w:left="720"/>
      </w:pPr>
      <w:r/>
      <w:r>
        <w:rPr>
          <w:b/>
        </w:rPr>
        <w:t>What to expect:</w:t>
      </w:r>
      <w:r>
        <w:t xml:space="preserve"> DJs, drag performances and neon-splashed tricolour décor, plus a party that leans queer and celebratory rather than traditional. </w:t>
      </w:r>
      <w:r/>
    </w:p>
    <w:p>
      <w:pPr>
        <w:pStyle w:val="ListBullet"/>
        <w:spacing w:line="240" w:lineRule="auto"/>
        <w:ind w:left="720"/>
      </w:pPr>
      <w:r/>
      <w:r>
        <w:rPr>
          <w:b/>
        </w:rPr>
        <w:t>Inclusive angle:</w:t>
      </w:r>
      <w:r>
        <w:t xml:space="preserve"> The event partners with FLAG! Intérieur Justice, signalling a focus on LGBTQIA+ visibility within public institutions. </w:t>
      </w:r>
      <w:r/>
    </w:p>
    <w:p>
      <w:pPr>
        <w:pStyle w:val="ListBullet"/>
        <w:spacing w:line="240" w:lineRule="auto"/>
        <w:ind w:left="720"/>
      </w:pPr>
      <w:r/>
      <w:r>
        <w:rPr>
          <w:b/>
        </w:rPr>
        <w:t>Atmosphere:</w:t>
      </w:r>
      <w:r>
        <w:t xml:space="preserve"> Think disco ball, loud music and heels over paper lanterns , a festive, high-energy night that's easy to join solo or in a group. </w:t>
      </w:r>
      <w:r/>
    </w:p>
    <w:p>
      <w:pPr>
        <w:pStyle w:val="ListBullet"/>
        <w:spacing w:line="240" w:lineRule="auto"/>
        <w:ind w:left="720"/>
      </w:pPr>
      <w:r/>
      <w:r>
        <w:rPr>
          <w:b/>
        </w:rPr>
        <w:t>Practical note:</w:t>
      </w:r>
      <w:r>
        <w:t xml:space="preserve"> The organisers encourage responsible drinking and the event is a late-night alternative to more conventional municipal balls.</w:t>
      </w:r>
      <w:r/>
      <w:r/>
    </w:p>
    <w:p>
      <w:pPr>
        <w:pStyle w:val="Heading2"/>
      </w:pPr>
      <w:r>
        <w:t>A national fête that prefers strobe lights to fanfares</w:t>
      </w:r>
      <w:r/>
    </w:p>
    <w:p>
      <w:r/>
      <w:r>
        <w:t>The Freedj has taken the familiar ritual of the 13 July bal and given it a nightlife makeover, with a soundtrack that favours DJs over brass bands and drag acts over choral singing. The sound is loud, the lights are bright and you can expect the kind of tactile, buzzy energy only a Marais crowd can provide. According to the Freedj’s event listings, this is very much a club-night staged outdoors, so bring layers for a summer evening that may turn cool after midnight.</w:t>
      </w:r>
      <w:r/>
    </w:p>
    <w:p>
      <w:pPr>
        <w:pStyle w:val="Heading2"/>
      </w:pPr>
      <w:r>
        <w:t>Why the Marais is the perfect backdrop</w:t>
      </w:r>
      <w:r/>
    </w:p>
    <w:p>
      <w:r/>
      <w:r>
        <w:t>The neighbourhood has long been synonymous with vibrant LGBTQIA+ culture and nocturnal life, so staging an evening where tricolour flags meet Pride hues feels natural. Organisers are leaning into that local DNA: this isn’t a town-hall parquet but an urban promenade where drag, dance and community meet. If you know the Marais, you’ll know the loop from one late bar to another , this event plugs right into that rhythm.</w:t>
      </w:r>
      <w:r/>
    </w:p>
    <w:p>
      <w:pPr>
        <w:pStyle w:val="Heading2"/>
      </w:pPr>
      <w:r>
        <w:t>Politics and party: FLAG! Intérieur Justice joins the line-up</w:t>
      </w:r>
      <w:r/>
    </w:p>
    <w:p>
      <w:r/>
      <w:r>
        <w:t>The Freedj partnered with FLAG! Intérieur Justice, an association that pushes for LGBTQIA+ visibility and anti-discrimination inside ministries such as the Interior and Justice. That partnership gives the Bal Bleu Blanc Rouge a civic edge: it’s festive, but it’s also a statement about inclusion in public life. It’s the sort of collaboration that turns a night out into a small act of social theatre, and for many attendees that duality , fun and principled , is precisely the appeal.</w:t>
      </w:r>
      <w:r/>
    </w:p>
    <w:p>
      <w:pPr>
        <w:pStyle w:val="Heading2"/>
      </w:pPr>
      <w:r>
        <w:t>How this fits into Paris’s shifting 14 July scene</w:t>
      </w:r>
      <w:r/>
    </w:p>
    <w:p>
      <w:r/>
      <w:r>
        <w:t>Paris keeps reinventing how it marks its national day: from pomp and military parades to firework picnics and neighbourhood bals. This Freedj party is part of a wider trend where celebrations diversify according to place and crowd, from firefighters’ balls to queer open-air raves. If you want to avoid the official pageant, the Marais offers a more intimate, club-forward way to keep the spirit of the holiday without the formality.</w:t>
      </w:r>
      <w:r/>
    </w:p>
    <w:p>
      <w:pPr>
        <w:pStyle w:val="Heading2"/>
      </w:pPr>
      <w:r>
        <w:t>Practical tips for going</w:t>
      </w:r>
      <w:r/>
    </w:p>
    <w:p>
      <w:r/>
      <w:r>
        <w:t>Arrive early if you want a good spot near the stage, wear comfortable shoes if you plan to dance all night, and bring a light jacket for when the temperature dips after dark. Tickets and exact line-up details are usually posted on Freedj’s channels; check their announcements so you don’t miss any last-minute DJ adds or schedule changes. And remember: enjoy the cocktails, but pace yourself.</w:t>
      </w:r>
      <w:r/>
    </w:p>
    <w:p>
      <w:r/>
      <w:r>
        <w:t>It's a small change that can make your Bastille Eve feel fiercely modern and warmly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https://www.sortiraparis.com/actualites/14-juillet/articles/348541-fete-nationale-2026-bal-bleu-blanc-rouge-au-freedj-dans-le-marais</w:t>
        </w:r>
      </w:hyperlink>
      <w:r>
        <w:t xml:space="preserve"> - Please view link - unable to able to access data</w:t>
      </w:r>
      <w:r/>
    </w:p>
    <w:p>
      <w:pPr>
        <w:pStyle w:val="ListNumber"/>
        <w:spacing w:line="240" w:lineRule="auto"/>
        <w:ind w:left="720"/>
      </w:pPr>
      <w:r/>
      <w:hyperlink r:id="rId10">
        <w:r>
          <w:rPr>
            <w:color w:val="0000EE"/>
            <w:u w:val="single"/>
          </w:rPr>
          <w:t>https://freedj.fr/actualites/</w:t>
        </w:r>
      </w:hyperlink>
      <w:r>
        <w:t xml:space="preserve"> - The Freedj bar in Paris is hosting an open-air Bal Bleu Blanc Rouge on July 13, 2026, featuring DJ sets, drag shows, and a Pride atmosphere. The event is free and takes place at 35 Rue Sainte-Croix de la Bretonnerie in the Marais district. The celebration is organised in partnership with FLAG! Intérieur Justice, an association committed to combating discrimination and promoting LGBTQIA+ visibility within the Ministries of the Interior and Justice. The event aims to blend traditional French symbols with Pride culture, offering a unique and inclusive celebration of the national holiday.</w:t>
      </w:r>
      <w:r/>
    </w:p>
    <w:p>
      <w:pPr>
        <w:pStyle w:val="ListNumber"/>
        <w:spacing w:line="240" w:lineRule="auto"/>
        <w:ind w:left="720"/>
      </w:pPr>
      <w:r/>
      <w:hyperlink r:id="rId13">
        <w:r>
          <w:rPr>
            <w:color w:val="0000EE"/>
            <w:u w:val="single"/>
          </w:rPr>
          <w:t>https://www.saint-pauldevence.com/fiches/tout-lagenda/bal-de-la-fete-nationale/</w:t>
        </w:r>
      </w:hyperlink>
      <w:r>
        <w:t xml:space="preserve"> - Saint-Paul-de-Vence is celebrating the Fête Nationale on July 13, 2026, with a traditional Bal de la Fête Nationale at Place de la Courtine. The event features live music by Remix Yan and the 'Fais-moi rêver' company, along with food stalls offering local specialties like courgette flower fritters, niçoise stuffed vegetables, pissaladière, and fries. The festivities are organised by the Comité Officiel des Fêtes and are free to attend.</w:t>
      </w:r>
      <w:r/>
    </w:p>
    <w:p>
      <w:pPr>
        <w:pStyle w:val="ListNumber"/>
        <w:spacing w:line="240" w:lineRule="auto"/>
        <w:ind w:left="720"/>
      </w:pPr>
      <w:r/>
      <w:hyperlink r:id="rId14">
        <w:r>
          <w:rPr>
            <w:color w:val="0000EE"/>
            <w:u w:val="single"/>
          </w:rPr>
          <w:t>https://unidivers.fr/event/feux-dartifices-et-repas-bleu-blanc-rouge-cadillac-sur-garonne-gironde-2026-07-13/</w:t>
        </w:r>
      </w:hyperlink>
      <w:r>
        <w:t xml:space="preserve"> - Cadillac-sur-Garonne is hosting a 'Feux d’artifices et repas bleu-blanc-rouge' event on July 13, 2026, at the rugby field on Allée de Lattre de Tassigny. Attendees are invited to bring their own picnic and dress in blue, white, and red. The evening includes a fireworks display and communal dining, celebrating the national holiday in a festive atmosphere.</w:t>
      </w:r>
      <w:r/>
    </w:p>
    <w:p>
      <w:pPr>
        <w:pStyle w:val="ListNumber"/>
        <w:spacing w:line="240" w:lineRule="auto"/>
        <w:ind w:left="720"/>
      </w:pPr>
      <w:r/>
      <w:hyperlink r:id="rId11">
        <w:r>
          <w:rPr>
            <w:color w:val="0000EE"/>
            <w:u w:val="single"/>
          </w:rPr>
          <w:t>https://shotgun.live/en/events/le-bal-bleu-blanc-rouge</w:t>
        </w:r>
      </w:hyperlink>
      <w:r>
        <w:t xml:space="preserve"> - The Freedj bar in Paris is hosting its first Bal Bleu Blanc Rouge on July 13, 2025, in collaboration with FLAG! The event features DJ sets, drag performances, and interactions with associations, all set in a festive open-air environment. Attendees are encouraged to wear blue, white, and red attire to celebrate the national holiday.</w:t>
      </w:r>
      <w:r/>
    </w:p>
    <w:p>
      <w:pPr>
        <w:pStyle w:val="ListNumber"/>
        <w:spacing w:line="240" w:lineRule="auto"/>
        <w:ind w:left="720"/>
      </w:pPr>
      <w:r/>
      <w:hyperlink r:id="rId12">
        <w:r>
          <w:rPr>
            <w:color w:val="0000EE"/>
            <w:u w:val="single"/>
          </w:rPr>
          <w:t>https://www.paris.fr/evenements/bal-et-feu-d-artifice-114364</w:t>
        </w:r>
      </w:hyperlink>
      <w:r>
        <w:t xml:space="preserve"> - The city of Suresnes is celebrating the Fête Nationale on July 13, 2026, with a bal and fireworks display at Place de l'abbé Franz Stock. The event includes a dance party from 9 pm to 1 am, a 20-minute fireworks show at 11 pm, and food trucks offering various refreshments. The festivities are free to attend and open to the public.</w:t>
      </w:r>
      <w:r/>
    </w:p>
    <w:p>
      <w:pPr>
        <w:pStyle w:val="ListNumber"/>
        <w:spacing w:line="240" w:lineRule="auto"/>
        <w:ind w:left="720"/>
      </w:pPr>
      <w:r/>
      <w:hyperlink r:id="rId15">
        <w:r>
          <w:rPr>
            <w:color w:val="0000EE"/>
            <w:u w:val="single"/>
          </w:rPr>
          <w:t>https://www.terre.defense.gouv.fr/pompiers-paris/evenements/bal-cs-massena</w:t>
        </w:r>
      </w:hyperlink>
      <w:r>
        <w:t xml:space="preserve"> - The Paris Fire Brigade is hosting its annual Bal des Sapeurs-Pompiers at the Masséna fire station on the night of July 13-14, 2026, from 9 pm to 4 am. The event is a traditional celebration of the national holiday, featuring music, dancing, and community engagement.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ortiraparis.com/actualites/14-juillet/articles/348541-fete-nationale-2026-bal-bleu-blanc-rouge-au-freedj-dans-le-marais" TargetMode="External"/><Relationship Id="rId10" Type="http://schemas.openxmlformats.org/officeDocument/2006/relationships/hyperlink" Target="https://freedj.fr/actualites/" TargetMode="External"/><Relationship Id="rId11" Type="http://schemas.openxmlformats.org/officeDocument/2006/relationships/hyperlink" Target="https://shotgun.live/en/events/le-bal-bleu-blanc-rouge" TargetMode="External"/><Relationship Id="rId12" Type="http://schemas.openxmlformats.org/officeDocument/2006/relationships/hyperlink" Target="https://www.paris.fr/evenements/bal-et-feu-d-artifice-114364" TargetMode="External"/><Relationship Id="rId13" Type="http://schemas.openxmlformats.org/officeDocument/2006/relationships/hyperlink" Target="https://www.saint-pauldevence.com/fiches/tout-lagenda/bal-de-la-fete-nationale/" TargetMode="External"/><Relationship Id="rId14" Type="http://schemas.openxmlformats.org/officeDocument/2006/relationships/hyperlink" Target="https://unidivers.fr/event/feux-dartifices-et-repas-bleu-blanc-rouge-cadillac-sur-garonne-gironde-2026-07-13/" TargetMode="External"/><Relationship Id="rId15" Type="http://schemas.openxmlformats.org/officeDocument/2006/relationships/hyperlink" Target="https://www.terre.defense.gouv.fr/pompiers-paris/evenements/bal-cs-masse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