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Riverside Eats &amp; Beats Streetfest Guide for Pride Month 2026</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Celebrate Pride locally: Riverside Eats &amp; Beats Streetfest on Saturday, June 6 brings Community Connect with Pride Toronto to Joel Weeks Park, pairing food, live DJs, drag, and community groups so neighbours beyond the downtown core can join the party. Here’s what to expect and how to make the most of the day.</w:t>
      </w:r>
      <w:r/>
    </w:p>
    <w:p>
      <w:r/>
      <w:r>
        <w:t>Essential Takeaways</w:t>
      </w:r>
      <w:r/>
      <w:r/>
    </w:p>
    <w:p>
      <w:pPr>
        <w:pStyle w:val="ListBullet"/>
        <w:spacing w:line="240" w:lineRule="auto"/>
        <w:ind w:left="720"/>
      </w:pPr>
      <w:r/>
      <w:r>
        <w:rPr>
          <w:b/>
        </w:rPr>
        <w:t>When and where:</w:t>
      </w:r>
      <w:r>
        <w:t xml:space="preserve"> Riverside Eats &amp; Beats Streetfest runs Saturday, June 6, 12–6pm, with Community Connect at Joel Weeks Park (10 Thompson St). </w:t>
      </w:r>
      <w:r/>
    </w:p>
    <w:p>
      <w:pPr>
        <w:pStyle w:val="ListBullet"/>
        <w:spacing w:line="240" w:lineRule="auto"/>
        <w:ind w:left="720"/>
      </w:pPr>
      <w:r/>
      <w:r>
        <w:rPr>
          <w:b/>
        </w:rPr>
        <w:t>Live line-up:</w:t>
      </w:r>
      <w:r>
        <w:t xml:space="preserve"> DJs, drag performers, singers and rappers across the afternoon, including Sucka Queen, DJ Bao, Mila Blue and more. </w:t>
      </w:r>
      <w:r/>
    </w:p>
    <w:p>
      <w:pPr>
        <w:pStyle w:val="ListBullet"/>
        <w:spacing w:line="240" w:lineRule="auto"/>
        <w:ind w:left="720"/>
      </w:pPr>
      <w:r/>
      <w:r>
        <w:rPr>
          <w:b/>
        </w:rPr>
        <w:t>Community presence:</w:t>
      </w:r>
      <w:r>
        <w:t xml:space="preserve"> Local organisations like Toronto Aces &amp; Aros, Black Coalition for AIDS Prevention and Toronto Fire Services will be on site for info and engagement. </w:t>
      </w:r>
      <w:r/>
    </w:p>
    <w:p>
      <w:pPr>
        <w:pStyle w:val="ListBullet"/>
        <w:spacing w:line="240" w:lineRule="auto"/>
        <w:ind w:left="720"/>
      </w:pPr>
      <w:r/>
      <w:r>
        <w:rPr>
          <w:b/>
        </w:rPr>
        <w:t>Raffle and perks:</w:t>
      </w:r>
      <w:r>
        <w:t xml:space="preserve"> Enter the Riverside Eats &amp; Beats Raffle at the BIA booth or via the festival guide QR code; prizes announced on the main stage. </w:t>
      </w:r>
      <w:r/>
    </w:p>
    <w:p>
      <w:pPr>
        <w:pStyle w:val="ListBullet"/>
        <w:spacing w:line="240" w:lineRule="auto"/>
        <w:ind w:left="720"/>
      </w:pPr>
      <w:r/>
      <w:r>
        <w:rPr>
          <w:b/>
        </w:rPr>
        <w:t>Family-friendly vibe:</w:t>
      </w:r>
      <w:r>
        <w:t xml:space="preserve"> Streetfest blends food stalls, music and community programming , lively and welcoming for a wide crowd.</w:t>
      </w:r>
      <w:r/>
      <w:r/>
    </w:p>
    <w:p>
      <w:pPr>
        <w:pStyle w:val="Heading2"/>
      </w:pPr>
      <w:r>
        <w:t>What Community Connect adds to Riverside this Pride</w:t>
      </w:r>
      <w:r/>
    </w:p>
    <w:p>
      <w:r/>
      <w:r>
        <w:t>The standout change this year is the partnership with Pride Toronto, bringing Community Connect into Riverside for the first time. That means Joel Weeks Park will pulse with DJs, drag sets and short music acts throughout the afternoon, giving the neighbourhood a visible Pride presence beyond the usual downtown hubs. It’s the kind of local touch that feels personal , colourful flags, upbeat music and the hum of neighbours chatting on a sunny bench.</w:t>
      </w:r>
      <w:r/>
    </w:p>
    <w:p>
      <w:r/>
      <w:r>
        <w:t>This move grew from a desire to expand Pride programming into neighbourhoods across the city, so Riverside gets to host intentional space for 2SLGBTQI+ folks alongside the festival’s usual food and music. Expect quick, high-energy slots from several performers rather than long headline shows, which keeps the atmosphere breezy and always moving.</w:t>
      </w:r>
      <w:r/>
    </w:p>
    <w:p>
      <w:pPr>
        <w:pStyle w:val="Heading2"/>
      </w:pPr>
      <w:r>
        <w:t>Who’s playing and when , the quick-hit schedule</w:t>
      </w:r>
      <w:r/>
    </w:p>
    <w:p>
      <w:r/>
      <w:r>
        <w:t>Line-up highlights are compact and well spaced: early afternoon DJ sets to set the mood, a bingo and hosting slot to pull in the crowd, short drag and music appearances, and an evening DJ to wind things down. Performers include Sucka Queen, Juarez El Cantante, Fox C. Shanty, Mila Blue, Priyana and DJ Bao , names that bring variety, from rap to cabaret-style performances.</w:t>
      </w:r>
      <w:r/>
    </w:p>
    <w:p>
      <w:r/>
      <w:r>
        <w:t>If you’ve got a favourite act, check the festival guide and aim to arrive a little before their slot; many sets are only 10–25 minutes. It’s a good plan if you want to catch a specific performer without missing the food stalls or other activities.</w:t>
      </w:r>
      <w:r/>
    </w:p>
    <w:p>
      <w:pPr>
        <w:pStyle w:val="Heading2"/>
      </w:pPr>
      <w:r>
        <w:t>Food, raffle and festival perks , how to eat, win and save</w:t>
      </w:r>
      <w:r/>
    </w:p>
    <w:p>
      <w:r/>
      <w:r>
        <w:t>Riverside Eats &amp; Beats is always about the food as much as the beats. Expect a strong selection of local vendors and restaurants along Queen East, meaning you can nibble your way through the neighbourhood while popping into park programming. The festival guide has promos and smaller perks to redeem at participating businesses, so keep it handy.</w:t>
      </w:r>
      <w:r/>
    </w:p>
    <w:p>
      <w:r/>
      <w:r>
        <w:t>Don’t miss the Riverside Eats &amp; Beats Raffle: you can enter at the BIA booth at Queen E/Broadview or scan the QR code in the guide. Winners are drawn on the main stage during the day, so stick around if you’re feeling lucky. It’s a small, fun incentive that gets people exploring more of the festival footprint.</w:t>
      </w:r>
      <w:r/>
    </w:p>
    <w:p>
      <w:pPr>
        <w:pStyle w:val="Heading2"/>
      </w:pPr>
      <w:r>
        <w:t>Community groups and why they matter on the day</w:t>
      </w:r>
      <w:r/>
    </w:p>
    <w:p>
      <w:r/>
      <w:r>
        <w:t>Alongside the entertainment, several organisations will have booths to share resources, run activities and answer questions. Groups include Black Coalition for AIDS Prevention, Toronto Aces &amp; Aros, Help A Girl Out and Toronto Fire Services. Their presence turns the event into more than a party , it’s a chance to connect, volunteer, or learn about local services in a relaxed setting.</w:t>
      </w:r>
      <w:r/>
    </w:p>
    <w:p>
      <w:r/>
      <w:r>
        <w:t>For families or visitors curious about local support networks, these booths are a friendly, low-pressure way to chat with people doing real work in the community. Bring questions or just say hello; these groups often have pamphlets, sign-up sheets and small giveaways.</w:t>
      </w:r>
      <w:r/>
    </w:p>
    <w:p>
      <w:pPr>
        <w:pStyle w:val="Heading2"/>
      </w:pPr>
      <w:r>
        <w:t>Practical tips: planning your visit and staying comfortable</w:t>
      </w:r>
      <w:r/>
    </w:p>
    <w:p>
      <w:r/>
      <w:r>
        <w:t>Arrive early if you want a good spot for a particular performance, but the festival is designed for wandering , food stalls and pop-up stages encourage a casual flow. Wear comfortable shoes for walking Queen East and a hat if the forecast is bright; there’s a mix of sun and park shade at Joel Weeks Park. If you’re attending with kids, keep an eye on the shorter set times so you can time snacks and performances efficiently.</w:t>
      </w:r>
      <w:r/>
    </w:p>
    <w:p>
      <w:r/>
      <w:r>
        <w:t>Follow Riverside BIA on Instagram and RSVP for the official guide to get the schedule, festival map and promos sent straight to your inbox. That saves hunting for set times on the day and helps you spot the raffle QR code before you arrive.</w:t>
      </w:r>
      <w:r/>
    </w:p>
    <w:p>
      <w:r/>
      <w:r>
        <w:t>It's a small change that can make a big difference to how you experience Pride locally , and a great excuse to explore Riverside with fresh eyes.</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9">
        <w:r>
          <w:rPr>
            <w:color w:val="0000EE"/>
            <w:u w:val="single"/>
          </w:rPr>
          <w:t>[2]</w:t>
        </w:r>
      </w:hyperlink>
      <w:r>
        <w:t xml:space="preserve">, </w:t>
      </w:r>
      <w:hyperlink r:id="rId10">
        <w:r>
          <w:rPr>
            <w:color w:val="0000EE"/>
            <w:u w:val="single"/>
          </w:rPr>
          <w:t>[4]</w:t>
        </w:r>
      </w:hyperlink>
      <w:r>
        <w:t xml:space="preserve">- Paragraph 2: </w:t>
      </w:r>
      <w:hyperlink r:id="rId9">
        <w:r>
          <w:rPr>
            <w:color w:val="0000EE"/>
            <w:u w:val="single"/>
          </w:rPr>
          <w:t>[2]</w:t>
        </w:r>
      </w:hyperlink>
      <w:r>
        <w:t xml:space="preserve">, </w:t>
      </w:r>
      <w:hyperlink r:id="rId11">
        <w:r>
          <w:rPr>
            <w:color w:val="0000EE"/>
            <w:u w:val="single"/>
          </w:rPr>
          <w:t>[5]</w:t>
        </w:r>
      </w:hyperlink>
      <w:r>
        <w:t xml:space="preserve">- Paragraph 3: </w:t>
      </w:r>
      <w:hyperlink r:id="rId12">
        <w:r>
          <w:rPr>
            <w:color w:val="0000EE"/>
            <w:u w:val="single"/>
          </w:rPr>
          <w:t>[3]</w:t>
        </w:r>
      </w:hyperlink>
      <w:r>
        <w:t xml:space="preserve">, </w:t>
      </w:r>
      <w:hyperlink r:id="rId13">
        <w:r>
          <w:rPr>
            <w:color w:val="0000EE"/>
            <w:u w:val="single"/>
          </w:rPr>
          <w:t>[6]</w:t>
        </w:r>
      </w:hyperlink>
      <w:r>
        <w:t xml:space="preserve">- Paragraph 4: </w:t>
      </w:r>
      <w:hyperlink r:id="rId9">
        <w:r>
          <w:rPr>
            <w:color w:val="0000EE"/>
            <w:u w:val="single"/>
          </w:rPr>
          <w:t>[1]</w:t>
        </w:r>
      </w:hyperlink>
      <w:r>
        <w:t xml:space="preserve">, </w:t>
      </w:r>
      <w:hyperlink r:id="rId12">
        <w:r>
          <w:rPr>
            <w:color w:val="0000EE"/>
            <w:u w:val="single"/>
          </w:rPr>
          <w:t>[3]</w:t>
        </w:r>
      </w:hyperlink>
      <w:r>
        <w:t xml:space="preserve">- Paragraph 5: </w:t>
      </w:r>
      <w:hyperlink r:id="rId9">
        <w:r>
          <w:rPr>
            <w:color w:val="0000EE"/>
            <w:u w:val="single"/>
          </w:rPr>
          <w:t>[1]</w:t>
        </w:r>
      </w:hyperlink>
      <w:r>
        <w:t xml:space="preserve">, </w:t>
      </w:r>
      <w:hyperlink r:id="rId10">
        <w:r>
          <w:rPr>
            <w:color w:val="0000EE"/>
            <w:u w:val="single"/>
          </w:rPr>
          <w:t>[4]</w:t>
        </w:r>
      </w:hyperlink>
      <w:r>
        <w:t xml:space="preserve">- Paragraph 6: </w:t>
      </w:r>
      <w:hyperlink r:id="rId11">
        <w:r>
          <w:rPr>
            <w:color w:val="0000EE"/>
            <w:u w:val="single"/>
          </w:rPr>
          <w:t>[5]</w:t>
        </w:r>
      </w:hyperlink>
      <w:r>
        <w:t xml:space="preserve">, </w:t>
      </w:r>
      <w:hyperlink r:id="rId14">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https://riverside-to.com/community-connect-pride-toronto-at-riverside-eats-beats-streetfest-2026/</w:t>
        </w:r>
      </w:hyperlink>
      <w:r>
        <w:t xml:space="preserve"> - Please view link - unable to able to access data</w:t>
      </w:r>
      <w:r/>
    </w:p>
    <w:p>
      <w:pPr>
        <w:pStyle w:val="ListNumber"/>
        <w:spacing w:line="240" w:lineRule="auto"/>
        <w:ind w:left="720"/>
      </w:pPr>
      <w:r/>
      <w:hyperlink r:id="rId9">
        <w:r>
          <w:rPr>
            <w:color w:val="0000EE"/>
            <w:u w:val="single"/>
          </w:rPr>
          <w:t>https://riverside-to.com/community-connect-pride-toronto-at-riverside-eats-beats-streetfest-2026/</w:t>
        </w:r>
      </w:hyperlink>
      <w:r>
        <w:t xml:space="preserve"> - The Riverside BIA is partnering with Pride Toronto to bring Community Connect to Riverside during the 12th Riverside Eats &amp; Beats Streetfest on Saturday, June 6th, 2026. The event will feature live DJ sets, drag performances, and community engagement activities at Joel Weeks Park (10 Thompson St) from 12-6pm. The lineup includes DJ Bao, Sucka Queen, Juarez El Cantante, Fox C. Shanty, Storm, Mila Blue, Priyana, and DJ Bao. Community organizations such as Black Coalition for AIDS Prevention, Toronto Fire Services, Toronto Aces &amp; Aros, and Help A Girl Out/HAGO will also participate. Attendees can enter the Riverside Eats &amp; Beats Raffle for a chance to win local prizes. For more details and to RSVP, visit the official website.</w:t>
      </w:r>
      <w:r/>
    </w:p>
    <w:p>
      <w:pPr>
        <w:pStyle w:val="ListNumber"/>
        <w:spacing w:line="240" w:lineRule="auto"/>
        <w:ind w:left="720"/>
      </w:pPr>
      <w:r/>
      <w:hyperlink r:id="rId12">
        <w:r>
          <w:rPr>
            <w:color w:val="0000EE"/>
            <w:u w:val="single"/>
          </w:rPr>
          <w:t>https://riverside-to.com/event/riverside-eats-beats-streetfest-2026/</w:t>
        </w:r>
      </w:hyperlink>
      <w:r>
        <w:t xml:space="preserve"> - The 12th Riverside Eats &amp; Beats Streetfest is scheduled for Saturday, June 6th, 2026, from 12pm to 6pm along Queen Street East in Toronto's Riverside neighbourhood. The festival will feature over 50 local eateries and shops offering food tasters, sidewalk sales, and specials. Attendees can enjoy live music, magic shows, Lion Dancers, face-painting, food and drink specials, giveaways, and more. Queen Street East will remain open throughout the festival. The event is free to attend and is presented by the Riverside BIA, with sponsors including Hullmark and Baird McGregor Insurance Brokers LP.</w:t>
      </w:r>
      <w:r/>
    </w:p>
    <w:p>
      <w:pPr>
        <w:pStyle w:val="ListNumber"/>
        <w:spacing w:line="240" w:lineRule="auto"/>
        <w:ind w:left="720"/>
      </w:pPr>
      <w:r/>
      <w:hyperlink r:id="rId10">
        <w:r>
          <w:rPr>
            <w:color w:val="0000EE"/>
            <w:u w:val="single"/>
          </w:rPr>
          <w:t>https://www.pridetoronto.com/events/riverside-community-connect/</w:t>
        </w:r>
      </w:hyperlink>
      <w:r>
        <w:t xml:space="preserve"> - Pride Toronto's Community Connect initiative brings Pride celebrations to Scarborough, Etobicoke, and Danforth, affirming that visibility and celebration should exist in every corner of the city. The 2026 theme, 'We Won’t Stop,' emphasizes the commitment to creating vibrant, affirming spaces and demanding equity and justice. Through partnerships with local organizations and collectives, Community Connect curates dynamic, culturally rich experiences that reflect the energy and diversity of these communities. The event at Joel Weeks Park (10 Thompson St) on June 6th, 2026, is part of this initiative.</w:t>
      </w:r>
      <w:r/>
    </w:p>
    <w:p>
      <w:pPr>
        <w:pStyle w:val="ListNumber"/>
        <w:spacing w:line="240" w:lineRule="auto"/>
        <w:ind w:left="720"/>
      </w:pPr>
      <w:r/>
      <w:hyperlink r:id="rId11">
        <w:r>
          <w:rPr>
            <w:color w:val="0000EE"/>
            <w:u w:val="single"/>
          </w:rPr>
          <w:t>https://riverside-to.com/whats-new-riverside-eats-beats-streetfest-2026/</w:t>
        </w:r>
      </w:hyperlink>
      <w:r>
        <w:t xml:space="preserve"> - The 2026 Riverside Eats &amp; Beats Streetfest introduces several new features, including Pride Toronto's takeover of Joel Weeks Park (10 Thompson St) with live DJ sets and drag performances. The Chinatown Community Lion Dancers will perform throughout the day, with a main stage performance at Broadview Ave (2-2:45pm) and roaming performances along Queen East. The Visual Education Project 'Aerial Screw' will be showcased at the Carroll Street Closure (North of Queen E) from 12-6pm, and the Chickadeedee Puppet Theatre School will offer puppet-making activities at the same location.</w:t>
      </w:r>
      <w:r/>
    </w:p>
    <w:p>
      <w:pPr>
        <w:pStyle w:val="ListNumber"/>
        <w:spacing w:line="240" w:lineRule="auto"/>
        <w:ind w:left="720"/>
      </w:pPr>
      <w:r/>
      <w:hyperlink r:id="rId13">
        <w:r>
          <w:rPr>
            <w:color w:val="0000EE"/>
            <w:u w:val="single"/>
          </w:rPr>
          <w:t>https://nowtoronto.com/event/riverside-eats-beats-streetfest/</w:t>
        </w:r>
      </w:hyperlink>
      <w:r>
        <w:t xml:space="preserve"> - The Riverside Eats &amp; Beats Streetfest is set for Saturday, June 6th, 2026, from 12pm to 6pm along Queen Street East in Toronto's Riverside neighbourhood. The festival will feature over 50 local eateries and shops offering food tasters, sidewalk sales, and specials. Attendees can enjoy live music, magic shows, Lion Dancers, face-painting, food and drink specials, giveaways, and more. Queen Street East will remain open throughout the festival. The event is free to attend and is presented by the Riverside BIA, with sponsors including Hullmark and Baird McGregor Insurance Brokers LP.</w:t>
      </w:r>
      <w:r/>
    </w:p>
    <w:p>
      <w:pPr>
        <w:pStyle w:val="ListNumber"/>
        <w:spacing w:line="240" w:lineRule="auto"/>
        <w:ind w:left="720"/>
      </w:pPr>
      <w:r/>
      <w:hyperlink r:id="rId14">
        <w:r>
          <w:rPr>
            <w:color w:val="0000EE"/>
            <w:u w:val="single"/>
          </w:rPr>
          <w:t>https://www.todocanada.ca/riverside-eats-beats</w:t>
        </w:r>
      </w:hyperlink>
      <w:r>
        <w:t xml:space="preserve"> - The Riverside Eats &amp; Beats Streetfest returns on June 6, 2026, from noon to 6 pm, transforming Queen Street East between the Don Valley and De Grassi Street into a bustling, car-free celebration of food, music, and community spirit. Admission is free, making it one of the most accessible summer festivals in Toronto. Food lovers can indulge in an eclectic mix of local eateries, food vendors, and pop-up patios lining the street, offering gourmet bites and street food favourites. The event is presented by the Riverside BIA and is part of the city's vibrant festival scene.</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riverside-to.com/community-connect-pride-toronto-at-riverside-eats-beats-streetfest-2026/" TargetMode="External"/><Relationship Id="rId10" Type="http://schemas.openxmlformats.org/officeDocument/2006/relationships/hyperlink" Target="https://www.pridetoronto.com/events/riverside-community-connect/" TargetMode="External"/><Relationship Id="rId11" Type="http://schemas.openxmlformats.org/officeDocument/2006/relationships/hyperlink" Target="https://riverside-to.com/whats-new-riverside-eats-beats-streetfest-2026/" TargetMode="External"/><Relationship Id="rId12" Type="http://schemas.openxmlformats.org/officeDocument/2006/relationships/hyperlink" Target="https://riverside-to.com/event/riverside-eats-beats-streetfest-2026/" TargetMode="External"/><Relationship Id="rId13" Type="http://schemas.openxmlformats.org/officeDocument/2006/relationships/hyperlink" Target="https://nowtoronto.com/event/riverside-eats-beats-streetfest/" TargetMode="External"/><Relationship Id="rId14" Type="http://schemas.openxmlformats.org/officeDocument/2006/relationships/hyperlink" Target="https://www.todocanada.ca/riverside-eats-bea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