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New Community Orchestra: Houston Pride Orchestra Brings Queer Joy to Classical Music</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 turning to live music with a purpose , the Houston Pride Orchestra’s debut concert offers queer musicians a welcoming stage in the city, gives audiences a fresh take on familiar classics, and matters because inclusion changes who feels at home in classical spaces.</w:t>
      </w:r>
      <w:r/>
      <w:r/>
    </w:p>
    <w:p>
      <w:pPr>
        <w:pStyle w:val="ListBullet"/>
        <w:spacing w:line="240" w:lineRule="auto"/>
        <w:ind w:left="720"/>
      </w:pPr>
      <w:r/>
      <w:r>
        <w:rPr>
          <w:b/>
        </w:rPr>
        <w:t>Bold beginning:</w:t>
      </w:r>
      <w:r>
        <w:t xml:space="preserve"> Houston Pride Orchestra launched with about 60 musicians and a waitlist, signalling strong community demand. </w:t>
      </w:r>
      <w:r/>
    </w:p>
    <w:p>
      <w:pPr>
        <w:pStyle w:val="ListBullet"/>
        <w:spacing w:line="240" w:lineRule="auto"/>
        <w:ind w:left="720"/>
      </w:pPr>
      <w:r/>
      <w:r>
        <w:rPr>
          <w:b/>
        </w:rPr>
        <w:t>Curated programme:</w:t>
      </w:r>
      <w:r>
        <w:t xml:space="preserve"> The concert mixes Beethoven, Sibelius, Schubert and a work by Undine Smith Moore’s contemporary peers for themes of protest and joy. </w:t>
      </w:r>
      <w:r/>
    </w:p>
    <w:p>
      <w:pPr>
        <w:pStyle w:val="ListBullet"/>
        <w:spacing w:line="240" w:lineRule="auto"/>
        <w:ind w:left="720"/>
      </w:pPr>
      <w:r/>
      <w:r>
        <w:rPr>
          <w:b/>
        </w:rPr>
        <w:t>Warm, focused rehearsals:</w:t>
      </w:r>
      <w:r>
        <w:t xml:space="preserve"> Musicians describe the ensemble as accepting and low-drama, with a “leading from the light” approach that builds confidence. </w:t>
      </w:r>
      <w:r/>
    </w:p>
    <w:p>
      <w:pPr>
        <w:pStyle w:val="ListBullet"/>
        <w:spacing w:line="240" w:lineRule="auto"/>
        <w:ind w:left="720"/>
      </w:pPr>
      <w:r/>
      <w:r>
        <w:rPr>
          <w:b/>
        </w:rPr>
        <w:t>Sensory note:</w:t>
      </w:r>
      <w:r>
        <w:t xml:space="preserve"> Players report a renewed thrill , instruments dusted off, a sturdy sense of belonging, and repertoire that feels triumphant. </w:t>
      </w:r>
      <w:r/>
      <w:r/>
    </w:p>
    <w:p>
      <w:pPr>
        <w:pStyle w:val="Heading2"/>
      </w:pPr>
      <w:r>
        <w:t>A debut built on belonging, not just bandwidth</w:t>
      </w:r>
      <w:r/>
    </w:p>
    <w:p>
      <w:r/>
      <w:r>
        <w:t>Three weeks before their first performance, the orchestra wrestled with Beethoven’s Egmont Overture, a piece that’s technical and dramatic, and initially tempted them to cut it from the programme. After starts, stops and a few tense rehearsals, they got it clean , the kind of moment that feels as much emotional as musical. According to Houston Public Media, that sense of achievement is exactly what the group wants to build: a space where queer and allied musicians can play without policing who they are.</w:t>
      </w:r>
      <w:r/>
    </w:p>
    <w:p>
      <w:r/>
      <w:r>
        <w:t>The backstory is straightforward and human. Founder and executive director Ruby Ortiz brought the idea from experiences with the International Pride Orchestra and realised Houston needed its own chapter. What began as a cautious search for the smallest viable ensemble quickly ballooned into an almost-full symphony, showing there was appetite for an inclusive classical home.</w:t>
      </w:r>
      <w:r/>
    </w:p>
    <w:p>
      <w:pPr>
        <w:pStyle w:val="Heading2"/>
      </w:pPr>
      <w:r>
        <w:t>Programming that speaks , protest, pride and joy</w:t>
      </w:r>
      <w:r/>
    </w:p>
    <w:p>
      <w:r/>
      <w:r>
        <w:t>The repertoire for the opening concert wasn’t tossed together. Pieces were chosen to echo themes of resistance and celebration: Beethoven’s defiant Egmont, Sibelius’s Finlandia with its protest roots, Schubert’s Unfinished for longing and unresolved beauty, and newer works that nod to queer histories. Musicians point out how these choices create an emotional arc, not just a list of crowd-pleasers.</w:t>
      </w:r>
      <w:r/>
    </w:p>
    <w:p>
      <w:r/>
      <w:r>
        <w:t>That deliberate curation matters because, as the orchestra’s library manager and timpanist noted, a lot of classical programming can feel stagnant. Presenting familiar names in a new context gives listeners a different way in , and sends a clear signal that classical music can hold political and personal stories as well as pretty sounds.</w:t>
      </w:r>
      <w:r/>
    </w:p>
    <w:p>
      <w:pPr>
        <w:pStyle w:val="Heading2"/>
      </w:pPr>
      <w:r>
        <w:t>More than a performance , a community rehearsal room</w:t>
      </w:r>
      <w:r/>
    </w:p>
    <w:p>
      <w:r/>
      <w:r>
        <w:t>Many members are seasoned professionals; others are people who hadn’t picked up their instruments in years because they didn’t feel safe. The orchestra’s mix of experience levels creates a caring rehearsal culture, where artistic director Kenneth Cox says he “leads from the light,” framing feedback positively so players can rebuild confidence.</w:t>
      </w:r>
      <w:r/>
    </w:p>
    <w:p>
      <w:r/>
      <w:r>
        <w:t>Practical takeaway: if you’re looking to join a community ensemble, check mission and rehearsal tone as much as calibre. A welcoming director and clear values often mean more consistent commitment and a better musical product.</w:t>
      </w:r>
      <w:r/>
    </w:p>
    <w:p>
      <w:pPr>
        <w:pStyle w:val="Heading2"/>
      </w:pPr>
      <w:r>
        <w:t>How this fits into a bigger scene</w:t>
      </w:r>
      <w:r/>
    </w:p>
    <w:p>
      <w:r/>
      <w:r>
        <w:t>Houston isn’t inventing the idea , the International Pride Orchestra has been connecting queer musicians internationally for some time , but the local launch adds momentum to regional networks and gives local musicians a home base. The turnout and waitlist show a hunger for ensembles that explicitly centre identity and safety, and may push other organisations to rethink outreach and programming.</w:t>
      </w:r>
      <w:r/>
    </w:p>
    <w:p>
      <w:r/>
      <w:r>
        <w:t>At the same time, the orchestra’s public-facing aim , to show that classical music is for everybody , could nudge long-standing institutions to program more widely and to rethink audience engagement strategies. Expect collaborations, outreach concerts and maybe a few more protest-hued programmes in future seasons.</w:t>
      </w:r>
      <w:r/>
    </w:p>
    <w:p>
      <w:pPr>
        <w:pStyle w:val="Heading2"/>
      </w:pPr>
      <w:r>
        <w:t>Getting the most from the experience , tips for audiences and players</w:t>
      </w:r>
      <w:r/>
    </w:p>
    <w:p>
      <w:r/>
      <w:r>
        <w:t>If you’re planning to go, arrive with an open ear and a little context: read the programme notes and listen to a recording of one featured piece beforehand. For players thinking of auditioning later, bring proof of recent ensemble experience, but don’t be daunted if your chops need work , the group values commitment and community as much as perfection.</w:t>
      </w:r>
      <w:r/>
    </w:p>
    <w:p>
      <w:r/>
      <w:r>
        <w:t>Also, remember small signs matter: accessibility of venue, visible pronoun practices, and friendly volunteers at the door make concerts feel safer for queer audiences. Those are the details that turn a show into a home.</w:t>
      </w:r>
      <w:r/>
    </w:p>
    <w:p>
      <w:r/>
      <w:r>
        <w:t>It's a small change that can make every concert feel like a celebration.</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9">
        <w:r>
          <w:rPr>
            <w:color w:val="0000EE"/>
            <w:u w:val="single"/>
          </w:rPr>
          <w:t>[1]</w:t>
        </w:r>
      </w:hyperlink>
      <w:r>
        <w:t xml:space="preserve">, </w:t>
      </w:r>
      <w:hyperlink r:id="rId12">
        <w:r>
          <w:rPr>
            <w:color w:val="0000EE"/>
            <w:u w:val="single"/>
          </w:rPr>
          <w:t>[5]</w:t>
        </w:r>
      </w:hyperlink>
      <w:r>
        <w:t xml:space="preserve">- Paragraph 3: </w:t>
      </w:r>
      <w:hyperlink r:id="rId9">
        <w:r>
          <w:rPr>
            <w:color w:val="0000EE"/>
            <w:u w:val="single"/>
          </w:rPr>
          <w:t>[1]</w:t>
        </w:r>
      </w:hyperlink>
      <w:r>
        <w:t xml:space="preserve">, </w:t>
      </w:r>
      <w:hyperlink r:id="rId10">
        <w:r>
          <w:rPr>
            <w:color w:val="0000EE"/>
            <w:u w:val="single"/>
          </w:rPr>
          <w:t>[2]</w:t>
        </w:r>
      </w:hyperlink>
      <w:r>
        <w:t xml:space="preserve">- Paragraph 4: </w:t>
      </w:r>
      <w:hyperlink r:id="rId9">
        <w:r>
          <w:rPr>
            <w:color w:val="0000EE"/>
            <w:u w:val="single"/>
          </w:rPr>
          <w:t>[1]</w:t>
        </w:r>
      </w:hyperlink>
      <w:r>
        <w:t xml:space="preserve">, </w:t>
      </w:r>
      <w:hyperlink r:id="rId12">
        <w:r>
          <w:rPr>
            <w:color w:val="0000EE"/>
            <w:u w:val="single"/>
          </w:rPr>
          <w:t>[5]</w:t>
        </w:r>
      </w:hyperlink>
      <w:r>
        <w:t xml:space="preserve">- Paragraph 5: </w:t>
      </w:r>
      <w:hyperlink r:id="rId9">
        <w:r>
          <w:rPr>
            <w:color w:val="0000EE"/>
            <w:u w:val="single"/>
          </w:rPr>
          <w:t>[1]</w:t>
        </w:r>
      </w:hyperlink>
      <w:r>
        <w:t xml:space="preserve">, </w:t>
      </w:r>
      <w:hyperlink r:id="rId13">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https://www.houstonpublicmedia.org/articles/lgbtq/2026/04/30/550599/lgbtq-houston-pride-orchestra-classical-music/</w:t>
        </w:r>
      </w:hyperlink>
      <w:r>
        <w:t xml:space="preserve"> - Please view link - unable to able to access data</w:t>
      </w:r>
      <w:r/>
    </w:p>
    <w:p>
      <w:pPr>
        <w:pStyle w:val="ListNumber"/>
        <w:spacing w:line="240" w:lineRule="auto"/>
        <w:ind w:left="720"/>
      </w:pPr>
      <w:r/>
      <w:hyperlink r:id="rId10">
        <w:r>
          <w:rPr>
            <w:color w:val="0000EE"/>
            <w:u w:val="single"/>
          </w:rPr>
          <w:t>https://www.houstonprideorchestra.org/</w:t>
        </w:r>
      </w:hyperlink>
      <w:r>
        <w:t xml:space="preserve"> - The Houston Pride Orchestra is a musical ensemble based in Houston, Texas, dedicated to providing a welcoming space for LGBTQ+ musicians and allies in the classical music community. Their inaugural concert, titled 'Unfinished, Unbound: A Celebration of Queer Joy,' is scheduled for May 3, 2026, at the Emerson Unitarian Universalist Church. The program includes Beethoven's 'Egmont Overture,' Florence Price's 'Adoration,' Schubert's 'Unfinished Symphony,' and Sibelius's 'Finlandia.' The orchestra aims to foster inclusivity and acceptance within the classical music scene.</w:t>
      </w:r>
      <w:r/>
    </w:p>
    <w:p>
      <w:pPr>
        <w:pStyle w:val="ListNumber"/>
        <w:spacing w:line="240" w:lineRule="auto"/>
        <w:ind w:left="720"/>
      </w:pPr>
      <w:r/>
      <w:hyperlink r:id="rId11">
        <w:r>
          <w:rPr>
            <w:color w:val="0000EE"/>
            <w:u w:val="single"/>
          </w:rPr>
          <w:t>https://www.eventbrite.com/e/houston-pride-orchestra-unfinished-unbound-tickets-1987200831180</w:t>
        </w:r>
      </w:hyperlink>
      <w:r>
        <w:t xml:space="preserve"> - This Eventbrite page provides details about the Houston Pride Orchestra's inaugural concert, 'Unfinished, Unbound: A Celebration of Queer Joy,' taking place on May 3, 2026, at the Emerson Unitarian Universalist Church in Houston, Texas. The concert features a program of classical pieces, including Beethoven's 'Egmont Overture,' Florence Price's 'Adoration,' Schubert's 'Unfinished Symphony,' and Sibelius's 'Finlandia.' The event is free to attend, with options to donate to support the orchestra's mission of inclusivity in classical music.</w:t>
      </w:r>
      <w:r/>
    </w:p>
    <w:p>
      <w:pPr>
        <w:pStyle w:val="ListNumber"/>
        <w:spacing w:line="240" w:lineRule="auto"/>
        <w:ind w:left="720"/>
      </w:pPr>
      <w:r/>
      <w:hyperlink r:id="rId14">
        <w:r>
          <w:rPr>
            <w:color w:val="0000EE"/>
            <w:u w:val="single"/>
          </w:rPr>
          <w:t>https://www.unation.com/event/houston-pride-orchestra-unfinished-unbound-65419468/</w:t>
        </w:r>
      </w:hyperlink>
      <w:r>
        <w:t xml:space="preserve"> - UNATION's event listing for the Houston Pride Orchestra's inaugural concert, 'Unfinished, Unbound: A Celebration of Queer Joy,' scheduled for May 3, 2026, at the Emerson Unitarian Universalist Church in Houston, Texas. The concert aims to celebrate queer joy through classical music, featuring works by Beethoven, Price, Schubert, and Sibelius. The event is free to attend, with additional information available on the UNATION website.</w:t>
      </w:r>
      <w:r/>
    </w:p>
    <w:p>
      <w:pPr>
        <w:pStyle w:val="ListNumber"/>
        <w:spacing w:line="240" w:lineRule="auto"/>
        <w:ind w:left="720"/>
      </w:pPr>
      <w:r/>
      <w:hyperlink r:id="rId12">
        <w:r>
          <w:rPr>
            <w:color w:val="0000EE"/>
            <w:u w:val="single"/>
          </w:rPr>
          <w:t>https://www.internationalprideorchestra.org/participate</w:t>
        </w:r>
      </w:hyperlink>
      <w:r>
        <w:t xml:space="preserve"> - The International Pride Orchestra (IPO) is a global initiative that unites LGBTQ+ musicians and allies to perform and celebrate queer joy through classical music. Their 2026 Pride Celebration Concert is scheduled for June 3, 2026, at the Cullen Theater in Houston, Texas. The event will be hosted by Peaches Christ and feature performances by Grammy-nominated bass-baritone Davoné Tines, with a program including works by Leonard Bernstein, Carlos Simon, Gabriela Lena Frank, and others.</w:t>
      </w:r>
      <w:r/>
    </w:p>
    <w:p>
      <w:pPr>
        <w:pStyle w:val="ListNumber"/>
        <w:spacing w:line="240" w:lineRule="auto"/>
        <w:ind w:left="720"/>
      </w:pPr>
      <w:r/>
      <w:hyperlink r:id="rId13">
        <w:r>
          <w:rPr>
            <w:color w:val="0000EE"/>
            <w:u w:val="single"/>
          </w:rPr>
          <w:t>https://www.houstonprideband.org/members/</w:t>
        </w:r>
      </w:hyperlink>
      <w:r>
        <w:t xml:space="preserve"> - The Houston Pride Band is an inclusive musical ensemble open to musicians of all skill levels, sexual orientations, and gender identities. They perform a variety of concerts throughout the year, including their upcoming 'Pride &amp; Passion' concert on June 21, 2026, at the Hobby Center for the Performing Arts. The band fosters a sense of community and acceptance, providing a platform for LGBTQ+ musicians and allies to perform together.</w:t>
      </w:r>
      <w:r/>
    </w:p>
    <w:p>
      <w:pPr>
        <w:pStyle w:val="ListNumber"/>
        <w:spacing w:line="240" w:lineRule="auto"/>
        <w:ind w:left="720"/>
      </w:pPr>
      <w:r/>
      <w:hyperlink r:id="rId15">
        <w:r>
          <w:rPr>
            <w:color w:val="0000EE"/>
            <w:u w:val="single"/>
          </w:rPr>
          <w:t>https://abc13.com/videoClip/houston-pride-band-music-month-marching/15005939/</w:t>
        </w:r>
      </w:hyperlink>
      <w:r>
        <w:t xml:space="preserve"> - An ABC13 Houston news segment highlighting the Houston Pride Band, emphasizing their mission to bring people together through music, regardless of background, age, race, or sexual orientation. The segment features interviews with band members who share their experiences of community and acceptance within the ensemble. The Houston Pride Band is open to musicians of all skill levels, sexual orientations, and gender identities, fostering a welcoming environment for all.</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houstonpublicmedia.org/articles/lgbtq/2026/04/30/550599/lgbtq-houston-pride-orchestra-classical-music/" TargetMode="External"/><Relationship Id="rId10" Type="http://schemas.openxmlformats.org/officeDocument/2006/relationships/hyperlink" Target="https://www.houstonprideorchestra.org/" TargetMode="External"/><Relationship Id="rId11" Type="http://schemas.openxmlformats.org/officeDocument/2006/relationships/hyperlink" Target="https://www.eventbrite.com/e/houston-pride-orchestra-unfinished-unbound-tickets-1987200831180" TargetMode="External"/><Relationship Id="rId12" Type="http://schemas.openxmlformats.org/officeDocument/2006/relationships/hyperlink" Target="https://www.internationalprideorchestra.org/participate" TargetMode="External"/><Relationship Id="rId13" Type="http://schemas.openxmlformats.org/officeDocument/2006/relationships/hyperlink" Target="https://www.houstonprideband.org/members/" TargetMode="External"/><Relationship Id="rId14" Type="http://schemas.openxmlformats.org/officeDocument/2006/relationships/hyperlink" Target="https://www.unation.com/event/houston-pride-orchestra-unfinished-unbound-65419468/" TargetMode="External"/><Relationship Id="rId15" Type="http://schemas.openxmlformats.org/officeDocument/2006/relationships/hyperlink" Target="https://abc13.com/videoClip/houston-pride-band-music-month-marching/1500593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