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Pride Houston 2026 Grand Marshals and Why They Matter for LIMITLESS: Houston Pride 2026</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and supporters are already buzzing: Pride Houston 365 has unveiled its 2026 Grand Marshals, putting people, organisations and legacy leaders front and centre for a season themed LIMITLESS. This matters because the picks reflect Houston’s diversity, activism and party-ready spirit as parade and festival plans ramp up.</w:t>
      </w:r>
      <w:r/>
    </w:p>
    <w:p>
      <w:r/>
      <w:r>
        <w:t>Essential Takeaways</w:t>
      </w:r>
      <w:r/>
      <w:r/>
    </w:p>
    <w:p>
      <w:pPr>
        <w:pStyle w:val="ListBullet"/>
        <w:spacing w:line="240" w:lineRule="auto"/>
        <w:ind w:left="720"/>
      </w:pPr>
      <w:r/>
      <w:r>
        <w:rPr>
          <w:b/>
        </w:rPr>
        <w:t>Broad representation:</w:t>
      </w:r>
      <w:r>
        <w:t xml:space="preserve"> Winners span female-identifying, male-presenting, non-binary, organisational and ally categories, showing wide community inclusion.</w:t>
      </w:r>
      <w:r/>
    </w:p>
    <w:p>
      <w:pPr>
        <w:pStyle w:val="ListBullet"/>
        <w:spacing w:line="240" w:lineRule="auto"/>
        <w:ind w:left="720"/>
      </w:pPr>
      <w:r/>
      <w:r>
        <w:rPr>
          <w:b/>
        </w:rPr>
        <w:t>Local organisations recognised:</w:t>
      </w:r>
      <w:r>
        <w:t xml:space="preserve"> Heavy Hitters was named Organisational Grand Marshal, bringing a community-building, party-savvy presence.</w:t>
      </w:r>
      <w:r/>
    </w:p>
    <w:p>
      <w:pPr>
        <w:pStyle w:val="ListBullet"/>
        <w:spacing w:line="240" w:lineRule="auto"/>
        <w:ind w:left="720"/>
      </w:pPr>
      <w:r/>
      <w:r>
        <w:rPr>
          <w:b/>
        </w:rPr>
        <w:t>Honouring legacy:</w:t>
      </w:r>
      <w:r>
        <w:t xml:space="preserve"> Several Distinguished Grand Marshals were recognised posthumously and in-person, linking Pride’s present to its history.</w:t>
      </w:r>
      <w:r/>
    </w:p>
    <w:p>
      <w:pPr>
        <w:pStyle w:val="ListBullet"/>
        <w:spacing w:line="240" w:lineRule="auto"/>
        <w:ind w:left="720"/>
      </w:pPr>
      <w:r/>
      <w:r>
        <w:rPr>
          <w:b/>
        </w:rPr>
        <w:t>Event momentum:</w:t>
      </w:r>
      <w:r>
        <w:t xml:space="preserve"> The announcement kicked off the 2026 season and signals key dates and celebrations ahead; the parade and festival are focal points.</w:t>
      </w:r>
      <w:r/>
    </w:p>
    <w:p>
      <w:pPr>
        <w:pStyle w:val="ListBullet"/>
        <w:spacing w:line="240" w:lineRule="auto"/>
        <w:ind w:left="720"/>
      </w:pPr>
      <w:r/>
      <w:r>
        <w:rPr>
          <w:b/>
        </w:rPr>
        <w:t>Vibrant feel:</w:t>
      </w:r>
      <w:r>
        <w:t xml:space="preserve"> Coverage and community reaction suggest a celebratory, determined atmosphere , thoughtful honours with a party-ready energy.</w:t>
      </w:r>
      <w:r/>
      <w:r/>
    </w:p>
    <w:p>
      <w:pPr>
        <w:pStyle w:val="Heading2"/>
      </w:pPr>
      <w:r>
        <w:t>Who they picked and what it looks like on the ground</w:t>
      </w:r>
      <w:r/>
    </w:p>
    <w:p>
      <w:r/>
      <w:r>
        <w:t>The line-up mixes individual activists, performance artists and groups, creating a lively, textured roster for LIMITLESS: Houston Pride 2026. Female-identifying, male-presenting and non-binary honourees sit alongside an organisational marshal and an ally pick, so the march will feel like a cross-section of Houston’s LGBTQ+ ecosystem. The announcement party at Café Brasil had that easy, neighbourhood energy , equal parts heartfelt and upbeat , which is the tone organisers seem to be aiming for.</w:t>
      </w:r>
      <w:r/>
    </w:p>
    <w:p>
      <w:r/>
      <w:r>
        <w:t>Organisers say the choices highlight leadership and service across the community, and you can already sense the ripple: friends, family and local groups are sharing memories and plans. If you want to catch the vibe, plan to arrive early on parade day , the crowd energy builds fast and the mix of performances and remembrances makes it more than just a procession.</w:t>
      </w:r>
      <w:r/>
    </w:p>
    <w:p>
      <w:pPr>
        <w:pStyle w:val="Heading2"/>
      </w:pPr>
      <w:r>
        <w:t>Why naming an organisational marshal matters</w:t>
      </w:r>
      <w:r/>
    </w:p>
    <w:p>
      <w:r/>
      <w:r>
        <w:t>Selecting Heavy Hitters as Organisational Grand Marshal signals something practical: groups that combine outreach, community-building and celebration can shape how Pride looks and feels. Organisations often handle volunteer coordination, safety planning and event logistics, so their visibility on the route helps communicate who’s doing the heavy lifting behind the scenes.</w:t>
      </w:r>
      <w:r/>
    </w:p>
    <w:p>
      <w:r/>
      <w:r>
        <w:t>If you run or support a community group, this is a reminder that public recognition can mobilise volunteers and donors. For attendees, spotting an organisational float or block often means there’ll be extras on hand , water stations, first aid volunteers, banners and cheering squads that create a safer, more welcoming experience.</w:t>
      </w:r>
      <w:r/>
    </w:p>
    <w:p>
      <w:pPr>
        <w:pStyle w:val="Heading2"/>
      </w:pPr>
      <w:r>
        <w:t>Honouring history while celebrating now</w:t>
      </w:r>
      <w:r/>
    </w:p>
    <w:p>
      <w:r/>
      <w:r>
        <w:t>Pride Houston 365 recognised Distinguished Grand Marshals both posthumously and in person, linking the parade to those who fought earlier battles or laid groundwork for today’s freedoms. That blend of remembrance and celebration keeps the event rooted; it’s not just a party, it’s a civic ritual for many.</w:t>
      </w:r>
      <w:r/>
    </w:p>
    <w:p>
      <w:r/>
      <w:r>
        <w:t>Expect moments of reflection in the programme alongside performances and DJs. If you’re attending with kids or older relatives, plan for those quieter moments , they’re meaningful and often spark good conversations about why Pride still matters.</w:t>
      </w:r>
      <w:r/>
    </w:p>
    <w:p>
      <w:pPr>
        <w:pStyle w:val="Heading2"/>
      </w:pPr>
      <w:r>
        <w:t>How the selections reflect wider trends in Pride programming</w:t>
      </w:r>
      <w:r/>
    </w:p>
    <w:p>
      <w:r/>
      <w:r>
        <w:t>Across the country, Pride events have been expanding categories and spotlighting intersectional leaders, and Houston’s roster follows that pattern. Featuring a gender non-conforming/non-binary Grand Marshal, a recognised ally and community stalwarts shows organisers are responding to calls for inclusive representation and recognisable leadership.</w:t>
      </w:r>
      <w:r/>
    </w:p>
    <w:p>
      <w:r/>
      <w:r>
        <w:t>For first-time parade-goers, this trend means you’ll see a range of banners and messaging. Look out for groups representing health services, youth programmes and cultural organisations , they’re increasingly visible because festivals aim to be both celebratory and resource-forward.</w:t>
      </w:r>
      <w:r/>
    </w:p>
    <w:p>
      <w:pPr>
        <w:pStyle w:val="Heading2"/>
      </w:pPr>
      <w:r>
        <w:t>Practical tips for attending and engaging with LIMITLESS: Houston Pride 2026</w:t>
      </w:r>
      <w:r/>
    </w:p>
    <w:p>
      <w:r/>
      <w:r>
        <w:t>Plan logistics early: parade routes and festival hubs can be crowded, so check official channels for start times and accessible viewing spots. Bring a refillable water bottle, a lightweight sunhat and cash or a contactless card for vendors. If you want to support honourees directly, follow their social pages and look for volunteer sign-ups or fundraisers.</w:t>
      </w:r>
      <w:r/>
    </w:p>
    <w:p>
      <w:r/>
      <w:r>
        <w:t>If you care about lasting impact, consider donating to a local organisation or joining a volunteer shift , Pride is as much about community care as it is about the spectacle.</w:t>
      </w:r>
      <w:r/>
    </w:p>
    <w:p>
      <w:r/>
      <w:r>
        <w:t>It's a small change that can make every celebration and remembrance feel stronger.</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[3]</w:t>
        </w:r>
      </w:hyperlink>
      <w:r>
        <w:t xml:space="preserve">- Paragraph 2: </w:t>
      </w:r>
      <w:hyperlink r:id="rId9">
        <w:r>
          <w:rPr>
            <w:color w:val="0000EE"/>
            <w:u w:val="single"/>
          </w:rPr>
          <w:t>[2]</w:t>
        </w:r>
      </w:hyperlink>
      <w:r>
        <w:t xml:space="preserve">, </w:t>
      </w:r>
      <w:hyperlink r:id="rId11">
        <w:r>
          <w:rPr>
            <w:color w:val="0000EE"/>
            <w:u w:val="single"/>
          </w:rPr>
          <w:t>[7]</w:t>
        </w:r>
      </w:hyperlink>
      <w:r>
        <w:t xml:space="preserve">- Paragraph 3: </w:t>
      </w:r>
      <w:hyperlink r:id="rId9">
        <w:r>
          <w:rPr>
            <w:color w:val="0000EE"/>
            <w:u w:val="single"/>
          </w:rPr>
          <w:t>[2]</w:t>
        </w:r>
      </w:hyperlink>
      <w:r>
        <w:t xml:space="preserve">, </w:t>
      </w:r>
      <w:hyperlink r:id="rId11">
        <w:r>
          <w:rPr>
            <w:color w:val="0000EE"/>
            <w:u w:val="single"/>
          </w:rPr>
          <w:t>[7]</w:t>
        </w:r>
      </w:hyperlink>
      <w:r>
        <w:t xml:space="preserve">- Paragraph 4: </w:t>
      </w:r>
      <w:hyperlink r:id="rId9">
        <w:r>
          <w:rPr>
            <w:color w:val="0000EE"/>
            <w:u w:val="single"/>
          </w:rPr>
          <w:t>[2]</w:t>
        </w:r>
      </w:hyperlink>
      <w:r>
        <w:t xml:space="preserve">, </w:t>
      </w:r>
      <w:hyperlink r:id="rId10">
        <w:r>
          <w:rPr>
            <w:color w:val="0000EE"/>
            <w:u w:val="single"/>
          </w:rPr>
          <w:t>[3]</w:t>
        </w:r>
      </w:hyperlink>
      <w:r>
        <w:t xml:space="preserve">- Paragraph 5: </w:t>
      </w:r>
      <w:hyperlink r:id="rId12">
        <w:r>
          <w:rPr>
            <w:color w:val="0000EE"/>
            <w:u w:val="single"/>
          </w:rPr>
          <w:t>[4]</w:t>
        </w:r>
      </w:hyperlink>
      <w:r>
        <w:t xml:space="preserve">, </w:t>
      </w:r>
      <w:hyperlink r:id="rId13">
        <w:r>
          <w:rPr>
            <w:color w:val="0000EE"/>
            <w:u w:val="single"/>
          </w:rPr>
          <w:t>[5]</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https://www.outsmartmagazine.com/2026/04/pride-houston-365-announces-the-2026-grand-marshal-winner/</w:t>
        </w:r>
      </w:hyperlink>
      <w:r>
        <w:t xml:space="preserve"> - Please view link - unable to able to access data</w:t>
      </w:r>
      <w:r/>
    </w:p>
    <w:p>
      <w:pPr>
        <w:pStyle w:val="ListNumber"/>
        <w:spacing w:line="240" w:lineRule="auto"/>
        <w:ind w:left="720"/>
      </w:pPr>
      <w:r/>
      <w:hyperlink r:id="rId9">
        <w:r>
          <w:rPr>
            <w:color w:val="0000EE"/>
            <w:u w:val="single"/>
          </w:rPr>
          <w:t>https://www.outsmartmagazine.com/2026/04/pride-houston-365-announces-the-2026-grand-marshal-winner/</w:t>
        </w:r>
      </w:hyperlink>
      <w:r>
        <w:t xml:space="preserve"> - Pride Houston 365 held an event at Café Brasil to announce the winners of its 2026 Grand Marshal vote and recognise the individuals and organisations selected to represent Houston Pride this year. Ashley Barnes was named Female-Identifying Grand Marshal, Dr. Roy Rivera Jr. as Male-Presenting Grand Marshal, Flawless Oz as Gender Non-Conforming/Non-Binary Grand Marshal, Heavy Hitters as Organisational Grand Marshal, and Mandy Giles as Ally Grand Marshal. Distinguished Grand Marshals included Kennedy Loftin and Carl Han, both honoured posthumously, along with Jack Berger, Brad Pritchett, and Judy Reeves. D’Trique Fitzgerald was recognised as Trendsetter Grand Marshal. The announcement marked the launch of Pride Houston 365’s 2026 season under the theme LIMITLESS: Houston Pride 2026, highlighting a broad cross-section of leadership, service, and community involvement across Houston’s LGBTQ+ community.</w:t>
      </w:r>
      <w:r/>
    </w:p>
    <w:p>
      <w:pPr>
        <w:pStyle w:val="ListNumber"/>
        <w:spacing w:line="240" w:lineRule="auto"/>
        <w:ind w:left="720"/>
      </w:pPr>
      <w:r/>
      <w:hyperlink r:id="rId10">
        <w:r>
          <w:rPr>
            <w:color w:val="0000EE"/>
            <w:u w:val="single"/>
          </w:rPr>
          <w:t>https://abc13.com/post/houston-pride-2026-grand-marshal-honorees-revealed-city-prepares-celebrate-festival-parade-saturday-june-6/18900177/</w:t>
        </w:r>
      </w:hyperlink>
      <w:r>
        <w:t xml:space="preserve"> - Pride Houston 365 revealed its 2026 Grand Marshals as the city prepares for the annual festival and parade on Saturday, June 6. The Grand Marshals include: Heavy Hitters (Organisational Grand Marshal), Mandy Giles (Ally Grand Marshal), Ashley Barnes (Female Identifying Grand Marshal), Flawless Oz (Gender Non-Conforming/Non-Binary Grand Marshal), Dr. Roy Rivera, Jr. (Male-Presenting Grand Marshal), and D’Trique Fitzgerald (Trendsetter Grand Marshal). Distinguished Grand Marshals are Jack Berger, Brad Pritchett, Kennedy Loftin, Carl Han, and Judy Reeves. The announcement was made at Café Brasil in the Montrose area of Houston. The 2026 Pride Houston Grand Marshals embody the true spirit of Pride through their advocacy, courage, authenticity, and service to the community.</w:t>
      </w:r>
      <w:r/>
    </w:p>
    <w:p>
      <w:pPr>
        <w:pStyle w:val="ListNumber"/>
        <w:spacing w:line="240" w:lineRule="auto"/>
        <w:ind w:left="720"/>
      </w:pPr>
      <w:r/>
      <w:hyperlink r:id="rId12">
        <w:r>
          <w:rPr>
            <w:color w:val="0000EE"/>
            <w:u w:val="single"/>
          </w:rPr>
          <w:t>https://pridehouston365.org/2026male-identifying-grand-marshal-nominees/</w:t>
        </w:r>
      </w:hyperlink>
      <w:r>
        <w:t xml:space="preserve"> - Pride Houston 365 announced the nominees for the 2026 Male-Identifying Grand Marshal. Dr. Roy Rivera, Jr., a nationally recognised healthcare leader and social justice advocate, is among the nominees. He is the founder and CEO of Elation Physical Therapy, known for setting the standard in culturally competent, patient-centred rehabilitation services. Dr. Rivera has been recognised with numerous local and national honours, including the American Physical Therapy Association’s Community Impact Award and the U.S. Department of Commerce Minority Business Development Agency’s Minority Health Products and Services Firm of the Year. His work centres on increasing access to affirming healthcare, supporting LGBTQ+-owned businesses, and mentoring future leaders.</w:t>
      </w:r>
      <w:r/>
    </w:p>
    <w:p>
      <w:pPr>
        <w:pStyle w:val="ListNumber"/>
        <w:spacing w:line="240" w:lineRule="auto"/>
        <w:ind w:left="720"/>
      </w:pPr>
      <w:r/>
      <w:hyperlink r:id="rId13">
        <w:r>
          <w:rPr>
            <w:color w:val="0000EE"/>
            <w:u w:val="single"/>
          </w:rPr>
          <w:t>https://pridehouston365.org/grand-marshal-nomination</w:t>
        </w:r>
      </w:hyperlink>
      <w:r>
        <w:t xml:space="preserve"> - Pride Houston invites the community to nominate candidates to serve as Grand Marshals for the 2025 Houston LGBT Pride Celebration. The Grand Marshal nomination process includes an application that must be completed in its entirety to be considered. Nominations are accepted until January 5, 2025. Being named a Grand Marshal is among the highest honours bestowed by Houston’s LGBT community, recognising individuals and organisations that have made significant achievements for LGBT rights and considerable contributions to the LGBT community at large.</w:t>
      </w:r>
      <w:r/>
    </w:p>
    <w:p>
      <w:pPr>
        <w:pStyle w:val="ListNumber"/>
        <w:spacing w:line="240" w:lineRule="auto"/>
        <w:ind w:left="720"/>
      </w:pPr>
      <w:r/>
      <w:hyperlink r:id="rId14">
        <w:r>
          <w:rPr>
            <w:color w:val="0000EE"/>
            <w:u w:val="single"/>
          </w:rPr>
          <w:t>https://pridehouston.org/Celebration/</w:t>
        </w:r>
      </w:hyperlink>
      <w:r>
        <w:t xml:space="preserve"> - Pride Houston hosts the largest Pride celebration in the South, uniting communities from across the region to celebrate identity, visibility, and equality. The 48th Annual Pride Houston Festival and Parade is scheduled for Saturday, June 6, 2026, at 901 Bagby Street. The event will feature multiple stages, top artists and DJs, iconic drag performances, interactive moments, a Kids Zone, foam party, and fun for all ages. Parade registration and festival registration are available on the website.</w:t>
      </w:r>
      <w:r/>
    </w:p>
    <w:p>
      <w:pPr>
        <w:pStyle w:val="ListNumber"/>
        <w:spacing w:line="240" w:lineRule="auto"/>
        <w:ind w:left="720"/>
      </w:pPr>
      <w:r/>
      <w:hyperlink r:id="rId11">
        <w:r>
          <w:rPr>
            <w:color w:val="0000EE"/>
            <w:u w:val="single"/>
          </w:rPr>
          <w:t>https://www.heavyhitterspride.com/</w:t>
        </w:r>
      </w:hyperlink>
      <w:r>
        <w:t xml:space="preserve"> - Heavy Hitters Pride is an organisation that celebrates the Urban Man of Size, Admirer, and Ally. They invite individuals to join one of the largest Man of Size pride events in the South West region, scheduled for July 23-26, 2026, in Houston, Texas. The organisation aims to create safe, allowing, and empowering spaces for Men of Size, Admirers, and Allies, encouraging inclusion, empowerment, and pride.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outsmartmagazine.com/2026/04/pride-houston-365-announces-the-2026-grand-marshal-winner/" TargetMode="External"/><Relationship Id="rId10" Type="http://schemas.openxmlformats.org/officeDocument/2006/relationships/hyperlink" Target="https://abc13.com/post/houston-pride-2026-grand-marshal-honorees-revealed-city-prepares-celebrate-festival-parade-saturday-june-6/18900177/" TargetMode="External"/><Relationship Id="rId11" Type="http://schemas.openxmlformats.org/officeDocument/2006/relationships/hyperlink" Target="https://www.heavyhitterspride.com/" TargetMode="External"/><Relationship Id="rId12" Type="http://schemas.openxmlformats.org/officeDocument/2006/relationships/hyperlink" Target="https://pridehouston365.org/2026male-identifying-grand-marshal-nominees/" TargetMode="External"/><Relationship Id="rId13" Type="http://schemas.openxmlformats.org/officeDocument/2006/relationships/hyperlink" Target="https://pridehouston365.org/grand-marshal-nomination" TargetMode="External"/><Relationship Id="rId14" Type="http://schemas.openxmlformats.org/officeDocument/2006/relationships/hyperlink" Target="https://pridehouston.org/Celeb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