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Pride Night Jerseys: Why the Nashville Predators' Rainbow Saber-Tooth Sparked a Frenzy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Celebrate the spectacle: the Nashville Predators rolled out a rainbow-reworked saber-toothed logo for their 2026 Pride Night, a colourful salute to LGBTQ+ fans that delighted many and enraged a noisy few , and revealed a lot about sport, identity and online outrage.</w:t>
      </w:r>
      <w:r/>
    </w:p>
    <w:p>
      <w:r/>
      <w:r>
        <w:t>Essential takeaways</w:t>
      </w:r>
      <w:r/>
      <w:r/>
    </w:p>
    <w:p>
      <w:pPr>
        <w:pStyle w:val="ListBullet"/>
        <w:spacing w:line="240" w:lineRule="auto"/>
        <w:ind w:left="720"/>
      </w:pPr>
      <w:r/>
      <w:r>
        <w:rPr>
          <w:b/>
        </w:rPr>
        <w:t>Bold redesign:</w:t>
      </w:r>
      <w:r>
        <w:t xml:space="preserve"> The Predators’ Pride logo reimagined the saber-toothed tiger with rainbow motifs and layered colours, nodding to 1960s–70s art and LGBTQ+ history. </w:t>
      </w:r>
      <w:r/>
    </w:p>
    <w:p>
      <w:pPr>
        <w:pStyle w:val="ListBullet"/>
        <w:spacing w:line="240" w:lineRule="auto"/>
        <w:ind w:left="720"/>
      </w:pPr>
      <w:r/>
      <w:r>
        <w:rPr>
          <w:b/>
        </w:rPr>
        <w:t>Mixed reactions:</w:t>
      </w:r>
      <w:r>
        <w:t xml:space="preserve"> Fans praised the look as “beautiful” and inclusive, while some critics used the team name and religious digs to fuel backlash. </w:t>
      </w:r>
      <w:r/>
    </w:p>
    <w:p>
      <w:pPr>
        <w:pStyle w:val="ListBullet"/>
        <w:spacing w:line="240" w:lineRule="auto"/>
        <w:ind w:left="720"/>
      </w:pPr>
      <w:r/>
      <w:r>
        <w:rPr>
          <w:b/>
        </w:rPr>
        <w:t>Viral moment:</w:t>
      </w:r>
      <w:r>
        <w:t xml:space="preserve"> A post sharing the logo on X drew massive engagement , thousands of comments and a surge of memes and complaints. </w:t>
      </w:r>
      <w:r/>
    </w:p>
    <w:p>
      <w:pPr>
        <w:pStyle w:val="ListBullet"/>
        <w:spacing w:line="240" w:lineRule="auto"/>
        <w:ind w:left="720"/>
      </w:pPr>
      <w:r/>
      <w:r>
        <w:rPr>
          <w:b/>
        </w:rPr>
        <w:t>Game-night energy:</w:t>
      </w:r>
      <w:r>
        <w:t xml:space="preserve"> The Pride celebration continued in-arena with themed activations and social posts, even as the Predators fell 4–2 to the New Jersey Devils. </w:t>
      </w:r>
      <w:r/>
    </w:p>
    <w:p>
      <w:pPr>
        <w:pStyle w:val="ListBullet"/>
        <w:spacing w:line="240" w:lineRule="auto"/>
        <w:ind w:left="720"/>
      </w:pPr>
      <w:r/>
      <w:r>
        <w:rPr>
          <w:b/>
        </w:rPr>
        <w:t>Merch and memory:</w:t>
      </w:r>
      <w:r>
        <w:t xml:space="preserve"> Limited-run jerseys and photo ops at Bridgestone Arena made the night feel festive and collectible for supporters.</w:t>
      </w:r>
      <w:r/>
      <w:r/>
    </w:p>
    <w:p>
      <w:pPr>
        <w:pStyle w:val="Heading2"/>
      </w:pPr>
      <w:r>
        <w:t>A dazzling logo, and a very loud internet reaction</w:t>
      </w:r>
      <w:r/>
    </w:p>
    <w:p>
      <w:r/>
      <w:r>
        <w:t>The first thing you notice is the colour , the saber-toothed tiger, usually fierce and monochrome, flows with rainbow waves and layered hues that feel bright and tactile. According to the team, the design was inspired by expressive art from the 1960s and 70s, meant to honour earlier generations of LGBTQ+ advocates. Fans online loved the visual, calling it attractive and meaningful, while others seized on the team name and made crude jokes. The split reaction underlines how a single design can feel celebratory to some and provocative to others.</w:t>
      </w:r>
      <w:r/>
    </w:p>
    <w:p>
      <w:pPr>
        <w:pStyle w:val="Heading2"/>
      </w:pPr>
      <w:r>
        <w:t>Why teams keep staging Pride Nights despite blowback</w:t>
      </w:r>
      <w:r/>
    </w:p>
    <w:p>
      <w:r/>
      <w:r>
        <w:t>Sports franchises have kept Pride Night on the calendar even as political critics deride such gestures. The Predators’ event is part of a wider trend: teams want to signal inclusion and welcome diverse fans, and Pride nights offer visible, marketable ways to do that. For fans who feel seen, the effect is immediate , people post selfies, buy merch, and feel part of the crowd. For detractors, it’s an easy target for outrage. Expect teams to continue balancing outreach with the reality of online controversy.</w:t>
      </w:r>
      <w:r/>
    </w:p>
    <w:p>
      <w:pPr>
        <w:pStyle w:val="Heading2"/>
      </w:pPr>
      <w:r>
        <w:t>The online wildfire: how one post escalated</w:t>
      </w:r>
      <w:r/>
    </w:p>
    <w:p>
      <w:r/>
      <w:r>
        <w:t>When the Predators shared the redesigned logo on X, it didn’t just gather likes , it exploded into thousands of comments and a torrent of memes. Some responses were straight-up homophobic, while others ridiculed the juxtaposition of a team called “Predators” with LGBTQ+ messaging. Viral moments like this show how polarising symbolism can be amplified on social media. For clubs, the takeaway is simple: anticipate amplification and prepare to ride the wave rather than fight every critic.</w:t>
      </w:r>
      <w:r/>
    </w:p>
    <w:p>
      <w:pPr>
        <w:pStyle w:val="Heading2"/>
      </w:pPr>
      <w:r>
        <w:t>Game night, merchandise and the fan experience</w:t>
      </w:r>
      <w:r/>
    </w:p>
    <w:p>
      <w:r/>
      <w:r>
        <w:t>Inside Bridgestone Arena, the night leaned into fan-facing touches: limited merch, Pride-themed posts when Steven Stamkos scored, and a fun pop culture tie-in with a prop from the show Heated Rivalry inviting selfies. Those in attendance who wanted to mark the evening could pick up apparel and pose for photos, so the event did what such nights often do , create a tangible, communal experience. If you’re thinking of buying limited-run merch, act fast: these pieces are designed to be time-limited and often sell out.</w:t>
      </w:r>
      <w:r/>
    </w:p>
    <w:p>
      <w:pPr>
        <w:pStyle w:val="Heading2"/>
      </w:pPr>
      <w:r>
        <w:t>What to know if you’re picking a Pride jersey or attending an event</w:t>
      </w:r>
      <w:r/>
    </w:p>
    <w:p>
      <w:r/>
      <w:r>
        <w:t>Look for fit and material first , match the jersey size to how you normally layer teamwear. Check authenticity and official team stores to avoid knock-offs, and remember limited editions may be pricier but hold sentimental value. If you’re attending, arrive early to enjoy activations and photo ops, and expect a mix of reactions in the crowd; most fans are there to support the sport and the party. And if you post on social, be prepared for both praise and the occasional troll.</w:t>
      </w:r>
      <w:r/>
    </w:p>
    <w:p>
      <w:r/>
      <w:r>
        <w:t>It's a small change that can make a big, visible difference to fans who want to feel welcome , and a reminder that sports still matter as a stage for culture and conversation.</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9">
        <w:r>
          <w:rPr>
            <w:color w:val="0000EE"/>
            <w:u w:val="single"/>
          </w:rPr>
          <w:t>[1]</w:t>
        </w:r>
      </w:hyperlink>
      <w:r>
        <w:t xml:space="preserve">, </w:t>
      </w:r>
      <w:hyperlink r:id="rId11">
        <w:r>
          <w:rPr>
            <w:color w:val="0000EE"/>
            <w:u w:val="single"/>
          </w:rPr>
          <w:t>[4]</w:t>
        </w:r>
      </w:hyperlink>
      <w:r>
        <w:t xml:space="preserve">- Paragraph 3: </w:t>
      </w:r>
      <w:hyperlink r:id="rId9">
        <w:r>
          <w:rPr>
            <w:color w:val="0000EE"/>
            <w:u w:val="single"/>
          </w:rPr>
          <w:t>[1]</w:t>
        </w:r>
      </w:hyperlink>
      <w:r>
        <w:t xml:space="preserve">, </w:t>
      </w:r>
      <w:hyperlink r:id="rId11">
        <w:r>
          <w:rPr>
            <w:color w:val="0000EE"/>
            <w:u w:val="single"/>
          </w:rPr>
          <w:t>[4]</w:t>
        </w:r>
      </w:hyperlink>
      <w:r>
        <w:t xml:space="preserve">- Paragraph 4: </w:t>
      </w:r>
      <w:hyperlink r:id="rId12">
        <w:r>
          <w:rPr>
            <w:color w:val="0000EE"/>
            <w:u w:val="single"/>
          </w:rPr>
          <w:t>[3]</w:t>
        </w:r>
      </w:hyperlink>
      <w:r>
        <w:t xml:space="preserve">, </w:t>
      </w:r>
      <w:hyperlink r:id="rId13">
        <w:r>
          <w:rPr>
            <w:color w:val="0000EE"/>
            <w:u w:val="single"/>
          </w:rPr>
          <w:t>[5]</w:t>
        </w:r>
      </w:hyperlink>
      <w:r>
        <w:t xml:space="preserve">- Paragraph 5: </w:t>
      </w:r>
      <w:hyperlink r:id="rId9">
        <w:r>
          <w:rPr>
            <w:color w:val="0000EE"/>
            <w:u w:val="single"/>
          </w:rPr>
          <w:t>[1]</w:t>
        </w:r>
      </w:hyperlink>
      <w:r>
        <w:t xml:space="preserve">, </w:t>
      </w:r>
      <w:hyperlink r:id="rId12">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https://www.queerty.com/predators-pride-night-hockey-jersey-goes-viral-for-best-worst-reasons-20260327/</w:t>
        </w:r>
      </w:hyperlink>
      <w:r>
        <w:t xml:space="preserve"> - Please view link - unable to able to access data</w:t>
      </w:r>
      <w:r/>
    </w:p>
    <w:p>
      <w:pPr>
        <w:pStyle w:val="ListNumber"/>
        <w:spacing w:line="240" w:lineRule="auto"/>
        <w:ind w:left="720"/>
      </w:pPr>
      <w:r/>
      <w:hyperlink r:id="rId10">
        <w:r>
          <w:rPr>
            <w:color w:val="0000EE"/>
            <w:u w:val="single"/>
          </w:rPr>
          <w:t>https://www.axios.com/local/nashville/2026/03/26/nashville-predators-playoff-chances</w:t>
        </w:r>
      </w:hyperlink>
      <w:r>
        <w:t xml:space="preserve"> - Despite trading away key veteran players at the NHL trade deadline, the Nashville Predators have unexpectedly surged toward playoff contention in the Western Conference. The team, initially written off after the selloff, has been revitalized by an energetic group of young players. As of Thursday’s game against New Jersey, the Predators are riding a five-game winning streak. However, their position remains precarious, as they currently hold the final wild card spot with three other teams closely trailing them in the standings.</w:t>
      </w:r>
      <w:r/>
    </w:p>
    <w:p>
      <w:pPr>
        <w:pStyle w:val="ListNumber"/>
        <w:spacing w:line="240" w:lineRule="auto"/>
        <w:ind w:left="720"/>
      </w:pPr>
      <w:r/>
      <w:hyperlink r:id="rId12">
        <w:r>
          <w:rPr>
            <w:color w:val="0000EE"/>
            <w:u w:val="single"/>
          </w:rPr>
          <w:t>https://www.ticketmaster.com/nashville-predators-v-new-jersey-devils-nashville-tennessee-03-26-2026/event/1B006314D8376E20</w:t>
        </w:r>
      </w:hyperlink>
      <w:r>
        <w:t xml:space="preserve"> - The Nashville Predators hosted their annual Pride Night on March 26, 2026, during a game against the New Jersey Devils at Bridgestone Arena in Nashville, Tennessee. The event featured special Pride-themed merchandise and activities to celebrate the LGBTQ+ community. Fans had the opportunity to purchase exclusive Pride Night collectibles and enjoy a vibrant atmosphere supporting inclusivity and diversity within the sport.</w:t>
      </w:r>
      <w:r/>
    </w:p>
    <w:p>
      <w:pPr>
        <w:pStyle w:val="ListNumber"/>
        <w:spacing w:line="240" w:lineRule="auto"/>
        <w:ind w:left="720"/>
      </w:pPr>
      <w:r/>
      <w:hyperlink r:id="rId11">
        <w:r>
          <w:rPr>
            <w:color w:val="0000EE"/>
            <w:u w:val="single"/>
          </w:rPr>
          <w:t>https://www.hockeyfeed.com/nhl-news/fans-get-upset-after-preds-players-fail-to-wear-lgbt-inspired-jerseys-on-pride-night</w:t>
        </w:r>
      </w:hyperlink>
      <w:r>
        <w:t xml:space="preserve"> - During the Nashville Predators' Pride Night on April 13, 2022, fans expressed disappointment over the team's lack of visible support for the LGBTQ+ community. Specifically, there was criticism that too few players wore the team's Pride jersey or used rainbow tape on their sticks during warm-ups. This incident highlighted ongoing discussions about the extent of support for LGBTQ+ initiatives within professional sports teams.</w:t>
      </w:r>
      <w:r/>
    </w:p>
    <w:p>
      <w:pPr>
        <w:pStyle w:val="ListNumber"/>
        <w:spacing w:line="240" w:lineRule="auto"/>
        <w:ind w:left="720"/>
      </w:pPr>
      <w:r/>
      <w:hyperlink r:id="rId13">
        <w:r>
          <w:rPr>
            <w:color w:val="0000EE"/>
            <w:u w:val="single"/>
          </w:rPr>
          <w:t>https://www.unation.com/event/nashville-predators-vs-new-jersey-devils-61209064/</w:t>
        </w:r>
      </w:hyperlink>
      <w:r>
        <w:t xml:space="preserve"> - The Nashville Predators' Pride Night event on March 26, 2026, was held at Bridgestone Arena in Nashville, Tennessee. The game featured the Predators facing off against the New Jersey Devils, with special Pride-themed activities and merchandise available to fans. The event aimed to celebrate and support the LGBTQ+ community, fostering an inclusive environment within the sport.</w:t>
      </w:r>
      <w:r/>
    </w:p>
    <w:p>
      <w:pPr>
        <w:pStyle w:val="ListNumber"/>
        <w:spacing w:line="240" w:lineRule="auto"/>
        <w:ind w:left="720"/>
      </w:pPr>
      <w:r/>
      <w:hyperlink r:id="rId14">
        <w:r>
          <w:rPr>
            <w:color w:val="0000EE"/>
            <w:u w:val="single"/>
          </w:rPr>
          <w:t>https://www.findarace.com/us/events/nashville-predators-fangtastic-5</w:t>
        </w:r>
      </w:hyperlink>
      <w:r>
        <w:t xml:space="preserve"> - The Nashville Predators Fangtastic 5K is an annual event that combines fitness and fan engagement. Scheduled for September 27, 2026, the race covers a 5-kilometer distance and takes place at Bridgestone Arena in Nashville, Tennessee. Participants can enjoy a fun and energetic atmosphere while contributing to a great cause, as a portion of the registration fees goes directly to the Nashville Predators Foundation, benefiting the local community.</w:t>
      </w:r>
      <w:r/>
    </w:p>
    <w:p>
      <w:pPr>
        <w:pStyle w:val="ListNumber"/>
        <w:spacing w:line="240" w:lineRule="auto"/>
        <w:ind w:left="720"/>
      </w:pPr>
      <w:r/>
      <w:hyperlink r:id="rId15">
        <w:r>
          <w:rPr>
            <w:color w:val="0000EE"/>
            <w:u w:val="single"/>
          </w:rPr>
          <w:t>https://www.youtube.com/watch?v=unPtHPZ6kUw</w:t>
        </w:r>
      </w:hyperlink>
      <w:r>
        <w:t xml:space="preserve"> - This video showcases the Nashville Predators hosting their 9th annual Pride Night during a game on April 9, 2024. Fans had the opportunity to join the team in supporting the LGBTQ+ community, highlighting the organization's commitment to inclusivity and diversity within the sport.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queerty.com/predators-pride-night-hockey-jersey-goes-viral-for-best-worst-reasons-20260327/" TargetMode="External"/><Relationship Id="rId10" Type="http://schemas.openxmlformats.org/officeDocument/2006/relationships/hyperlink" Target="https://www.axios.com/local/nashville/2026/03/26/nashville-predators-playoff-chances" TargetMode="External"/><Relationship Id="rId11" Type="http://schemas.openxmlformats.org/officeDocument/2006/relationships/hyperlink" Target="https://www.hockeyfeed.com/nhl-news/fans-get-upset-after-preds-players-fail-to-wear-lgbt-inspired-jerseys-on-pride-night" TargetMode="External"/><Relationship Id="rId12" Type="http://schemas.openxmlformats.org/officeDocument/2006/relationships/hyperlink" Target="https://www.ticketmaster.com/nashville-predators-v-new-jersey-devils-nashville-tennessee-03-26-2026/event/1B006314D8376E20" TargetMode="External"/><Relationship Id="rId13" Type="http://schemas.openxmlformats.org/officeDocument/2006/relationships/hyperlink" Target="https://www.unation.com/event/nashville-predators-vs-new-jersey-devils-61209064/" TargetMode="External"/><Relationship Id="rId14" Type="http://schemas.openxmlformats.org/officeDocument/2006/relationships/hyperlink" Target="https://www.findarace.com/us/events/nashville-predators-fangtastic-5" TargetMode="External"/><Relationship Id="rId15" Type="http://schemas.openxmlformats.org/officeDocument/2006/relationships/hyperlink" Target="https://www.youtube.com/watch?v=unPtHPZ6kU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