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Palm Springs Book Fest Picks for Readers and Curious Locals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Spot a new festival on the desert horizon: Palm Springs Book Fest by OUTspoken returns March 27–29, bringing author talks, community programmes, and a free Community Day to Festival Theatres , a perfect weekend for readers, locals, and visitors who want stories, conversation, and a bit of civic-minded joy.</w:t>
      </w:r>
      <w:r/>
    </w:p>
    <w:p>
      <w:r/>
      <w:r>
        <w:t>Essential Takeaways</w:t>
      </w:r>
      <w:r/>
      <w:r/>
    </w:p>
    <w:p>
      <w:pPr>
        <w:pStyle w:val="ListBullet"/>
        <w:spacing w:line="240" w:lineRule="auto"/>
        <w:ind w:left="720"/>
      </w:pPr>
      <w:r/>
      <w:r>
        <w:rPr>
          <w:b/>
        </w:rPr>
        <w:t>Free Community Day:</w:t>
      </w:r>
      <w:r>
        <w:t xml:space="preserve"> Sunday offers complimentary events and mainstage talks for all, making the festival easy to drop into. </w:t>
      </w:r>
      <w:r/>
    </w:p>
    <w:p>
      <w:pPr>
        <w:pStyle w:val="ListBullet"/>
        <w:spacing w:line="240" w:lineRule="auto"/>
        <w:ind w:left="720"/>
      </w:pPr>
      <w:r/>
      <w:r>
        <w:rPr>
          <w:b/>
        </w:rPr>
        <w:t>Headline conversation:</w:t>
      </w:r>
      <w:r>
        <w:t xml:space="preserve"> Don’t miss Dining Out: Bringing Queer Stories to the Table , Erik Piepenburg and Susan Feniger will discuss food, place, and queer history. </w:t>
      </w:r>
      <w:r/>
    </w:p>
    <w:p>
      <w:pPr>
        <w:pStyle w:val="ListBullet"/>
        <w:spacing w:line="240" w:lineRule="auto"/>
        <w:ind w:left="720"/>
      </w:pPr>
      <w:r/>
      <w:r>
        <w:rPr>
          <w:b/>
        </w:rPr>
        <w:t>Mixed format:</w:t>
      </w:r>
      <w:r>
        <w:t xml:space="preserve"> The festival blends ticketed evening events with accessible daytime programming, panels, and readings. </w:t>
      </w:r>
      <w:r/>
    </w:p>
    <w:p>
      <w:pPr>
        <w:pStyle w:val="ListBullet"/>
        <w:spacing w:line="240" w:lineRule="auto"/>
        <w:ind w:left="720"/>
      </w:pPr>
      <w:r/>
      <w:r>
        <w:rPr>
          <w:b/>
        </w:rPr>
        <w:t>Local energy:</w:t>
      </w:r>
      <w:r>
        <w:t xml:space="preserve"> Hosted at Festival Theatres with partners and volunteers, the Book Fest plugs into Palm Springs’ lively arts scene. </w:t>
      </w:r>
      <w:r/>
      <w:r/>
    </w:p>
    <w:p>
      <w:pPr>
        <w:pStyle w:val="Heading2"/>
      </w:pPr>
      <w:r>
        <w:t>Why Palm Springs needs a three‑day book festival</w:t>
      </w:r>
      <w:r/>
    </w:p>
    <w:p>
      <w:r/>
      <w:r>
        <w:t>Palm Springs Book Fest lands at a moment when community storytelling feels essential, and there’s a warm, human buzz to the idea of sitting in a theatre and listening to writers debate ideas. The festival fills a weekend slot with author conversations and panels that are both entertaining and civic-minded, offering a tactile contrast to scrolling through headlines. Organisers at OUTspoken have designed a mix of ticketed highlights and a free Community Day, which means readers on a budget can still soak up the atmosphere. If you care about local culture, this is the kind of festival that makes a place feel lived-in and talkative.</w:t>
      </w:r>
      <w:r/>
    </w:p>
    <w:p>
      <w:pPr>
        <w:pStyle w:val="Heading2"/>
      </w:pPr>
      <w:r>
        <w:t>What to expect on the mainstage , food, queerness, and big conversations</w:t>
      </w:r>
      <w:r/>
    </w:p>
    <w:p>
      <w:r/>
      <w:r>
        <w:t>One of the festival’s headline moments is Dining Out: Bringing Queer Stories to the Table, pairing New York Times writer Erik Piepenburg with chef Susan Feniger. That conversation promises to be lively and sensory , think food memories, restaurants as queer spaces, and the flavours that shape civil rights storytelling. Expect other panels to riff on identity, history, and the role of storytelling in civic life. If you like a mix of memoir, reportage, and cultural history, the mainstage programming is built for you. Buy tickets for evening features and slide into the free Sunday programming if you want low‑commitment discovery.</w:t>
      </w:r>
      <w:r/>
    </w:p>
    <w:p>
      <w:pPr>
        <w:pStyle w:val="Heading2"/>
      </w:pPr>
      <w:r>
        <w:t>How the festival fits into Palm Springs’ cultural weekend</w:t>
      </w:r>
      <w:r/>
    </w:p>
    <w:p>
      <w:r/>
      <w:r>
        <w:t>Palm Springs already hums with events , concerts, theatre runs, art shows and Pride hockey , and the Book Fest smartly adds literary ballast to a jam-packed weekend. By placing author talks alongside the array of local happenings, the festival gives visitors a reason to swap a pool hour for a panel and come away smarter. For locals, it’s a chance to meet authors without the travel cost. For visitors, it’s a cultured addition to the usual desert playlist. Consider pairing a morning talk with an afternoon museum visit for a full, thoughtful day.</w:t>
      </w:r>
      <w:r/>
    </w:p>
    <w:p>
      <w:pPr>
        <w:pStyle w:val="Heading2"/>
      </w:pPr>
      <w:r>
        <w:t>Practical tips: tickets, timing and getting the most from Community Day</w:t>
      </w:r>
      <w:r/>
    </w:p>
    <w:p>
      <w:r/>
      <w:r>
        <w:t>If you want the special ticketed evenings, book early , headline conversations and limited‑seating events fill up. For the most relaxed festival experience, aim for Sunday Community Day: it’s free, family-friendly, and an easy way to sample panels, book sales and local vendors without breaking the bank. Volunteer opportunities and partner-run booths mean there are ways to plug in if you want a hands-on weekend. Pack sunscreen for courtyard queues, bring a reusable bag for book purchases, and check the schedule so you don’t miss a favourite speaker.</w:t>
      </w:r>
      <w:r/>
    </w:p>
    <w:p>
      <w:pPr>
        <w:pStyle w:val="Heading2"/>
      </w:pPr>
      <w:r>
        <w:t>Why this matters beyond the desert’s sunshine</w:t>
      </w:r>
      <w:r/>
    </w:p>
    <w:p>
      <w:r/>
      <w:r>
        <w:t>Events like Palm Springs Book Fest do more than sell books , they foster conversation, challenge ideas, and support a free press culture at a time when public debate matters. A festival that makes reading public and social helps communities resist echo chambers and share stories across differences. So whether you come for a chef’s memoir, a literary panel, or simply the pleasure of people talking about books, the weekend is a small civic act: showing up to listen and to be curious.</w:t>
      </w:r>
      <w:r/>
    </w:p>
    <w:p>
      <w:r/>
      <w:r>
        <w:t>It's the kind of weekend where one good conversation can change the way you look at a place , and at a book.</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[3]</w:t>
        </w:r>
      </w:hyperlink>
      <w:r>
        <w:t xml:space="preserve">, </w:t>
      </w:r>
      <w:hyperlink r:id="rId11">
        <w:r>
          <w:rPr>
            <w:color w:val="0000EE"/>
            <w:u w:val="single"/>
          </w:rPr>
          <w:t>[5]</w:t>
        </w:r>
      </w:hyperlink>
      <w:r>
        <w:t xml:space="preserve">- Paragraph 2: </w:t>
      </w:r>
      <w:hyperlink r:id="rId12">
        <w:r>
          <w:rPr>
            <w:color w:val="0000EE"/>
            <w:u w:val="single"/>
          </w:rPr>
          <w:t>[4]</w:t>
        </w:r>
      </w:hyperlink>
      <w:r>
        <w:t xml:space="preserve">, </w:t>
      </w:r>
      <w:hyperlink r:id="rId11">
        <w:r>
          <w:rPr>
            <w:color w:val="0000EE"/>
            <w:u w:val="single"/>
          </w:rPr>
          <w:t>[5]</w:t>
        </w:r>
      </w:hyperlink>
      <w:r>
        <w:t xml:space="preserve">- Paragraph 3: </w:t>
      </w:r>
      <w:hyperlink r:id="rId9">
        <w:r>
          <w:rPr>
            <w:color w:val="0000EE"/>
            <w:u w:val="single"/>
          </w:rPr>
          <w:t>[1]</w:t>
        </w:r>
      </w:hyperlink>
      <w:r>
        <w:t xml:space="preserve">, </w:t>
      </w:r>
      <w:hyperlink r:id="rId11">
        <w:r>
          <w:rPr>
            <w:color w:val="0000EE"/>
            <w:u w:val="single"/>
          </w:rPr>
          <w:t>[5]</w:t>
        </w:r>
      </w:hyperlink>
      <w:r>
        <w:t xml:space="preserve">- Paragraph 4: </w:t>
      </w:r>
      <w:hyperlink r:id="rId13">
        <w:r>
          <w:rPr>
            <w:color w:val="0000EE"/>
            <w:u w:val="single"/>
          </w:rPr>
          <w:t>[6]</w:t>
        </w:r>
      </w:hyperlink>
      <w:r>
        <w:t xml:space="preserve">, </w:t>
      </w:r>
      <w:hyperlink r:id="rId14">
        <w:r>
          <w:rPr>
            <w:color w:val="0000EE"/>
            <w:u w:val="single"/>
          </w:rPr>
          <w:t>[7]</w:t>
        </w:r>
      </w:hyperlink>
      <w:r>
        <w:t xml:space="preserve">- Paragraph 5: </w:t>
      </w:r>
      <w:hyperlink r:id="rId9">
        <w:r>
          <w:rPr>
            <w:color w:val="0000EE"/>
            <w:u w:val="single"/>
          </w:rPr>
          <w:t>[1]</w:t>
        </w:r>
      </w:hyperlink>
      <w:r>
        <w:t xml:space="preserve">, </w:t>
      </w:r>
      <w:hyperlink r:id="rId10">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https://kgaypalmsprings.com/gay-desert-guide-weekend-mar-27-29-2026/?utm_source=rss&amp;utm_medium=rss&amp;utm_campaign=gay-desert-guide-weekend-mar-27-29-2026</w:t>
        </w:r>
      </w:hyperlink>
      <w:r>
        <w:t xml:space="preserve"> - Please view link - unable to able to access data</w:t>
      </w:r>
      <w:r/>
    </w:p>
    <w:p>
      <w:pPr>
        <w:pStyle w:val="ListNumber"/>
        <w:spacing w:line="240" w:lineRule="auto"/>
        <w:ind w:left="720"/>
      </w:pPr>
      <w:r/>
      <w:hyperlink r:id="rId9">
        <w:r>
          <w:rPr>
            <w:color w:val="0000EE"/>
            <w:u w:val="single"/>
          </w:rPr>
          <w:t>https://kgaypalmsprings.com/gay-desert-guide-weekend-mar-27-29-2026/?utm_source=rss&amp;utm_medium=rss&amp;utm_campaign=gay-desert-guide-weekend-mar-27-29-2026</w:t>
        </w:r>
      </w:hyperlink>
      <w:r>
        <w:t xml:space="preserve"> - This article provides a comprehensive guide to LGBTQ+ events in Palm Springs for the weekend of March 27–29, 2026. It highlights the inaugural Palm Springs Book Festival by OUTspoken, featuring author conversations and community programming. Other events include Trans Pride 2026 at the Demuth Community Center, the No Kings – Coachella Valley rallies advocating for democracy, and the Palm Springs International Pride Hockey Tournament. The guide also mentions various concerts, parties, and cultural exhibitions, offering a diverse range of activities for the community.</w:t>
      </w:r>
      <w:r/>
    </w:p>
    <w:p>
      <w:pPr>
        <w:pStyle w:val="ListNumber"/>
        <w:spacing w:line="240" w:lineRule="auto"/>
        <w:ind w:left="720"/>
      </w:pPr>
      <w:r/>
      <w:hyperlink r:id="rId10">
        <w:r>
          <w:rPr>
            <w:color w:val="0000EE"/>
            <w:u w:val="single"/>
          </w:rPr>
          <w:t>https://www.psbookfest.org/</w:t>
        </w:r>
      </w:hyperlink>
      <w:r>
        <w:t xml:space="preserve"> - The Palm Springs Book Festival, organised by OUTspoken, is a three-day literary celebration in the Coachella Valley, taking place from March 27–29, 2026, at Festival Theaters. The festival aims to bring together authors, readers, and community members for a weekend of storytelling, learning, and connection. It features author conversations, interactive programming, and events for readers, writers, and story lovers across the region. The inaugural event includes acclaimed, bestselling, and internationally recognised writers, with a focus on amplifying diverse voices and stories.</w:t>
      </w:r>
      <w:r/>
    </w:p>
    <w:p>
      <w:pPr>
        <w:pStyle w:val="ListNumber"/>
        <w:spacing w:line="240" w:lineRule="auto"/>
        <w:ind w:left="720"/>
      </w:pPr>
      <w:r/>
      <w:hyperlink r:id="rId12">
        <w:r>
          <w:rPr>
            <w:color w:val="0000EE"/>
            <w:u w:val="single"/>
          </w:rPr>
          <w:t>https://www.psbookfest.org/lineup</w:t>
        </w:r>
      </w:hyperlink>
      <w:r>
        <w:t xml:space="preserve"> - The Palm Springs Book Festival has announced a star-studded lineup for its inaugural event from March 27–29, 2026. The lineup includes Pulitzer Prize–winner and MSNBC host Jonathan Capehart, who will discuss his book 'Yet Here I Am'. The festival aims to expand the desert's literary landscape by featuring author conversations, community programming, and book-loving energy. The event is designed for the entire Palm Springs community, whether or not they are readers, and is produced by OUTspoken, a nonprofit dedicated to amplifying diverse voices and stories.</w:t>
      </w:r>
      <w:r/>
    </w:p>
    <w:p>
      <w:pPr>
        <w:pStyle w:val="ListNumber"/>
        <w:spacing w:line="240" w:lineRule="auto"/>
        <w:ind w:left="720"/>
      </w:pPr>
      <w:r/>
      <w:hyperlink r:id="rId11">
        <w:r>
          <w:rPr>
            <w:color w:val="0000EE"/>
            <w:u w:val="single"/>
          </w:rPr>
          <w:t>https://www.psbookfest.org/schedule</w:t>
        </w:r>
      </w:hyperlink>
      <w:r>
        <w:t xml:space="preserve"> - The Palm Springs Book Festival, organised by OUTspoken, is scheduled for March 27–29, 2026, at Festival Theaters in Palm Springs. The festival offers a three-day literary celebration featuring author conversations, community programming, and book-loving energy. The event is designed for the entire Palm Springs community, whether or not they are readers. The inaugural festival includes acclaimed, bestselling, and internationally recognised writers, with a focus on amplifying diverse voices and stories. The festival is produced by OUTspoken, a fiscally sponsored nonprofit project dedicated to amplifying diverse voices and stories.</w:t>
      </w:r>
      <w:r/>
    </w:p>
    <w:p>
      <w:pPr>
        <w:pStyle w:val="ListNumber"/>
        <w:spacing w:line="240" w:lineRule="auto"/>
        <w:ind w:left="720"/>
      </w:pPr>
      <w:r/>
      <w:hyperlink r:id="rId13">
        <w:r>
          <w:rPr>
            <w:color w:val="0000EE"/>
            <w:u w:val="single"/>
          </w:rPr>
          <w:t>https://www.psbookfest.org/partners</w:t>
        </w:r>
      </w:hyperlink>
      <w:r>
        <w:t xml:space="preserve"> - The Palm Springs Book Festival, organised by OUTspoken, is a three-day literary celebration in the Coachella Valley, taking place from March 27–29, 2026, at Festival Theaters. The festival aims to bring together authors, readers, and community members for a weekend of storytelling, learning, and connection. It features author conversations, interactive programming, and events for readers, writers, and story lovers across the region. The inaugural event includes acclaimed, bestselling, and internationally recognised writers, with a focus on amplifying diverse voices and stories. The festival is produced by OUTspoken, a fiscally sponsored nonprofit project dedicated to amplifying diverse voices and stories.</w:t>
      </w:r>
      <w:r/>
    </w:p>
    <w:p>
      <w:pPr>
        <w:pStyle w:val="ListNumber"/>
        <w:spacing w:line="240" w:lineRule="auto"/>
        <w:ind w:left="720"/>
      </w:pPr>
      <w:r/>
      <w:hyperlink r:id="rId14">
        <w:r>
          <w:rPr>
            <w:color w:val="0000EE"/>
            <w:u w:val="single"/>
          </w:rPr>
          <w:t>https://www.psbookfest.org/volunteer</w:t>
        </w:r>
      </w:hyperlink>
      <w:r>
        <w:t xml:space="preserve"> - The Palm Springs Book Festival, organised by OUTspoken, is a three-day literary celebration in the Coachella Valley, taking place from March 27–29, 2026, at Festival Theaters. The festival aims to bring together authors, readers, and community members for a weekend of storytelling, learning, and connection. It features author conversations, interactive programming, and events for readers, writers, and story lovers across the region. The inaugural event includes acclaimed, bestselling, and internationally recognised writers, with a focus on amplifying diverse voices and stories. The festival is produced by OUTspoken, a fiscally sponsored nonprofit project dedicated to amplifying diverse voices and stories.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kgaypalmsprings.com/gay-desert-guide-weekend-mar-27-29-2026/?utm_source=rss&amp;utm_medium=rss&amp;utm_campaign=gay-desert-guide-weekend-mar-27-29-2026" TargetMode="External"/><Relationship Id="rId10" Type="http://schemas.openxmlformats.org/officeDocument/2006/relationships/hyperlink" Target="https://www.psbookfest.org/" TargetMode="External"/><Relationship Id="rId11" Type="http://schemas.openxmlformats.org/officeDocument/2006/relationships/hyperlink" Target="https://www.psbookfest.org/schedule" TargetMode="External"/><Relationship Id="rId12" Type="http://schemas.openxmlformats.org/officeDocument/2006/relationships/hyperlink" Target="https://www.psbookfest.org/lineup" TargetMode="External"/><Relationship Id="rId13" Type="http://schemas.openxmlformats.org/officeDocument/2006/relationships/hyperlink" Target="https://www.psbookfest.org/partners" TargetMode="External"/><Relationship Id="rId14" Type="http://schemas.openxmlformats.org/officeDocument/2006/relationships/hyperlink" Target="https://www.psbookfest.org/volunte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