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April Events in Miami Beach: Pride, Fitness and Beachside Fun for Travellers</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and sun-seekers are planning spring escapes as Miami Beach rolls out a packed April calendar of Pride celebrations, international fitness competitions and classic beach spectacles , plus hotel deals that make it easier to stay longer, save and soak up the city's inclusive energy.</w:t>
      </w:r>
      <w:r/>
    </w:p>
    <w:p>
      <w:r/>
      <w:r>
        <w:t>Essential Takeaways</w:t>
      </w:r>
      <w:r/>
      <w:r/>
    </w:p>
    <w:p>
      <w:pPr>
        <w:pStyle w:val="ListBullet"/>
        <w:spacing w:line="240" w:lineRule="auto"/>
        <w:ind w:left="720"/>
      </w:pPr>
      <w:r/>
      <w:r>
        <w:rPr>
          <w:b/>
        </w:rPr>
        <w:t>Big celebration:</w:t>
      </w:r>
      <w:r>
        <w:t xml:space="preserve"> Miami Beach Pride runs April 2–12 with concerts, drag shows and the colourful Ocean Drive parade.</w:t>
      </w:r>
      <w:r/>
    </w:p>
    <w:p>
      <w:pPr>
        <w:pStyle w:val="ListBullet"/>
        <w:spacing w:line="240" w:lineRule="auto"/>
        <w:ind w:left="720"/>
      </w:pPr>
      <w:r/>
      <w:r>
        <w:rPr>
          <w:b/>
        </w:rPr>
        <w:t>Sporting draw:</w:t>
      </w:r>
      <w:r>
        <w:t xml:space="preserve"> HYROX Miami brings global fitness racing to the Miami Beach Convention Center April 3–5.</w:t>
      </w:r>
      <w:r/>
    </w:p>
    <w:p>
      <w:pPr>
        <w:pStyle w:val="ListBullet"/>
        <w:spacing w:line="240" w:lineRule="auto"/>
        <w:ind w:left="720"/>
      </w:pPr>
      <w:r/>
      <w:r>
        <w:rPr>
          <w:b/>
        </w:rPr>
        <w:t>Beach tradition:</w:t>
      </w:r>
      <w:r>
        <w:t xml:space="preserve"> The Model Volleyball Tournament returns to South Beach for its 16th year, mixing sport with style.</w:t>
      </w:r>
      <w:r/>
    </w:p>
    <w:p>
      <w:pPr>
        <w:pStyle w:val="ListBullet"/>
        <w:spacing w:line="240" w:lineRule="auto"/>
        <w:ind w:left="720"/>
      </w:pPr>
      <w:r/>
      <w:r>
        <w:rPr>
          <w:b/>
        </w:rPr>
        <w:t>Hotel perks:</w:t>
      </w:r>
      <w:r>
        <w:t xml:space="preserve"> Local hotels are offering multi-night discounts, early-booking rates and complimentary extras like coffee and beach chairs.</w:t>
      </w:r>
      <w:r/>
    </w:p>
    <w:p>
      <w:pPr>
        <w:pStyle w:val="ListBullet"/>
        <w:spacing w:line="240" w:lineRule="auto"/>
        <w:ind w:left="720"/>
      </w:pPr>
      <w:r/>
      <w:r>
        <w:rPr>
          <w:b/>
        </w:rPr>
        <w:t>Where to plan:</w:t>
      </w:r>
      <w:r>
        <w:t xml:space="preserve"> Official details, discounts and event schedules are available via experiencemiamibeach.com and event sites.</w:t>
      </w:r>
      <w:r/>
      <w:r/>
    </w:p>
    <w:p>
      <w:pPr>
        <w:pStyle w:val="Heading2"/>
      </w:pPr>
      <w:r>
        <w:t>Pride weekend is the city's most vivid spring showcase</w:t>
      </w:r>
      <w:r/>
    </w:p>
    <w:p>
      <w:r/>
      <w:r>
        <w:t>The biggest visual and emotional moment of April is Miami Beach Pride, a multi-day celebration of LGBTQ+ culture that culminates in a lively festival and parade along Ocean Drive. Expect a heady mix of live music, drag performances and community stalls, all set against the signature pastel backdrop of South Beach; the scene is bright, loud and unapologetically joyful. According to Miami Beach organisers, the series of events is designed to highlight the city’s long-standing commitment to inclusion and diversity. If you want to be in the thick of it, book a hotel near Ocean Drive early and plan for late-night programming as well as daytime street activations.</w:t>
      </w:r>
      <w:r/>
    </w:p>
    <w:p>
      <w:pPr>
        <w:pStyle w:val="Heading2"/>
      </w:pPr>
      <w:r>
        <w:t>HYROX brings endurance and functional fitness to the shore</w:t>
      </w:r>
      <w:r/>
    </w:p>
    <w:p>
      <w:r/>
      <w:r>
        <w:t>HYROX Miami transforms the convention centre into a global fitness arena, combining running with functional workout stations for athletes of all levels. The competition draws elite participants and weekend warriors alike, turning Miami Beach into a sports-tourism magnet for a few adrenaline-fuelled days. Organisers note that HYROX is as much a spectator draw as it is a participant event, so if you’re curious about the fitness boom or want to cheer on friends, tickets and spectator passes are worth checking in advance. Bring trainers and sun cream: the city’s wellness scene bleeds straight from gym floor to beachfront cool-downs.</w:t>
      </w:r>
      <w:r/>
    </w:p>
    <w:p>
      <w:pPr>
        <w:pStyle w:val="Heading2"/>
      </w:pPr>
      <w:r>
        <w:t>Model Volleyball keeps the South Beach spectacle alive</w:t>
      </w:r>
      <w:r/>
    </w:p>
    <w:p>
      <w:r/>
      <w:r>
        <w:t>The annual Model Volleyball Tournament is a South Beach tradition that blends athleticism, fashion and socialising on the sand. Now in its 16th year, the event is equal parts pageant and competition, drawing crowds that enjoy the upbeat atmosphere and stylish onlookers. It’s an easy, feel-good way to spend an afternoon if you prefer people-watching to lining up for shows. Local businesses and bars usually lean into the energy with specials, so pair a match with a shaded table and a citrusy drink.</w:t>
      </w:r>
      <w:r/>
    </w:p>
    <w:p>
      <w:pPr>
        <w:pStyle w:val="Heading2"/>
      </w:pPr>
      <w:r>
        <w:t>Hotel deals make longer stays feel sensible, not extravagant</w:t>
      </w:r>
      <w:r/>
    </w:p>
    <w:p>
      <w:r/>
      <w:r>
        <w:t>Several Miami Beach hotels are leaning into April’s calendar with targeted packages: the Avalon Hotel, for instance, advertises savings when you stay four nights or more plus complimentary coffee, beach chairs and bottled water. Other properties, like boutique options in South Beach, are offering advance-booking discounts and occasional room upgrades to encourage longer visits. These limited-time offers are handy if you plan to combine Pride events with HYROX spectating or simply want more beach mornings. Booking via the official experiencemiamibeach.com portal can surface current deals and bundled experiences.</w:t>
      </w:r>
      <w:r/>
    </w:p>
    <w:p>
      <w:pPr>
        <w:pStyle w:val="Heading2"/>
      </w:pPr>
      <w:r>
        <w:t>How to plan a smooth, inclusive trip</w:t>
      </w:r>
      <w:r/>
    </w:p>
    <w:p>
      <w:r/>
      <w:r>
        <w:t>Start by mapping dates: Pride’s core events and the HYROX weekend overlap in early April, so decide whether you want festival energy or a sport-focused trip. Reserve accommodation close to your priority events to avoid long transfers, and look for hotels that include simple perks , early check-in, beach chairs, or complimentary breakfast make a difference after late nights. For families or quieter visits, aim for weekday arrival and steer clear of parade routes during peak hours. And remember: Miami Beach’s events are designed to be welcoming, so bring comfortable shoes, a reusable water bottle and an open mind.</w:t>
      </w:r>
      <w:r/>
    </w:p>
    <w:p>
      <w:r/>
      <w:r>
        <w:t>It's a colourful, sweaty, and altogether welcoming month on Miami Beach , the sort of trip that mixes spectacle with small, memorable moments.</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[6]</w:t>
        </w:r>
      </w:hyperlink>
      <w:r>
        <w:t xml:space="preserve">- Paragraph 2: </w:t>
      </w:r>
      <w:hyperlink r:id="rId12">
        <w:r>
          <w:rPr>
            <w:color w:val="0000EE"/>
            <w:u w:val="single"/>
          </w:rPr>
          <w:t>[3]</w:t>
        </w:r>
      </w:hyperlink>
      <w:r>
        <w:t xml:space="preserve">, </w:t>
      </w:r>
      <w:hyperlink r:id="rId11">
        <w:r>
          <w:rPr>
            <w:color w:val="0000EE"/>
            <w:u w:val="single"/>
          </w:rPr>
          <w:t>[6]</w:t>
        </w:r>
      </w:hyperlink>
      <w:r>
        <w:t xml:space="preserve">- Paragraph 3: </w:t>
      </w:r>
      <w:hyperlink r:id="rId13">
        <w:r>
          <w:rPr>
            <w:color w:val="0000EE"/>
            <w:u w:val="single"/>
          </w:rPr>
          <w:t>[4]</w:t>
        </w:r>
      </w:hyperlink>
      <w:r>
        <w:t xml:space="preserve">, </w:t>
      </w:r>
      <w:hyperlink r:id="rId11">
        <w:r>
          <w:rPr>
            <w:color w:val="0000EE"/>
            <w:u w:val="single"/>
          </w:rPr>
          <w:t>[6]</w:t>
        </w:r>
      </w:hyperlink>
      <w:r>
        <w:t xml:space="preserve">- Paragraph 4: </w:t>
      </w:r>
      <w:hyperlink r:id="rId14">
        <w:r>
          <w:rPr>
            <w:color w:val="0000EE"/>
            <w:u w:val="single"/>
          </w:rPr>
          <w:t>[5]</w:t>
        </w:r>
      </w:hyperlink>
      <w:r>
        <w:t xml:space="preserve">, </w:t>
      </w:r>
      <w:hyperlink r:id="rId9">
        <w:r>
          <w:rPr>
            <w:color w:val="0000EE"/>
            <w:u w:val="single"/>
          </w:rPr>
          <w:t>[1]</w:t>
        </w:r>
      </w:hyperlink>
      <w:r>
        <w:t xml:space="preserve">- Paragraph 5: </w:t>
      </w:r>
      <w:hyperlink r:id="rId11">
        <w:r>
          <w:rPr>
            <w:color w:val="0000EE"/>
            <w:u w:val="single"/>
          </w:rPr>
          <w:t>[6]</w:t>
        </w:r>
      </w:hyperlink>
      <w:r>
        <w:t xml:space="preserve">, </w:t>
      </w:r>
      <w:hyperlink r:id="rId9">
        <w:r>
          <w:rPr>
            <w:color w:val="0000EE"/>
            <w:u w:val="single"/>
          </w:rPr>
          <w:t>[1]</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https://www.prnewswire.com/news-releases/visitors-are-invited-to-experience-the-spirit-of-miami-beach--where-pride-passion-and-community-take-center-stage-302727522.html</w:t>
        </w:r>
      </w:hyperlink>
      <w:r>
        <w:t xml:space="preserve"> - Original press release. View link for all data</w:t>
      </w:r>
      <w:r/>
    </w:p>
    <w:p>
      <w:pPr>
        <w:pStyle w:val="ListNumber"/>
        <w:spacing w:line="240" w:lineRule="auto"/>
        <w:ind w:left="720"/>
      </w:pPr>
      <w:r/>
      <w:hyperlink r:id="rId10">
        <w:r>
          <w:rPr>
            <w:color w:val="0000EE"/>
            <w:u w:val="single"/>
          </w:rPr>
          <w:t>https://www.miamiandbeaches.com/event/miami-beach-pride/2188</w:t>
        </w:r>
      </w:hyperlink>
      <w:r>
        <w:t xml:space="preserve"> - Miami Beach Pride, one of the largest and most anticipated Pride festivals globally, returns from April 2-12, 2026. The festival celebrates Miami's LGBTQ+ community with 11 days of parties, art, and community engagement, culminating in an iconic parade. Events include the Pride Flag Raising on April 2, Pride on the Road on Lincoln Road, and a Family Picnic on April 4 at Pride Park. The festival offers a vibrant atmosphere reflecting Miami Beach's commitment to diversity and inclusion.</w:t>
      </w:r>
      <w:r/>
    </w:p>
    <w:p>
      <w:pPr>
        <w:pStyle w:val="ListNumber"/>
        <w:spacing w:line="240" w:lineRule="auto"/>
        <w:ind w:left="720"/>
      </w:pPr>
      <w:r/>
      <w:hyperlink r:id="rId12">
        <w:r>
          <w:rPr>
            <w:color w:val="0000EE"/>
            <w:u w:val="single"/>
          </w:rPr>
          <w:t>https://www.miamibeachpride.com/events</w:t>
        </w:r>
      </w:hyperlink>
      <w:r>
        <w:t xml:space="preserve"> - Miami Beach Pride's 2026 event schedule features a variety of activities, including the Angels Dinner benefiting LGBTQ+ youth on March 19, the Pride Flag Raising Ceremony on April 2 at Miami Beach City Hall, and Pride on the Road on Lincoln Road the same day. Other events include the Family Picnic on April 4 at Pride Park, the 'In the Wyld' Women's Event on April 4 at The Twisted Tonic, and the Pride Festival Day 2 on April 12 at Lummus Park.</w:t>
      </w:r>
      <w:r/>
    </w:p>
    <w:p>
      <w:pPr>
        <w:pStyle w:val="ListNumber"/>
        <w:spacing w:line="240" w:lineRule="auto"/>
        <w:ind w:left="720"/>
      </w:pPr>
      <w:r/>
      <w:hyperlink r:id="rId13">
        <w:r>
          <w:rPr>
            <w:color w:val="0000EE"/>
            <w:u w:val="single"/>
          </w:rPr>
          <w:t>https://www.miamiandbeaches.com/event/miami-beach-pride-parade/28786</w:t>
        </w:r>
      </w:hyperlink>
      <w:r>
        <w:t xml:space="preserve"> - The Miami Beach Pride Parade, marking its 18th year, takes place on April 12, 2026, starting at noon along Ocean Drive. The parade features drag queens, live music, and celebrity grand marshals, celebrating Greater Miami's LGBTQ+ community. This event is the culmination of the 12-day Miami Beach Pride festival, which runs from April 2-12, 2026, with the theme 'Pride is Infinite,' highlighting the enduring legacy of identity and love.</w:t>
      </w:r>
      <w:r/>
    </w:p>
    <w:p>
      <w:pPr>
        <w:pStyle w:val="ListNumber"/>
        <w:spacing w:line="240" w:lineRule="auto"/>
        <w:ind w:left="720"/>
      </w:pPr>
      <w:r/>
      <w:hyperlink r:id="rId14">
        <w:r>
          <w:rPr>
            <w:color w:val="0000EE"/>
            <w:u w:val="single"/>
          </w:rPr>
          <w:t>https://www.avalonhotel.com/miami-beach-pride-festival-hotel.htm</w:t>
        </w:r>
      </w:hyperlink>
      <w:r>
        <w:t xml:space="preserve"> - The Avalon Hotel South Beach offers accommodations for the Miami Beach Pride Festival 2026, which runs from April 2–12, 2026, culminating in a two-day beachfront festival and parade on April 11–12, 2026. Located on Ocean Drive, the hotel provides easy access to the festival's events, including live performances, music, art, and community programming, all set against the backdrop of Miami Beach's vibrant atmosphere.</w:t>
      </w:r>
      <w:r/>
    </w:p>
    <w:p>
      <w:pPr>
        <w:pStyle w:val="ListNumber"/>
        <w:spacing w:line="240" w:lineRule="auto"/>
        <w:ind w:left="720"/>
      </w:pPr>
      <w:r/>
      <w:hyperlink r:id="rId11">
        <w:r>
          <w:rPr>
            <w:color w:val="0000EE"/>
            <w:u w:val="single"/>
          </w:rPr>
          <w:t>https://www.miamiandbeaches.com/events/annual-events/miami-beach-pride-guide</w:t>
        </w:r>
      </w:hyperlink>
      <w:r>
        <w:t xml:space="preserve"> - The Miami Beach Pride Guide provides comprehensive information on the 2026 festival, scheduled from March 19 to April 12, 2026. The guide details various events, including the Miami Beach Pride Parade and Festival, and offers insights into the festival's history and significance. It serves as a valuable resource for attendees to plan their participation and immerse themselves in the vibrant world of Miami Beach Pride.</w:t>
      </w:r>
      <w:r/>
    </w:p>
    <w:p>
      <w:pPr>
        <w:pStyle w:val="ListNumber"/>
        <w:spacing w:line="240" w:lineRule="auto"/>
        <w:ind w:left="720"/>
      </w:pPr>
      <w:r/>
      <w:hyperlink r:id="rId15">
        <w:r>
          <w:rPr>
            <w:color w:val="0000EE"/>
            <w:u w:val="single"/>
          </w:rPr>
          <w:t>https://www.youtube.com/watch?v=5FEGxCVLvfM</w:t>
        </w:r>
      </w:hyperlink>
      <w:r>
        <w:t xml:space="preserve"> - This video announcement from Queer News Tonight reveals the dates and theme for the 2026 Miami Beach Pride Festival. Scheduled for April 11-12, 2026, the festival's theme is 'Pride is Infinite.' The video provides insights into the festival's significance and what attendees can expect during this 18th annual celebration of the LGBTQ+ community in Miami Beach.</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prnewswire.com/news-releases/visitors-are-invited-to-experience-the-spirit-of-miami-beach--where-pride-passion-and-community-take-center-stage-302727522.html" TargetMode="External"/><Relationship Id="rId10" Type="http://schemas.openxmlformats.org/officeDocument/2006/relationships/hyperlink" Target="https://www.miamiandbeaches.com/event/miami-beach-pride/2188" TargetMode="External"/><Relationship Id="rId11" Type="http://schemas.openxmlformats.org/officeDocument/2006/relationships/hyperlink" Target="https://www.miamiandbeaches.com/events/annual-events/miami-beach-pride-guide" TargetMode="External"/><Relationship Id="rId12" Type="http://schemas.openxmlformats.org/officeDocument/2006/relationships/hyperlink" Target="https://www.miamibeachpride.com/events" TargetMode="External"/><Relationship Id="rId13" Type="http://schemas.openxmlformats.org/officeDocument/2006/relationships/hyperlink" Target="https://www.miamiandbeaches.com/event/miami-beach-pride-parade/28786" TargetMode="External"/><Relationship Id="rId14" Type="http://schemas.openxmlformats.org/officeDocument/2006/relationships/hyperlink" Target="https://www.avalonhotel.com/miami-beach-pride-festival-hotel.htm" TargetMode="External"/><Relationship Id="rId15" Type="http://schemas.openxmlformats.org/officeDocument/2006/relationships/hyperlink" Target="https://www.youtube.com/watch?v=5FEGxCVLvf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