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Ben Whishaw on the film industry's insistence on being 'sexy in a heterosexual way'</w:t>
      </w:r>
      <w:r/>
    </w:p>
    <w:p>
      <w:r/>
      <w:r/>
    </w:p>
    <w:p>
      <w:r>
        <w:drawing>
          <wp:inline xmlns:a="http://schemas.openxmlformats.org/drawingml/2006/main" xmlns:pic="http://schemas.openxmlformats.org/drawingml/2006/picture">
            <wp:extent cx="5080000" cy="307033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70330"/>
                    </a:xfrm>
                    <a:prstGeom prst="rect"/>
                  </pic:spPr>
                </pic:pic>
              </a:graphicData>
            </a:graphic>
          </wp:inline>
        </w:drawing>
      </w:r>
    </w:p>
    <w:p>
      <w:r/>
      <w:r>
        <w:t xml:space="preserve">Ben Whishaw has given voice to a persistent frustration within the industry, saying gay actors are still often expected to be 'sexy in a heterosexual way' if they want mainstream success. </w:t>
      </w:r>
      <w:r/>
    </w:p>
    <w:p>
      <w:r/>
      <w:r>
        <w:t>His point, made in The Guardian, is not about talent or visibility but about the narrow, often straight‑centred standards of attractiveness that can determine who is deemed leading‑man material. Whishaw argues that, despite more LGBTQ+ characters and greater openness among performers, queer actors frequently face pressure to conform to traditional heterosexual ideals of sex appeal, an expectation that risks typecasting and limits creative freedom.</w:t>
      </w:r>
      <w:r/>
    </w:p>
    <w:p>
      <w:r/>
      <w:r>
        <w:t>The Advocate noted as far back as 2019 his wish to see more gay actors cast in straight roles, and Gay Times has carried his comments about occasional criticism of straight actors playing gay parts. Speaking to Interview Magazine in a wider discussion about chemistry on screen, Whishaw and his contemporary Andrew Scott underlined that performance often hinges on imagination and rapport rather than physical sexuality alone.</w:t>
      </w:r>
      <w:r/>
    </w:p>
    <w:p>
      <w:r/>
      <w:r>
        <w:t>The debate crosses into symbolic territory too. In a piece for them.us, Whishaw voiced support for the idea of an openly gay actor portraying James Bond, calling it a marker of genuine progress and naming actors such as Jonathan Bailey and Luke Evans as examples of performers who could broaden the franchise’s traditional masculinity. That suggestion highlights the practical stakes: who gets to embody cultural archetypes, and on what terms.</w:t>
      </w:r>
      <w:r/>
    </w:p>
    <w:p>
      <w:r/>
      <w:r>
        <w:t xml:space="preserve">Industry conversations around inclusion have widened, but Whishaw’s observations stress that visibility is not the same as acceptance on equal terms. Representation that insists queer performers strip away difference to satisfy a straight gaze offers a limited form of progress. As Whishaw’s career, spanning dramas, stage work and blockbuster franchises, demonstrates, being openly gay in the public eye does not automatically translate into the freedom to inhabit a full range of roles without compromise.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https://b-gay.com/ben-whishaw-says-gay-actors-are-still-expected-to-be-sexy-in-a-heterosexual-way-to-succeed/</w:t>
        </w:r>
      </w:hyperlink>
      <w:r>
        <w:t xml:space="preserve"> - Please view link - unable to able to access data</w:t>
      </w:r>
      <w:r/>
    </w:p>
    <w:p>
      <w:pPr>
        <w:pStyle w:val="ListNumber"/>
        <w:spacing w:line="240" w:lineRule="auto"/>
        <w:ind w:left="720"/>
      </w:pPr>
      <w:r/>
      <w:hyperlink r:id="rId11">
        <w:r>
          <w:rPr>
            <w:color w:val="0000EE"/>
            <w:u w:val="single"/>
          </w:rPr>
          <w:t>https://www.theguardian.com/film/2025/dec/17/ben-whishaw-gay-actors-sexy-heterosexual-way</w:t>
        </w:r>
      </w:hyperlink>
      <w:r>
        <w:t xml:space="preserve"> - In an interview with The Guardian, Ben Whishaw expressed that gay actors are often expected to be 'sexy in a straight way' to achieve mainstream success. He highlighted the industry's tendency to align queer performers with traditional heterosexual standards of attractiveness, which can limit their opportunities and typecast them. Whishaw's comments underscore the ongoing challenges in Hollywood regarding the representation and acceptance of LGBTQ+ actors.</w:t>
      </w:r>
      <w:r/>
    </w:p>
    <w:p>
      <w:pPr>
        <w:pStyle w:val="ListNumber"/>
        <w:spacing w:line="240" w:lineRule="auto"/>
        <w:ind w:left="720"/>
      </w:pPr>
      <w:r/>
      <w:hyperlink r:id="rId12">
        <w:r>
          <w:rPr>
            <w:color w:val="0000EE"/>
            <w:u w:val="single"/>
          </w:rPr>
          <w:t>https://www.thepinknews.com/2025/12/17/ben-whishaw-gay-actors-sexy-in-a-straight-way-peter-hujars-day/</w:t>
        </w:r>
      </w:hyperlink>
      <w:r>
        <w:t xml:space="preserve"> - Ben Whishaw discussed the pressures faced by gay actors to conform to heterosexual ideals of sex appeal for career advancement. He noted that despite increased LGBTQ+ representation, the industry still often requires queer performers to fit traditional straight notions of attractiveness. Whishaw also touched upon the persistence of homophobia in the industry and the complexities of being openly gay in Hollywood.</w:t>
      </w:r>
      <w:r/>
    </w:p>
    <w:p>
      <w:pPr>
        <w:pStyle w:val="ListNumber"/>
        <w:spacing w:line="240" w:lineRule="auto"/>
        <w:ind w:left="720"/>
      </w:pPr>
      <w:r/>
      <w:hyperlink r:id="rId13">
        <w:r>
          <w:rPr>
            <w:color w:val="0000EE"/>
            <w:u w:val="single"/>
          </w:rPr>
          <w:t>https://www.them.us/story/ben-whishaw-says-gay-actor-playing-james-bond-real-progress</w:t>
        </w:r>
      </w:hyperlink>
      <w:r>
        <w:t xml:space="preserve"> - Ben Whishaw expressed support for the idea of an openly gay actor portraying James Bond, viewing it as a significant step forward. He emphasized the importance of a world where anyone can play any role, regardless of sexuality, and mentioned actors like Jonathan Bailey and Luke Evans as potential candidates. Whishaw also reflected on his own role as Q and the evolving nature of masculinity in the franchise.</w:t>
      </w:r>
      <w:r/>
    </w:p>
    <w:p>
      <w:pPr>
        <w:pStyle w:val="ListNumber"/>
        <w:spacing w:line="240" w:lineRule="auto"/>
        <w:ind w:left="720"/>
      </w:pPr>
      <w:r/>
      <w:hyperlink r:id="rId14">
        <w:r>
          <w:rPr>
            <w:color w:val="0000EE"/>
            <w:u w:val="single"/>
          </w:rPr>
          <w:t>https://www.advocate.com/film/2019/1/09/ben-whishaw-wants-see-more-gay-actors-playing-straight-roles</w:t>
        </w:r>
      </w:hyperlink>
      <w:r>
        <w:t xml:space="preserve"> - Ben Whishaw advocated for greater equality in casting, expressing a desire to see more gay actors playing straight roles. He emphasized the need for an even playing field in the industry, allowing actors to portray characters of any orientation. Whishaw's comments highlight ongoing discussions about representation and the opportunities available to LGBTQ+ performers in mainstream media.</w:t>
      </w:r>
      <w:r/>
    </w:p>
    <w:p>
      <w:pPr>
        <w:pStyle w:val="ListNumber"/>
        <w:spacing w:line="240" w:lineRule="auto"/>
        <w:ind w:left="720"/>
      </w:pPr>
      <w:r/>
      <w:hyperlink r:id="rId15">
        <w:r>
          <w:rPr>
            <w:color w:val="0000EE"/>
            <w:u w:val="single"/>
          </w:rPr>
          <w:t>https://www.gaytimes.com/culture/ben-whishaw-says-hes-sometimes-critical-of-straight-actors-playing-gay-roles/</w:t>
        </w:r>
      </w:hyperlink>
      <w:r>
        <w:t xml:space="preserve"> - Ben Whishaw shared his perspective on the casting of straight actors in gay roles, stating that he is sometimes critical of such casting decisions. He highlighted the importance of authenticity and the need for actors to embody the experiences of the characters they portray. Whishaw's comments contribute to the broader conversation about representation and authenticity in the entertainment industry.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b-gay.com/ben-whishaw-says-gay-actors-are-still-expected-to-be-sexy-in-a-heterosexual-way-to-succeed/" TargetMode="External"/><Relationship Id="rId11" Type="http://schemas.openxmlformats.org/officeDocument/2006/relationships/hyperlink" Target="https://www.theguardian.com/film/2025/dec/17/ben-whishaw-gay-actors-sexy-heterosexual-way" TargetMode="External"/><Relationship Id="rId12" Type="http://schemas.openxmlformats.org/officeDocument/2006/relationships/hyperlink" Target="https://www.thepinknews.com/2025/12/17/ben-whishaw-gay-actors-sexy-in-a-straight-way-peter-hujars-day/" TargetMode="External"/><Relationship Id="rId13" Type="http://schemas.openxmlformats.org/officeDocument/2006/relationships/hyperlink" Target="https://www.them.us/story/ben-whishaw-says-gay-actor-playing-james-bond-real-progress" TargetMode="External"/><Relationship Id="rId14" Type="http://schemas.openxmlformats.org/officeDocument/2006/relationships/hyperlink" Target="https://www.advocate.com/film/2019/1/09/ben-whishaw-wants-see-more-gay-actors-playing-straight-roles" TargetMode="External"/><Relationship Id="rId15" Type="http://schemas.openxmlformats.org/officeDocument/2006/relationships/hyperlink" Target="https://www.gaytimes.com/culture/ben-whishaw-says-hes-sometimes-critical-of-straight-actors-playing-gay-ro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