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Great reviews, good numbers, so why is Netflix cancelling gay military drama Boots?</w:t>
      </w:r>
      <w:r/>
    </w:p>
    <w:p>
      <w:r/>
      <w:r/>
    </w:p>
    <w:p>
      <w:r>
        <w:drawing>
          <wp:inline xmlns:a="http://schemas.openxmlformats.org/drawingml/2006/main" xmlns:pic="http://schemas.openxmlformats.org/drawingml/2006/picture">
            <wp:extent cx="5080000" cy="2684553"/>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684553"/>
                    </a:xfrm>
                    <a:prstGeom prst="rect"/>
                  </pic:spPr>
                </pic:pic>
              </a:graphicData>
            </a:graphic>
          </wp:inline>
        </w:drawing>
      </w:r>
    </w:p>
    <w:p>
      <w:r/>
      <w:r>
        <w:t>Netflix confirmed on December 12 that it will not commission a second season of Boots, the eight‑episode military coming‑of‑age comedy‑drama that premiered on October 9. According to the original report, the decision follows discussions with the show's studio, Sony Pictures Television, and an analysis of longer‑term viewership projections despite the series' favourable critical reception.</w:t>
      </w:r>
      <w:r/>
    </w:p>
    <w:p>
      <w:r/>
      <w:r>
        <w:t>Boots, produced by Norman Lear and created by Andy Parker, adapted Greg Cope White's memoir The Pink Marine to tell the story of Cameron Cope (Miles Heizer), a closeted teenager from Louisiana who joins the U.S. Marine Corps in 1990 alongside his best friend Ray McAffey (Liam Oh) at a time when LGBTQ+ people were banned from service. The cast also included Vera Farmiga, Ana Ayora, Blake Burt, Cedrick Cooper and others. According to Netflix's promotional material, the series examined the tensions of identity and masculinity within boot camp under the command of Sergeant Sullivan (Max Parker).</w:t>
      </w:r>
      <w:r/>
    </w:p>
    <w:p>
      <w:r/>
      <w:r>
        <w:t>Critics generally received Boots warmly. Industry review aggregates gave it strong marks, Metacritic's critics' average sat at 73 out of 100, and Rotten Tomatoes approval was reported in the high 80s to low 90s. 'Miles Heizer's terrific performance has the right stuff in Boots, a likable dramedy that explores masculinity and queerness to powerful effect,' the Rotten Tomatoes consensus said. Forbes noted the series reached the Netflix top five on debut and highlighted both the high critic score and a robust audience rating.</w:t>
      </w:r>
      <w:r/>
    </w:p>
    <w:p>
      <w:r/>
      <w:r>
        <w:t>Those positives, however, did not guarantee renewal. The decision to end Boots appears to have been driven by multiple factors. According to the original report, Netflix and Sony reviewed projected long‑tail viewership and the cost of retaining principal cast members; Sony Pictures Television had extended contracts for several leads in anticipation of a continuation. The company made its choice after weighing critical acclaim against those commercial considerations.</w:t>
      </w:r>
      <w:r/>
    </w:p>
    <w:p>
      <w:r/>
      <w:r>
        <w:t>The series had also attracted controversy. Conservative commentators and groups pushed back against its subject matter, and reporting said the Pentagon publicly criticised the show, with a press aide quoted as calling it 'woke garbage' and saying officials 'will not compromise our standards to satisfy an ideological agenda.' Those responses underscored how depictions of LGBTQ+ service members, even in historical settings, remain politically charged.</w:t>
      </w:r>
      <w:r/>
    </w:p>
    <w:p>
      <w:r/>
      <w:r>
        <w:t>For supporters and many reviewers, Boots represented an honest, character‑driven portrayal of queer experience within a notoriously regimented institution. Variety described it as a 'delightful, heartfelt watch,' USA Today called it 'quiet but powerful,' and several outlets praised Heizer's central performance. Industry data cited by publications pointed to a solid initial audience showing on Netflix, but those early peaks do not always translate into sustainable viewing patterns that streaming platforms use when greenlighting further seasons.</w:t>
      </w:r>
      <w:r/>
    </w:p>
    <w:p>
      <w:r/>
      <w:r>
        <w:t xml:space="preserve">The cancellation adds to a wider pattern in which streaming services balance critical plaudits, audience behaviour over time and production economics. According to the original report, the outcome for Boots was not a simple reflection of quality but the product of negotiations and metrics behind the scenes. [Image: Netflix]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https://fictionhorizon.com/one-season-only-netflix-pulls-gay-military-coming-of-age-series-after-first-season/</w:t>
        </w:r>
      </w:hyperlink>
      <w:r>
        <w:t xml:space="preserve"> - Please view link - unable to able to access data</w:t>
      </w:r>
      <w:r/>
    </w:p>
    <w:p>
      <w:pPr>
        <w:pStyle w:val="ListNumber"/>
        <w:spacing w:line="240" w:lineRule="auto"/>
        <w:ind w:left="720"/>
      </w:pPr>
      <w:r/>
      <w:hyperlink r:id="rId11">
        <w:r>
          <w:rPr>
            <w:color w:val="0000EE"/>
            <w:u w:val="single"/>
          </w:rPr>
          <w:t>https://www.metacritic.com/tv/boots/critic-reviews/</w:t>
        </w:r>
      </w:hyperlink>
      <w:r>
        <w:t xml:space="preserve"> - Metacritic's critic reviews for 'Boots' show a generally favourable reception, with a Metascore of 73 based on 21 critic reviews. Notable positive reviews include the Pittsburgh Tribune-Review's 95 rating, describing the series as a 'smart, empathetic, character-driven drama.' USA Today awarded an 88 rating, calling it 'quiet but powerful,' and Variety gave it an 80 rating, describing it as a 'delightful, heartfelt watch.'</w:t>
      </w:r>
      <w:r/>
    </w:p>
    <w:p>
      <w:pPr>
        <w:pStyle w:val="ListNumber"/>
        <w:spacing w:line="240" w:lineRule="auto"/>
        <w:ind w:left="720"/>
      </w:pPr>
      <w:r/>
      <w:hyperlink r:id="rId12">
        <w:r>
          <w:rPr>
            <w:color w:val="0000EE"/>
            <w:u w:val="single"/>
          </w:rPr>
          <w:t>https://www.whats-on-netflix.com/news/boots-netflix-unveils-first-looks-and-release-date-for-lgbtq-coming-of-age-series/</w:t>
        </w:r>
      </w:hyperlink>
      <w:r>
        <w:t xml:space="preserve"> - This article discusses Netflix's upcoming series 'Boots,' inspired by Greg Cope White's memoir 'The Pink Marine.' The series follows Cameron Cope (Miles Heizer) and his best friend Ray McAffey (Liam Oh) as they join the U.S. Marine Corps in 1990, a time when LGBTQ+ individuals were banned from military service. The show is set to premiere on October 9, 2025, and is produced by Norman Lear.</w:t>
      </w:r>
      <w:r/>
    </w:p>
    <w:p>
      <w:pPr>
        <w:pStyle w:val="ListNumber"/>
        <w:spacing w:line="240" w:lineRule="auto"/>
        <w:ind w:left="720"/>
      </w:pPr>
      <w:r/>
      <w:hyperlink r:id="rId13">
        <w:r>
          <w:rPr>
            <w:color w:val="0000EE"/>
            <w:u w:val="single"/>
          </w:rPr>
          <w:t>https://www.foxnews.com/media/pentagon-condemns-netflixs-gay-military-series-boots-woke-garbage</w:t>
        </w:r>
      </w:hyperlink>
      <w:r>
        <w:t xml:space="preserve"> - The Pentagon condemned Netflix's 'Boots' as 'woke garbage,' with press secretary Kingsley Wilson stating that officials 'will not compromise our standards to satisfy an ideological agenda.' The statement criticises Netflix for producing content that feeds 'woke garbage to their audience and children,' highlighting the tension between the military and the series' portrayal of LGBTQ+ themes.</w:t>
      </w:r>
      <w:r/>
    </w:p>
    <w:p>
      <w:pPr>
        <w:pStyle w:val="ListNumber"/>
        <w:spacing w:line="240" w:lineRule="auto"/>
        <w:ind w:left="720"/>
      </w:pPr>
      <w:r/>
      <w:hyperlink r:id="rId14">
        <w:r>
          <w:rPr>
            <w:color w:val="0000EE"/>
            <w:u w:val="single"/>
          </w:rPr>
          <w:t>https://en.wikipedia.org/wiki/Boots_%28TV_series%29</w:t>
        </w:r>
      </w:hyperlink>
      <w:r>
        <w:t xml:space="preserve"> - The Wikipedia page for 'Boots' provides an overview of the series, including its plot, cast, and reception. It details the story of Cameron Cope (Miles Heizer), a closeted gay teenager from Louisiana who joins the U.S. Marine Corps in 1990. The series premiered on Netflix on October 9, 2025, and received positive reviews from critics but faced backlash from conservative groups and the Pentagon. It was cancelled on December 12, 2025.</w:t>
      </w:r>
      <w:r/>
    </w:p>
    <w:p>
      <w:pPr>
        <w:pStyle w:val="ListNumber"/>
        <w:spacing w:line="240" w:lineRule="auto"/>
        <w:ind w:left="720"/>
      </w:pPr>
      <w:r/>
      <w:hyperlink r:id="rId15">
        <w:r>
          <w:rPr>
            <w:color w:val="0000EE"/>
            <w:u w:val="single"/>
          </w:rPr>
          <w:t>https://www.forbes.com/sites/paultassi/2025/10/13/netflixs-best-new-show-has-a-near-perfect-rotten-tomatoes-score/</w:t>
        </w:r>
      </w:hyperlink>
      <w:r>
        <w:t xml:space="preserve"> - This Forbes article highlights the critical acclaim for 'Boots,' noting a 91% approval rating on Rotten Tomatoes and an 85% audience score. The series premiered at #5 on Netflix, indicating strong viewership. The article discusses the show's promising start and its potential for future seasons, despite being a new and relatively unknown series.</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fictionhorizon.com/one-season-only-netflix-pulls-gay-military-coming-of-age-series-after-first-season/" TargetMode="External"/><Relationship Id="rId11" Type="http://schemas.openxmlformats.org/officeDocument/2006/relationships/hyperlink" Target="https://www.metacritic.com/tv/boots/critic-reviews/" TargetMode="External"/><Relationship Id="rId12" Type="http://schemas.openxmlformats.org/officeDocument/2006/relationships/hyperlink" Target="https://www.whats-on-netflix.com/news/boots-netflix-unveils-first-looks-and-release-date-for-lgbtq-coming-of-age-series/" TargetMode="External"/><Relationship Id="rId13" Type="http://schemas.openxmlformats.org/officeDocument/2006/relationships/hyperlink" Target="https://www.foxnews.com/media/pentagon-condemns-netflixs-gay-military-series-boots-woke-garbage" TargetMode="External"/><Relationship Id="rId14" Type="http://schemas.openxmlformats.org/officeDocument/2006/relationships/hyperlink" Target="https://en.wikipedia.org/wiki/Boots_%28TV_series%29" TargetMode="External"/><Relationship Id="rId15" Type="http://schemas.openxmlformats.org/officeDocument/2006/relationships/hyperlink" Target="https://www.forbes.com/sites/paultassi/2025/10/13/netflixs-best-new-show-has-a-near-perfect-rotten-tomatoes-scor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